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77DE85" w14:textId="77777777" w:rsidR="003F3D56" w:rsidRPr="00415899" w:rsidRDefault="00DA020F">
      <w:pPr>
        <w:spacing w:before="1080"/>
        <w:jc w:val="center"/>
        <w:rPr>
          <w:rFonts w:cs="Arial"/>
          <w:sz w:val="20"/>
          <w:szCs w:val="20"/>
        </w:rPr>
      </w:pPr>
      <w:r w:rsidRPr="00415899">
        <w:rPr>
          <w:rFonts w:cs="Arial"/>
          <w:b/>
          <w:color w:val="6D8460"/>
          <w:sz w:val="20"/>
          <w:szCs w:val="20"/>
        </w:rPr>
        <w:t>VÝTVARNÁ SOUTĚŽ ICEBREAKER PRAHA</w:t>
      </w:r>
    </w:p>
    <w:p w14:paraId="16A07C52" w14:textId="77777777" w:rsidR="003F3D56" w:rsidRPr="00415899" w:rsidRDefault="00DA020F">
      <w:pPr>
        <w:spacing w:after="100"/>
        <w:jc w:val="center"/>
        <w:rPr>
          <w:rFonts w:cs="Arial"/>
          <w:sz w:val="20"/>
          <w:szCs w:val="20"/>
        </w:rPr>
      </w:pPr>
      <w:r w:rsidRPr="00415899">
        <w:rPr>
          <w:rFonts w:cs="Arial"/>
          <w:b/>
          <w:color w:val="18322F"/>
          <w:sz w:val="20"/>
          <w:szCs w:val="20"/>
        </w:rPr>
        <w:t xml:space="preserve">Praha v </w:t>
      </w:r>
      <w:proofErr w:type="spellStart"/>
      <w:r w:rsidRPr="00415899">
        <w:rPr>
          <w:rFonts w:cs="Arial"/>
          <w:b/>
          <w:color w:val="18322F"/>
          <w:sz w:val="20"/>
          <w:szCs w:val="20"/>
        </w:rPr>
        <w:t>mojí</w:t>
      </w:r>
      <w:proofErr w:type="spellEnd"/>
      <w:r w:rsidRPr="00415899">
        <w:rPr>
          <w:rFonts w:cs="Arial"/>
          <w:b/>
          <w:color w:val="18322F"/>
          <w:sz w:val="20"/>
          <w:szCs w:val="20"/>
        </w:rPr>
        <w:t xml:space="preserve"> </w:t>
      </w:r>
      <w:proofErr w:type="spellStart"/>
      <w:r w:rsidRPr="00415899">
        <w:rPr>
          <w:rFonts w:cs="Arial"/>
          <w:b/>
          <w:color w:val="18322F"/>
          <w:sz w:val="20"/>
          <w:szCs w:val="20"/>
        </w:rPr>
        <w:t>stopě</w:t>
      </w:r>
      <w:proofErr w:type="spellEnd"/>
    </w:p>
    <w:p w14:paraId="25CE0DC3" w14:textId="2C51A5E6" w:rsidR="003F3D56" w:rsidRPr="00415899" w:rsidRDefault="00DA020F" w:rsidP="008B4B98">
      <w:pPr>
        <w:spacing w:after="440"/>
        <w:jc w:val="center"/>
        <w:rPr>
          <w:rFonts w:cs="Arial"/>
          <w:i/>
          <w:color w:val="606A67"/>
          <w:sz w:val="20"/>
          <w:szCs w:val="20"/>
        </w:rPr>
      </w:pPr>
      <w:proofErr w:type="spellStart"/>
      <w:r w:rsidRPr="00415899">
        <w:rPr>
          <w:rFonts w:cs="Arial"/>
          <w:i/>
          <w:color w:val="606A67"/>
          <w:sz w:val="20"/>
          <w:szCs w:val="20"/>
        </w:rPr>
        <w:t>Navrhni</w:t>
      </w:r>
      <w:proofErr w:type="spellEnd"/>
      <w:r w:rsidRPr="00415899">
        <w:rPr>
          <w:rFonts w:cs="Arial"/>
          <w:i/>
          <w:color w:val="606A67"/>
          <w:sz w:val="20"/>
          <w:szCs w:val="20"/>
        </w:rPr>
        <w:t xml:space="preserve"> </w:t>
      </w:r>
      <w:proofErr w:type="spellStart"/>
      <w:r w:rsidR="008B4B98" w:rsidRPr="00415899">
        <w:rPr>
          <w:rFonts w:cs="Arial"/>
          <w:i/>
          <w:color w:val="606A67"/>
          <w:sz w:val="20"/>
          <w:szCs w:val="20"/>
        </w:rPr>
        <w:t>motiv</w:t>
      </w:r>
      <w:proofErr w:type="spellEnd"/>
      <w:r w:rsidRPr="00415899">
        <w:rPr>
          <w:rFonts w:cs="Arial"/>
          <w:i/>
          <w:color w:val="606A67"/>
          <w:sz w:val="20"/>
          <w:szCs w:val="20"/>
        </w:rPr>
        <w:t xml:space="preserve"> merino </w:t>
      </w:r>
      <w:proofErr w:type="spellStart"/>
      <w:r w:rsidRPr="00415899">
        <w:rPr>
          <w:rFonts w:cs="Arial"/>
          <w:i/>
          <w:color w:val="606A67"/>
          <w:sz w:val="20"/>
          <w:szCs w:val="20"/>
        </w:rPr>
        <w:t>trika</w:t>
      </w:r>
      <w:proofErr w:type="spellEnd"/>
      <w:r w:rsidRPr="00415899">
        <w:rPr>
          <w:rFonts w:cs="Arial"/>
          <w:i/>
          <w:color w:val="606A67"/>
          <w:sz w:val="20"/>
          <w:szCs w:val="20"/>
        </w:rPr>
        <w:t xml:space="preserve"> </w:t>
      </w:r>
      <w:proofErr w:type="spellStart"/>
      <w:r w:rsidRPr="00415899">
        <w:rPr>
          <w:rFonts w:cs="Arial"/>
          <w:i/>
          <w:color w:val="606A67"/>
          <w:sz w:val="20"/>
          <w:szCs w:val="20"/>
        </w:rPr>
        <w:t>podle</w:t>
      </w:r>
      <w:proofErr w:type="spellEnd"/>
      <w:r w:rsidRPr="00415899">
        <w:rPr>
          <w:rFonts w:cs="Arial"/>
          <w:i/>
          <w:color w:val="606A67"/>
          <w:sz w:val="20"/>
          <w:szCs w:val="20"/>
        </w:rPr>
        <w:t xml:space="preserve"> toho, jak </w:t>
      </w:r>
      <w:proofErr w:type="spellStart"/>
      <w:r w:rsidRPr="00415899">
        <w:rPr>
          <w:rFonts w:cs="Arial"/>
          <w:i/>
          <w:color w:val="606A67"/>
          <w:sz w:val="20"/>
          <w:szCs w:val="20"/>
        </w:rPr>
        <w:t>vidíš</w:t>
      </w:r>
      <w:proofErr w:type="spellEnd"/>
      <w:r w:rsidRPr="00415899">
        <w:rPr>
          <w:rFonts w:cs="Arial"/>
          <w:i/>
          <w:color w:val="606A67"/>
          <w:sz w:val="20"/>
          <w:szCs w:val="20"/>
        </w:rPr>
        <w:t xml:space="preserve"> a </w:t>
      </w:r>
      <w:proofErr w:type="spellStart"/>
      <w:r w:rsidRPr="00415899">
        <w:rPr>
          <w:rFonts w:cs="Arial"/>
          <w:i/>
          <w:color w:val="606A67"/>
          <w:sz w:val="20"/>
          <w:szCs w:val="20"/>
        </w:rPr>
        <w:t>prožíváš</w:t>
      </w:r>
      <w:proofErr w:type="spellEnd"/>
      <w:r w:rsidRPr="00415899">
        <w:rPr>
          <w:rFonts w:cs="Arial"/>
          <w:i/>
          <w:color w:val="606A67"/>
          <w:sz w:val="20"/>
          <w:szCs w:val="20"/>
        </w:rPr>
        <w:t xml:space="preserve"> Prahu.</w:t>
      </w:r>
    </w:p>
    <w:tbl>
      <w:tblPr>
        <w:tblW w:w="0" w:type="auto"/>
        <w:jc w:val="center"/>
        <w:tblLayout w:type="fixed"/>
        <w:tblLook w:val="04A0" w:firstRow="1" w:lastRow="0" w:firstColumn="1" w:lastColumn="0" w:noHBand="0" w:noVBand="1"/>
      </w:tblPr>
      <w:tblGrid>
        <w:gridCol w:w="3110"/>
        <w:gridCol w:w="3110"/>
        <w:gridCol w:w="3110"/>
      </w:tblGrid>
      <w:tr w:rsidR="003F3D56" w:rsidRPr="00415899" w14:paraId="1B79953A" w14:textId="77777777">
        <w:trPr>
          <w:jc w:val="center"/>
        </w:trPr>
        <w:tc>
          <w:tcPr>
            <w:tcW w:w="3110" w:type="dxa"/>
            <w:shd w:val="clear" w:color="auto" w:fill="EEF2EC"/>
            <w:tcMar>
              <w:top w:w="120" w:type="dxa"/>
              <w:left w:w="100" w:type="dxa"/>
              <w:bottom w:w="120" w:type="dxa"/>
              <w:right w:w="100" w:type="dxa"/>
            </w:tcMar>
            <w:vAlign w:val="center"/>
          </w:tcPr>
          <w:p w14:paraId="6CF2BF9D" w14:textId="77777777" w:rsidR="003F3D56" w:rsidRPr="00415899" w:rsidRDefault="00DA020F">
            <w:pPr>
              <w:jc w:val="center"/>
              <w:rPr>
                <w:rFonts w:cs="Arial"/>
                <w:sz w:val="20"/>
                <w:szCs w:val="20"/>
              </w:rPr>
            </w:pPr>
            <w:r w:rsidRPr="00415899">
              <w:rPr>
                <w:rFonts w:cs="Arial"/>
                <w:b/>
                <w:color w:val="6D8460"/>
                <w:sz w:val="20"/>
                <w:szCs w:val="20"/>
              </w:rPr>
              <w:t>UZÁVĚRKA</w:t>
            </w:r>
          </w:p>
        </w:tc>
        <w:tc>
          <w:tcPr>
            <w:tcW w:w="3110" w:type="dxa"/>
            <w:shd w:val="clear" w:color="auto" w:fill="EEF2EC"/>
            <w:tcMar>
              <w:top w:w="120" w:type="dxa"/>
              <w:left w:w="100" w:type="dxa"/>
              <w:bottom w:w="120" w:type="dxa"/>
              <w:right w:w="100" w:type="dxa"/>
            </w:tcMar>
            <w:vAlign w:val="center"/>
          </w:tcPr>
          <w:p w14:paraId="37ADD8B5" w14:textId="77777777" w:rsidR="003F3D56" w:rsidRPr="00415899" w:rsidRDefault="00DA020F">
            <w:pPr>
              <w:jc w:val="center"/>
              <w:rPr>
                <w:rFonts w:cs="Arial"/>
                <w:sz w:val="20"/>
                <w:szCs w:val="20"/>
              </w:rPr>
            </w:pPr>
            <w:r w:rsidRPr="00415899">
              <w:rPr>
                <w:rFonts w:cs="Arial"/>
                <w:b/>
                <w:color w:val="6D8460"/>
                <w:sz w:val="20"/>
                <w:szCs w:val="20"/>
              </w:rPr>
              <w:t>3 CENY</w:t>
            </w:r>
          </w:p>
        </w:tc>
        <w:tc>
          <w:tcPr>
            <w:tcW w:w="3110" w:type="dxa"/>
            <w:shd w:val="clear" w:color="auto" w:fill="EEF2EC"/>
            <w:tcMar>
              <w:top w:w="120" w:type="dxa"/>
              <w:left w:w="100" w:type="dxa"/>
              <w:bottom w:w="120" w:type="dxa"/>
              <w:right w:w="100" w:type="dxa"/>
            </w:tcMar>
            <w:vAlign w:val="center"/>
          </w:tcPr>
          <w:p w14:paraId="235F562C" w14:textId="77777777" w:rsidR="003F3D56" w:rsidRPr="00415899" w:rsidRDefault="00DA020F">
            <w:pPr>
              <w:jc w:val="center"/>
              <w:rPr>
                <w:rFonts w:cs="Arial"/>
                <w:sz w:val="20"/>
                <w:szCs w:val="20"/>
              </w:rPr>
            </w:pPr>
            <w:r w:rsidRPr="00415899">
              <w:rPr>
                <w:rFonts w:cs="Arial"/>
                <w:b/>
                <w:color w:val="6D8460"/>
                <w:sz w:val="20"/>
                <w:szCs w:val="20"/>
              </w:rPr>
              <w:t>EVROPSKÉ FINÁLE</w:t>
            </w:r>
          </w:p>
        </w:tc>
      </w:tr>
      <w:tr w:rsidR="003F3D56" w:rsidRPr="00415899" w14:paraId="7F4016F6" w14:textId="77777777">
        <w:trPr>
          <w:jc w:val="center"/>
        </w:trPr>
        <w:tc>
          <w:tcPr>
            <w:tcW w:w="3110" w:type="dxa"/>
            <w:shd w:val="clear" w:color="auto" w:fill="EEF2EC"/>
            <w:tcMar>
              <w:top w:w="120" w:type="dxa"/>
              <w:left w:w="100" w:type="dxa"/>
              <w:bottom w:w="120" w:type="dxa"/>
              <w:right w:w="100" w:type="dxa"/>
            </w:tcMar>
            <w:vAlign w:val="center"/>
          </w:tcPr>
          <w:p w14:paraId="225E913D" w14:textId="224B6F4C" w:rsidR="003F3D56" w:rsidRPr="00415899" w:rsidRDefault="00DA020F">
            <w:pPr>
              <w:jc w:val="center"/>
              <w:rPr>
                <w:rFonts w:cs="Arial"/>
                <w:sz w:val="20"/>
                <w:szCs w:val="20"/>
              </w:rPr>
            </w:pPr>
            <w:r w:rsidRPr="00415899">
              <w:rPr>
                <w:rFonts w:cs="Arial"/>
                <w:b/>
                <w:color w:val="18322F"/>
                <w:sz w:val="20"/>
                <w:szCs w:val="20"/>
              </w:rPr>
              <w:t>3</w:t>
            </w:r>
            <w:r w:rsidR="00615E3C" w:rsidRPr="00415899">
              <w:rPr>
                <w:rFonts w:cs="Arial"/>
                <w:b/>
                <w:color w:val="18322F"/>
                <w:sz w:val="20"/>
                <w:szCs w:val="20"/>
              </w:rPr>
              <w:t>0</w:t>
            </w:r>
            <w:r w:rsidRPr="00415899">
              <w:rPr>
                <w:rFonts w:cs="Arial"/>
                <w:b/>
                <w:color w:val="18322F"/>
                <w:sz w:val="20"/>
                <w:szCs w:val="20"/>
              </w:rPr>
              <w:t>. 1</w:t>
            </w:r>
            <w:r w:rsidR="00615E3C" w:rsidRPr="00415899">
              <w:rPr>
                <w:rFonts w:cs="Arial"/>
                <w:b/>
                <w:color w:val="18322F"/>
                <w:sz w:val="20"/>
                <w:szCs w:val="20"/>
              </w:rPr>
              <w:t>1</w:t>
            </w:r>
            <w:r w:rsidRPr="00415899">
              <w:rPr>
                <w:rFonts w:cs="Arial"/>
                <w:b/>
                <w:color w:val="18322F"/>
                <w:sz w:val="20"/>
                <w:szCs w:val="20"/>
              </w:rPr>
              <w:t>. 2026</w:t>
            </w:r>
          </w:p>
        </w:tc>
        <w:tc>
          <w:tcPr>
            <w:tcW w:w="3110" w:type="dxa"/>
            <w:shd w:val="clear" w:color="auto" w:fill="EEF2EC"/>
            <w:tcMar>
              <w:top w:w="120" w:type="dxa"/>
              <w:left w:w="100" w:type="dxa"/>
              <w:bottom w:w="120" w:type="dxa"/>
              <w:right w:w="100" w:type="dxa"/>
            </w:tcMar>
            <w:vAlign w:val="center"/>
          </w:tcPr>
          <w:p w14:paraId="20F6895C" w14:textId="77777777" w:rsidR="003F3D56" w:rsidRPr="00415899" w:rsidRDefault="00DA020F">
            <w:pPr>
              <w:jc w:val="center"/>
              <w:rPr>
                <w:rFonts w:cs="Arial"/>
                <w:sz w:val="20"/>
                <w:szCs w:val="20"/>
              </w:rPr>
            </w:pPr>
            <w:r w:rsidRPr="00415899">
              <w:rPr>
                <w:rFonts w:cs="Arial"/>
                <w:b/>
                <w:color w:val="18322F"/>
                <w:sz w:val="20"/>
                <w:szCs w:val="20"/>
              </w:rPr>
              <w:t xml:space="preserve">5 000 / 3 000 / 2 000 </w:t>
            </w:r>
            <w:proofErr w:type="spellStart"/>
            <w:r w:rsidRPr="00415899">
              <w:rPr>
                <w:rFonts w:cs="Arial"/>
                <w:b/>
                <w:color w:val="18322F"/>
                <w:sz w:val="20"/>
                <w:szCs w:val="20"/>
              </w:rPr>
              <w:t>Kč</w:t>
            </w:r>
            <w:proofErr w:type="spellEnd"/>
          </w:p>
        </w:tc>
        <w:tc>
          <w:tcPr>
            <w:tcW w:w="3110" w:type="dxa"/>
            <w:shd w:val="clear" w:color="auto" w:fill="EEF2EC"/>
            <w:tcMar>
              <w:top w:w="120" w:type="dxa"/>
              <w:left w:w="100" w:type="dxa"/>
              <w:bottom w:w="120" w:type="dxa"/>
              <w:right w:w="100" w:type="dxa"/>
            </w:tcMar>
            <w:vAlign w:val="center"/>
          </w:tcPr>
          <w:p w14:paraId="2D004ABE" w14:textId="77777777" w:rsidR="003F3D56" w:rsidRPr="00415899" w:rsidRDefault="00DA020F">
            <w:pPr>
              <w:jc w:val="center"/>
              <w:rPr>
                <w:rFonts w:cs="Arial"/>
                <w:sz w:val="20"/>
                <w:szCs w:val="20"/>
              </w:rPr>
            </w:pPr>
            <w:proofErr w:type="spellStart"/>
            <w:r w:rsidRPr="00415899">
              <w:rPr>
                <w:rFonts w:cs="Arial"/>
                <w:b/>
                <w:color w:val="18322F"/>
                <w:sz w:val="20"/>
                <w:szCs w:val="20"/>
              </w:rPr>
              <w:t>šance</w:t>
            </w:r>
            <w:proofErr w:type="spellEnd"/>
            <w:r w:rsidRPr="00415899">
              <w:rPr>
                <w:rFonts w:cs="Arial"/>
                <w:b/>
                <w:color w:val="18322F"/>
                <w:sz w:val="20"/>
                <w:szCs w:val="20"/>
              </w:rPr>
              <w:t xml:space="preserve"> </w:t>
            </w:r>
            <w:proofErr w:type="spellStart"/>
            <w:r w:rsidRPr="00415899">
              <w:rPr>
                <w:rFonts w:cs="Arial"/>
                <w:b/>
                <w:color w:val="18322F"/>
                <w:sz w:val="20"/>
                <w:szCs w:val="20"/>
              </w:rPr>
              <w:t>na</w:t>
            </w:r>
            <w:proofErr w:type="spellEnd"/>
            <w:r w:rsidRPr="00415899">
              <w:rPr>
                <w:rFonts w:cs="Arial"/>
                <w:b/>
                <w:color w:val="18322F"/>
                <w:sz w:val="20"/>
                <w:szCs w:val="20"/>
              </w:rPr>
              <w:t xml:space="preserve"> </w:t>
            </w:r>
            <w:proofErr w:type="spellStart"/>
            <w:r w:rsidRPr="00415899">
              <w:rPr>
                <w:rFonts w:cs="Arial"/>
                <w:b/>
                <w:color w:val="18322F"/>
                <w:sz w:val="20"/>
                <w:szCs w:val="20"/>
              </w:rPr>
              <w:t>limitovanou</w:t>
            </w:r>
            <w:proofErr w:type="spellEnd"/>
            <w:r w:rsidRPr="00415899">
              <w:rPr>
                <w:rFonts w:cs="Arial"/>
                <w:b/>
                <w:color w:val="18322F"/>
                <w:sz w:val="20"/>
                <w:szCs w:val="20"/>
              </w:rPr>
              <w:t xml:space="preserve"> </w:t>
            </w:r>
            <w:proofErr w:type="spellStart"/>
            <w:r w:rsidRPr="00415899">
              <w:rPr>
                <w:rFonts w:cs="Arial"/>
                <w:b/>
                <w:color w:val="18322F"/>
                <w:sz w:val="20"/>
                <w:szCs w:val="20"/>
              </w:rPr>
              <w:t>edici</w:t>
            </w:r>
            <w:proofErr w:type="spellEnd"/>
          </w:p>
        </w:tc>
      </w:tr>
    </w:tbl>
    <w:p w14:paraId="58BDE78F" w14:textId="77777777" w:rsidR="003F3D56" w:rsidRPr="00415899" w:rsidRDefault="00DA020F">
      <w:pPr>
        <w:spacing w:before="800"/>
        <w:jc w:val="center"/>
        <w:rPr>
          <w:rFonts w:cs="Arial"/>
          <w:sz w:val="20"/>
          <w:szCs w:val="20"/>
        </w:rPr>
      </w:pPr>
      <w:r w:rsidRPr="00415899">
        <w:rPr>
          <w:rFonts w:cs="Arial"/>
          <w:b/>
          <w:color w:val="18322F"/>
          <w:sz w:val="20"/>
          <w:szCs w:val="20"/>
        </w:rPr>
        <w:t>ÚPLNÁ PRAVIDLA SOUTĚŽE</w:t>
      </w:r>
    </w:p>
    <w:p w14:paraId="08692D19" w14:textId="77777777" w:rsidR="003F3D56" w:rsidRPr="00415899" w:rsidRDefault="00DA020F">
      <w:pPr>
        <w:jc w:val="center"/>
        <w:rPr>
          <w:rFonts w:cs="Arial"/>
          <w:sz w:val="20"/>
          <w:szCs w:val="20"/>
        </w:rPr>
      </w:pPr>
      <w:proofErr w:type="spellStart"/>
      <w:r w:rsidRPr="00415899">
        <w:rPr>
          <w:rFonts w:cs="Arial"/>
          <w:color w:val="606A67"/>
          <w:sz w:val="20"/>
          <w:szCs w:val="20"/>
        </w:rPr>
        <w:t>platná</w:t>
      </w:r>
      <w:proofErr w:type="spellEnd"/>
      <w:r w:rsidRPr="00415899">
        <w:rPr>
          <w:rFonts w:cs="Arial"/>
          <w:color w:val="606A67"/>
          <w:sz w:val="20"/>
          <w:szCs w:val="20"/>
        </w:rPr>
        <w:t xml:space="preserve"> pro </w:t>
      </w:r>
      <w:proofErr w:type="spellStart"/>
      <w:r w:rsidRPr="00415899">
        <w:rPr>
          <w:rFonts w:cs="Arial"/>
          <w:color w:val="606A67"/>
          <w:sz w:val="20"/>
          <w:szCs w:val="20"/>
        </w:rPr>
        <w:t>ročník</w:t>
      </w:r>
      <w:proofErr w:type="spellEnd"/>
      <w:r w:rsidRPr="00415899">
        <w:rPr>
          <w:rFonts w:cs="Arial"/>
          <w:color w:val="606A67"/>
          <w:sz w:val="20"/>
          <w:szCs w:val="20"/>
        </w:rPr>
        <w:t xml:space="preserve"> 2026</w:t>
      </w:r>
    </w:p>
    <w:p w14:paraId="45F3CAE2" w14:textId="77777777" w:rsidR="003F3D56" w:rsidRPr="00415899" w:rsidRDefault="00DA020F">
      <w:pPr>
        <w:rPr>
          <w:rFonts w:cs="Arial"/>
          <w:sz w:val="20"/>
          <w:szCs w:val="20"/>
        </w:rPr>
      </w:pPr>
      <w:r w:rsidRPr="00415899">
        <w:rPr>
          <w:rFonts w:cs="Arial"/>
          <w:sz w:val="20"/>
          <w:szCs w:val="20"/>
        </w:rPr>
        <w:br w:type="page"/>
      </w:r>
    </w:p>
    <w:p w14:paraId="34BB1FC9" w14:textId="77777777" w:rsidR="003F3D56" w:rsidRPr="00415899" w:rsidRDefault="00DA020F">
      <w:pPr>
        <w:pStyle w:val="Nadpis1"/>
        <w:rPr>
          <w:rFonts w:ascii="Arial" w:hAnsi="Arial" w:cs="Arial"/>
          <w:sz w:val="20"/>
          <w:szCs w:val="20"/>
        </w:rPr>
      </w:pPr>
      <w:r w:rsidRPr="00415899">
        <w:rPr>
          <w:rFonts w:ascii="Arial" w:hAnsi="Arial" w:cs="Arial"/>
          <w:sz w:val="20"/>
          <w:szCs w:val="20"/>
        </w:rPr>
        <w:lastRenderedPageBreak/>
        <w:t xml:space="preserve">1. </w:t>
      </w:r>
      <w:proofErr w:type="spellStart"/>
      <w:r w:rsidRPr="00415899">
        <w:rPr>
          <w:rFonts w:ascii="Arial" w:hAnsi="Arial" w:cs="Arial"/>
          <w:sz w:val="20"/>
          <w:szCs w:val="20"/>
        </w:rPr>
        <w:t>Pořadatel</w:t>
      </w:r>
      <w:proofErr w:type="spellEnd"/>
      <w:r w:rsidRPr="00415899">
        <w:rPr>
          <w:rFonts w:ascii="Arial" w:hAnsi="Arial" w:cs="Arial"/>
          <w:sz w:val="20"/>
          <w:szCs w:val="20"/>
        </w:rPr>
        <w:t xml:space="preserve"> a </w:t>
      </w:r>
      <w:proofErr w:type="spellStart"/>
      <w:r w:rsidRPr="00415899">
        <w:rPr>
          <w:rFonts w:ascii="Arial" w:hAnsi="Arial" w:cs="Arial"/>
          <w:sz w:val="20"/>
          <w:szCs w:val="20"/>
        </w:rPr>
        <w:t>název</w:t>
      </w:r>
      <w:proofErr w:type="spellEnd"/>
      <w:r w:rsidRPr="00415899">
        <w:rPr>
          <w:rFonts w:ascii="Arial" w:hAnsi="Arial" w:cs="Arial"/>
          <w:sz w:val="20"/>
          <w:szCs w:val="20"/>
        </w:rPr>
        <w:t xml:space="preserve"> </w:t>
      </w:r>
      <w:proofErr w:type="spellStart"/>
      <w:r w:rsidRPr="00415899">
        <w:rPr>
          <w:rFonts w:ascii="Arial" w:hAnsi="Arial" w:cs="Arial"/>
          <w:sz w:val="20"/>
          <w:szCs w:val="20"/>
        </w:rPr>
        <w:t>soutěže</w:t>
      </w:r>
      <w:proofErr w:type="spellEnd"/>
    </w:p>
    <w:p w14:paraId="09BF3A24" w14:textId="77777777" w:rsidR="003F3D56" w:rsidRPr="00415899" w:rsidRDefault="00DA020F">
      <w:pPr>
        <w:rPr>
          <w:rFonts w:cs="Arial"/>
          <w:sz w:val="20"/>
          <w:szCs w:val="20"/>
        </w:rPr>
      </w:pPr>
      <w:proofErr w:type="spellStart"/>
      <w:r w:rsidRPr="00415899">
        <w:rPr>
          <w:rFonts w:cs="Arial"/>
          <w:sz w:val="20"/>
          <w:szCs w:val="20"/>
        </w:rPr>
        <w:t>Pořadatelem</w:t>
      </w:r>
      <w:proofErr w:type="spellEnd"/>
      <w:r w:rsidRPr="00415899">
        <w:rPr>
          <w:rFonts w:cs="Arial"/>
          <w:sz w:val="20"/>
          <w:szCs w:val="20"/>
        </w:rPr>
        <w:t xml:space="preserve"> </w:t>
      </w:r>
      <w:proofErr w:type="spellStart"/>
      <w:r w:rsidRPr="00415899">
        <w:rPr>
          <w:rFonts w:cs="Arial"/>
          <w:sz w:val="20"/>
          <w:szCs w:val="20"/>
        </w:rPr>
        <w:t>výtvarné</w:t>
      </w:r>
      <w:proofErr w:type="spellEnd"/>
      <w:r w:rsidRPr="00415899">
        <w:rPr>
          <w:rFonts w:cs="Arial"/>
          <w:sz w:val="20"/>
          <w:szCs w:val="20"/>
        </w:rPr>
        <w:t xml:space="preserve"> </w:t>
      </w:r>
      <w:proofErr w:type="spellStart"/>
      <w:r w:rsidRPr="00415899">
        <w:rPr>
          <w:rFonts w:cs="Arial"/>
          <w:sz w:val="20"/>
          <w:szCs w:val="20"/>
        </w:rPr>
        <w:t>soutěže</w:t>
      </w:r>
      <w:proofErr w:type="spellEnd"/>
      <w:r w:rsidRPr="00415899">
        <w:rPr>
          <w:rFonts w:cs="Arial"/>
          <w:sz w:val="20"/>
          <w:szCs w:val="20"/>
        </w:rPr>
        <w:t xml:space="preserve"> „Praha v </w:t>
      </w:r>
      <w:proofErr w:type="spellStart"/>
      <w:r w:rsidRPr="00415899">
        <w:rPr>
          <w:rFonts w:cs="Arial"/>
          <w:sz w:val="20"/>
          <w:szCs w:val="20"/>
        </w:rPr>
        <w:t>mojí</w:t>
      </w:r>
      <w:proofErr w:type="spellEnd"/>
      <w:r w:rsidRPr="00415899">
        <w:rPr>
          <w:rFonts w:cs="Arial"/>
          <w:sz w:val="20"/>
          <w:szCs w:val="20"/>
        </w:rPr>
        <w:t xml:space="preserve"> </w:t>
      </w:r>
      <w:proofErr w:type="spellStart"/>
      <w:proofErr w:type="gramStart"/>
      <w:r w:rsidRPr="00415899">
        <w:rPr>
          <w:rFonts w:cs="Arial"/>
          <w:sz w:val="20"/>
          <w:szCs w:val="20"/>
        </w:rPr>
        <w:t>stopě</w:t>
      </w:r>
      <w:proofErr w:type="spellEnd"/>
      <w:r w:rsidRPr="00415899">
        <w:rPr>
          <w:rFonts w:cs="Arial"/>
          <w:sz w:val="20"/>
          <w:szCs w:val="20"/>
        </w:rPr>
        <w:t>“ (</w:t>
      </w:r>
      <w:proofErr w:type="spellStart"/>
      <w:proofErr w:type="gramEnd"/>
      <w:r w:rsidRPr="00415899">
        <w:rPr>
          <w:rFonts w:cs="Arial"/>
          <w:sz w:val="20"/>
          <w:szCs w:val="20"/>
        </w:rPr>
        <w:t>dále</w:t>
      </w:r>
      <w:proofErr w:type="spellEnd"/>
      <w:r w:rsidRPr="00415899">
        <w:rPr>
          <w:rFonts w:cs="Arial"/>
          <w:sz w:val="20"/>
          <w:szCs w:val="20"/>
        </w:rPr>
        <w:t xml:space="preserve"> </w:t>
      </w:r>
      <w:proofErr w:type="spellStart"/>
      <w:r w:rsidRPr="00415899">
        <w:rPr>
          <w:rFonts w:cs="Arial"/>
          <w:sz w:val="20"/>
          <w:szCs w:val="20"/>
        </w:rPr>
        <w:t>jen</w:t>
      </w:r>
      <w:proofErr w:type="spellEnd"/>
      <w:r w:rsidRPr="00415899">
        <w:rPr>
          <w:rFonts w:cs="Arial"/>
          <w:sz w:val="20"/>
          <w:szCs w:val="20"/>
        </w:rPr>
        <w:t xml:space="preserve"> „</w:t>
      </w:r>
      <w:proofErr w:type="spellStart"/>
      <w:r w:rsidRPr="00415899">
        <w:rPr>
          <w:rFonts w:cs="Arial"/>
          <w:sz w:val="20"/>
          <w:szCs w:val="20"/>
        </w:rPr>
        <w:t>Soutěž</w:t>
      </w:r>
      <w:proofErr w:type="spellEnd"/>
      <w:r w:rsidRPr="00415899">
        <w:rPr>
          <w:rFonts w:cs="Arial"/>
          <w:sz w:val="20"/>
          <w:szCs w:val="20"/>
        </w:rPr>
        <w:t xml:space="preserve">“) je </w:t>
      </w:r>
      <w:proofErr w:type="spellStart"/>
      <w:r w:rsidRPr="00415899">
        <w:rPr>
          <w:rFonts w:cs="Arial"/>
          <w:sz w:val="20"/>
          <w:szCs w:val="20"/>
        </w:rPr>
        <w:t>společnost</w:t>
      </w:r>
      <w:proofErr w:type="spellEnd"/>
      <w:r w:rsidRPr="00415899">
        <w:rPr>
          <w:rFonts w:cs="Arial"/>
          <w:sz w:val="20"/>
          <w:szCs w:val="20"/>
        </w:rPr>
        <w:t xml:space="preserve"> SUPICH </w:t>
      </w:r>
      <w:proofErr w:type="spellStart"/>
      <w:r w:rsidRPr="00415899">
        <w:rPr>
          <w:rFonts w:cs="Arial"/>
          <w:sz w:val="20"/>
          <w:szCs w:val="20"/>
        </w:rPr>
        <w:t>s.r.o.</w:t>
      </w:r>
      <w:proofErr w:type="spellEnd"/>
      <w:r w:rsidRPr="00415899">
        <w:rPr>
          <w:rFonts w:cs="Arial"/>
          <w:sz w:val="20"/>
          <w:szCs w:val="20"/>
        </w:rPr>
        <w:t xml:space="preserve">, IČO 04805445, se </w:t>
      </w:r>
      <w:proofErr w:type="spellStart"/>
      <w:r w:rsidRPr="00415899">
        <w:rPr>
          <w:rFonts w:cs="Arial"/>
          <w:sz w:val="20"/>
          <w:szCs w:val="20"/>
        </w:rPr>
        <w:t>sídlem</w:t>
      </w:r>
      <w:proofErr w:type="spellEnd"/>
      <w:r w:rsidRPr="00415899">
        <w:rPr>
          <w:rFonts w:cs="Arial"/>
          <w:sz w:val="20"/>
          <w:szCs w:val="20"/>
        </w:rPr>
        <w:t xml:space="preserve"> </w:t>
      </w:r>
      <w:proofErr w:type="spellStart"/>
      <w:r w:rsidRPr="00415899">
        <w:rPr>
          <w:rFonts w:cs="Arial"/>
          <w:sz w:val="20"/>
          <w:szCs w:val="20"/>
        </w:rPr>
        <w:t>Jungmannova</w:t>
      </w:r>
      <w:proofErr w:type="spellEnd"/>
      <w:r w:rsidRPr="00415899">
        <w:rPr>
          <w:rFonts w:cs="Arial"/>
          <w:sz w:val="20"/>
          <w:szCs w:val="20"/>
        </w:rPr>
        <w:t xml:space="preserve"> 31/23, 110 00 Praha 1 – </w:t>
      </w:r>
      <w:proofErr w:type="spellStart"/>
      <w:r w:rsidRPr="00415899">
        <w:rPr>
          <w:rFonts w:cs="Arial"/>
          <w:sz w:val="20"/>
          <w:szCs w:val="20"/>
        </w:rPr>
        <w:t>Nové</w:t>
      </w:r>
      <w:proofErr w:type="spellEnd"/>
      <w:r w:rsidRPr="00415899">
        <w:rPr>
          <w:rFonts w:cs="Arial"/>
          <w:sz w:val="20"/>
          <w:szCs w:val="20"/>
        </w:rPr>
        <w:t xml:space="preserve"> </w:t>
      </w:r>
      <w:proofErr w:type="spellStart"/>
      <w:r w:rsidRPr="00415899">
        <w:rPr>
          <w:rFonts w:cs="Arial"/>
          <w:sz w:val="20"/>
          <w:szCs w:val="20"/>
        </w:rPr>
        <w:t>Město</w:t>
      </w:r>
      <w:proofErr w:type="spellEnd"/>
      <w:r w:rsidRPr="00415899">
        <w:rPr>
          <w:rFonts w:cs="Arial"/>
          <w:sz w:val="20"/>
          <w:szCs w:val="20"/>
        </w:rPr>
        <w:t xml:space="preserve">, </w:t>
      </w:r>
      <w:proofErr w:type="spellStart"/>
      <w:r w:rsidRPr="00415899">
        <w:rPr>
          <w:rFonts w:cs="Arial"/>
          <w:sz w:val="20"/>
          <w:szCs w:val="20"/>
        </w:rPr>
        <w:t>zapsaná</w:t>
      </w:r>
      <w:proofErr w:type="spellEnd"/>
      <w:r w:rsidRPr="00415899">
        <w:rPr>
          <w:rFonts w:cs="Arial"/>
          <w:sz w:val="20"/>
          <w:szCs w:val="20"/>
        </w:rPr>
        <w:t xml:space="preserve"> v </w:t>
      </w:r>
      <w:proofErr w:type="spellStart"/>
      <w:r w:rsidRPr="00415899">
        <w:rPr>
          <w:rFonts w:cs="Arial"/>
          <w:sz w:val="20"/>
          <w:szCs w:val="20"/>
        </w:rPr>
        <w:t>obchodním</w:t>
      </w:r>
      <w:proofErr w:type="spellEnd"/>
      <w:r w:rsidRPr="00415899">
        <w:rPr>
          <w:rFonts w:cs="Arial"/>
          <w:sz w:val="20"/>
          <w:szCs w:val="20"/>
        </w:rPr>
        <w:t xml:space="preserve"> </w:t>
      </w:r>
      <w:proofErr w:type="spellStart"/>
      <w:r w:rsidRPr="00415899">
        <w:rPr>
          <w:rFonts w:cs="Arial"/>
          <w:sz w:val="20"/>
          <w:szCs w:val="20"/>
        </w:rPr>
        <w:t>rejstříku</w:t>
      </w:r>
      <w:proofErr w:type="spellEnd"/>
      <w:r w:rsidRPr="00415899">
        <w:rPr>
          <w:rFonts w:cs="Arial"/>
          <w:sz w:val="20"/>
          <w:szCs w:val="20"/>
        </w:rPr>
        <w:t xml:space="preserve"> </w:t>
      </w:r>
      <w:proofErr w:type="spellStart"/>
      <w:r w:rsidRPr="00415899">
        <w:rPr>
          <w:rFonts w:cs="Arial"/>
          <w:sz w:val="20"/>
          <w:szCs w:val="20"/>
        </w:rPr>
        <w:t>vedeném</w:t>
      </w:r>
      <w:proofErr w:type="spellEnd"/>
      <w:r w:rsidRPr="00415899">
        <w:rPr>
          <w:rFonts w:cs="Arial"/>
          <w:sz w:val="20"/>
          <w:szCs w:val="20"/>
        </w:rPr>
        <w:t xml:space="preserve"> </w:t>
      </w:r>
      <w:proofErr w:type="spellStart"/>
      <w:r w:rsidRPr="00415899">
        <w:rPr>
          <w:rFonts w:cs="Arial"/>
          <w:sz w:val="20"/>
          <w:szCs w:val="20"/>
        </w:rPr>
        <w:t>Městským</w:t>
      </w:r>
      <w:proofErr w:type="spellEnd"/>
      <w:r w:rsidRPr="00415899">
        <w:rPr>
          <w:rFonts w:cs="Arial"/>
          <w:sz w:val="20"/>
          <w:szCs w:val="20"/>
        </w:rPr>
        <w:t xml:space="preserve"> </w:t>
      </w:r>
      <w:proofErr w:type="spellStart"/>
      <w:r w:rsidRPr="00415899">
        <w:rPr>
          <w:rFonts w:cs="Arial"/>
          <w:sz w:val="20"/>
          <w:szCs w:val="20"/>
        </w:rPr>
        <w:t>soudem</w:t>
      </w:r>
      <w:proofErr w:type="spellEnd"/>
      <w:r w:rsidRPr="00415899">
        <w:rPr>
          <w:rFonts w:cs="Arial"/>
          <w:sz w:val="20"/>
          <w:szCs w:val="20"/>
        </w:rPr>
        <w:t xml:space="preserve"> v </w:t>
      </w:r>
      <w:proofErr w:type="spellStart"/>
      <w:r w:rsidRPr="00415899">
        <w:rPr>
          <w:rFonts w:cs="Arial"/>
          <w:sz w:val="20"/>
          <w:szCs w:val="20"/>
        </w:rPr>
        <w:t>Praze</w:t>
      </w:r>
      <w:proofErr w:type="spellEnd"/>
      <w:r w:rsidRPr="00415899">
        <w:rPr>
          <w:rFonts w:cs="Arial"/>
          <w:sz w:val="20"/>
          <w:szCs w:val="20"/>
        </w:rPr>
        <w:t xml:space="preserve"> pod sp. </w:t>
      </w:r>
      <w:proofErr w:type="spellStart"/>
      <w:r w:rsidRPr="00415899">
        <w:rPr>
          <w:rFonts w:cs="Arial"/>
          <w:sz w:val="20"/>
          <w:szCs w:val="20"/>
        </w:rPr>
        <w:t>zn</w:t>
      </w:r>
      <w:proofErr w:type="spellEnd"/>
      <w:r w:rsidRPr="00415899">
        <w:rPr>
          <w:rFonts w:cs="Arial"/>
          <w:sz w:val="20"/>
          <w:szCs w:val="20"/>
        </w:rPr>
        <w:t>. C 252519 (</w:t>
      </w:r>
      <w:proofErr w:type="spellStart"/>
      <w:r w:rsidRPr="00415899">
        <w:rPr>
          <w:rFonts w:cs="Arial"/>
          <w:sz w:val="20"/>
          <w:szCs w:val="20"/>
        </w:rPr>
        <w:t>dále</w:t>
      </w:r>
      <w:proofErr w:type="spellEnd"/>
      <w:r w:rsidRPr="00415899">
        <w:rPr>
          <w:rFonts w:cs="Arial"/>
          <w:sz w:val="20"/>
          <w:szCs w:val="20"/>
        </w:rPr>
        <w:t xml:space="preserve"> </w:t>
      </w:r>
      <w:proofErr w:type="spellStart"/>
      <w:r w:rsidRPr="00415899">
        <w:rPr>
          <w:rFonts w:cs="Arial"/>
          <w:sz w:val="20"/>
          <w:szCs w:val="20"/>
        </w:rPr>
        <w:t>jen</w:t>
      </w:r>
      <w:proofErr w:type="spellEnd"/>
      <w:r w:rsidRPr="00415899">
        <w:rPr>
          <w:rFonts w:cs="Arial"/>
          <w:sz w:val="20"/>
          <w:szCs w:val="20"/>
        </w:rPr>
        <w:t xml:space="preserve"> „</w:t>
      </w:r>
      <w:proofErr w:type="spellStart"/>
      <w:proofErr w:type="gramStart"/>
      <w:r w:rsidRPr="00415899">
        <w:rPr>
          <w:rFonts w:cs="Arial"/>
          <w:sz w:val="20"/>
          <w:szCs w:val="20"/>
        </w:rPr>
        <w:t>Pořadatel</w:t>
      </w:r>
      <w:proofErr w:type="spellEnd"/>
      <w:r w:rsidRPr="00415899">
        <w:rPr>
          <w:rFonts w:cs="Arial"/>
          <w:sz w:val="20"/>
          <w:szCs w:val="20"/>
        </w:rPr>
        <w:t>“</w:t>
      </w:r>
      <w:proofErr w:type="gramEnd"/>
      <w:r w:rsidRPr="00415899">
        <w:rPr>
          <w:rFonts w:cs="Arial"/>
          <w:sz w:val="20"/>
          <w:szCs w:val="20"/>
        </w:rPr>
        <w:t>).</w:t>
      </w:r>
    </w:p>
    <w:p w14:paraId="08261B92" w14:textId="77777777" w:rsidR="003F3D56" w:rsidRPr="00415899" w:rsidRDefault="00DA020F">
      <w:pPr>
        <w:rPr>
          <w:rFonts w:cs="Arial"/>
          <w:sz w:val="20"/>
          <w:szCs w:val="20"/>
        </w:rPr>
      </w:pPr>
      <w:proofErr w:type="spellStart"/>
      <w:r w:rsidRPr="00415899">
        <w:rPr>
          <w:rFonts w:cs="Arial"/>
          <w:sz w:val="20"/>
          <w:szCs w:val="20"/>
        </w:rPr>
        <w:t>Kontaktní</w:t>
      </w:r>
      <w:proofErr w:type="spellEnd"/>
      <w:r w:rsidRPr="00415899">
        <w:rPr>
          <w:rFonts w:cs="Arial"/>
          <w:sz w:val="20"/>
          <w:szCs w:val="20"/>
        </w:rPr>
        <w:t xml:space="preserve"> </w:t>
      </w:r>
      <w:proofErr w:type="spellStart"/>
      <w:r w:rsidRPr="00415899">
        <w:rPr>
          <w:rFonts w:cs="Arial"/>
          <w:sz w:val="20"/>
          <w:szCs w:val="20"/>
        </w:rPr>
        <w:t>místo</w:t>
      </w:r>
      <w:proofErr w:type="spellEnd"/>
      <w:r w:rsidRPr="00415899">
        <w:rPr>
          <w:rFonts w:cs="Arial"/>
          <w:sz w:val="20"/>
          <w:szCs w:val="20"/>
        </w:rPr>
        <w:t xml:space="preserve">: </w:t>
      </w:r>
      <w:proofErr w:type="spellStart"/>
      <w:r w:rsidRPr="00415899">
        <w:rPr>
          <w:rFonts w:cs="Arial"/>
          <w:sz w:val="20"/>
          <w:szCs w:val="20"/>
        </w:rPr>
        <w:t>prodejna</w:t>
      </w:r>
      <w:proofErr w:type="spellEnd"/>
      <w:r w:rsidRPr="00415899">
        <w:rPr>
          <w:rFonts w:cs="Arial"/>
          <w:sz w:val="20"/>
          <w:szCs w:val="20"/>
        </w:rPr>
        <w:t xml:space="preserve"> icebreaker Praha, </w:t>
      </w:r>
      <w:proofErr w:type="spellStart"/>
      <w:r w:rsidRPr="00415899">
        <w:rPr>
          <w:rFonts w:cs="Arial"/>
          <w:sz w:val="20"/>
          <w:szCs w:val="20"/>
        </w:rPr>
        <w:t>Jungmannova</w:t>
      </w:r>
      <w:proofErr w:type="spellEnd"/>
      <w:r w:rsidRPr="00415899">
        <w:rPr>
          <w:rFonts w:cs="Arial"/>
          <w:sz w:val="20"/>
          <w:szCs w:val="20"/>
        </w:rPr>
        <w:t xml:space="preserve"> 31/23, 110 00 Praha 1 – </w:t>
      </w:r>
      <w:proofErr w:type="spellStart"/>
      <w:r w:rsidRPr="00415899">
        <w:rPr>
          <w:rFonts w:cs="Arial"/>
          <w:sz w:val="20"/>
          <w:szCs w:val="20"/>
        </w:rPr>
        <w:t>Nové</w:t>
      </w:r>
      <w:proofErr w:type="spellEnd"/>
      <w:r w:rsidRPr="00415899">
        <w:rPr>
          <w:rFonts w:cs="Arial"/>
          <w:sz w:val="20"/>
          <w:szCs w:val="20"/>
        </w:rPr>
        <w:t xml:space="preserve"> </w:t>
      </w:r>
      <w:proofErr w:type="spellStart"/>
      <w:r w:rsidRPr="00415899">
        <w:rPr>
          <w:rFonts w:cs="Arial"/>
          <w:sz w:val="20"/>
          <w:szCs w:val="20"/>
        </w:rPr>
        <w:t>Město</w:t>
      </w:r>
      <w:proofErr w:type="spellEnd"/>
      <w:r w:rsidRPr="00415899">
        <w:rPr>
          <w:rFonts w:cs="Arial"/>
          <w:sz w:val="20"/>
          <w:szCs w:val="20"/>
        </w:rPr>
        <w:t xml:space="preserve">; e-mail info@merinoobchod.cz; </w:t>
      </w:r>
      <w:proofErr w:type="spellStart"/>
      <w:r w:rsidRPr="00415899">
        <w:rPr>
          <w:rFonts w:cs="Arial"/>
          <w:sz w:val="20"/>
          <w:szCs w:val="20"/>
        </w:rPr>
        <w:t>telefon</w:t>
      </w:r>
      <w:proofErr w:type="spellEnd"/>
      <w:r w:rsidRPr="00415899">
        <w:rPr>
          <w:rFonts w:cs="Arial"/>
          <w:sz w:val="20"/>
          <w:szCs w:val="20"/>
        </w:rPr>
        <w:t xml:space="preserve"> +420 737 700 377; web www.merinoobchod.cz/kamenny-obchod-praha/.</w:t>
      </w:r>
    </w:p>
    <w:p w14:paraId="38FC7520" w14:textId="77777777" w:rsidR="003F3D56" w:rsidRPr="00415899" w:rsidRDefault="00DA020F">
      <w:pPr>
        <w:rPr>
          <w:rFonts w:cs="Arial"/>
          <w:sz w:val="20"/>
          <w:szCs w:val="20"/>
        </w:rPr>
      </w:pPr>
      <w:proofErr w:type="spellStart"/>
      <w:r w:rsidRPr="00415899">
        <w:rPr>
          <w:rFonts w:cs="Arial"/>
          <w:sz w:val="20"/>
          <w:szCs w:val="20"/>
        </w:rPr>
        <w:t>Značka</w:t>
      </w:r>
      <w:proofErr w:type="spellEnd"/>
      <w:r w:rsidRPr="00415899">
        <w:rPr>
          <w:rFonts w:cs="Arial"/>
          <w:sz w:val="20"/>
          <w:szCs w:val="20"/>
        </w:rPr>
        <w:t xml:space="preserve"> icebreaker ani </w:t>
      </w:r>
      <w:proofErr w:type="spellStart"/>
      <w:r w:rsidRPr="00415899">
        <w:rPr>
          <w:rFonts w:cs="Arial"/>
          <w:sz w:val="20"/>
          <w:szCs w:val="20"/>
        </w:rPr>
        <w:t>jiné</w:t>
      </w:r>
      <w:proofErr w:type="spellEnd"/>
      <w:r w:rsidRPr="00415899">
        <w:rPr>
          <w:rFonts w:cs="Arial"/>
          <w:sz w:val="20"/>
          <w:szCs w:val="20"/>
        </w:rPr>
        <w:t xml:space="preserve"> </w:t>
      </w:r>
      <w:proofErr w:type="spellStart"/>
      <w:r w:rsidRPr="00415899">
        <w:rPr>
          <w:rFonts w:cs="Arial"/>
          <w:sz w:val="20"/>
          <w:szCs w:val="20"/>
        </w:rPr>
        <w:t>společnosti</w:t>
      </w:r>
      <w:proofErr w:type="spellEnd"/>
      <w:r w:rsidRPr="00415899">
        <w:rPr>
          <w:rFonts w:cs="Arial"/>
          <w:sz w:val="20"/>
          <w:szCs w:val="20"/>
        </w:rPr>
        <w:t xml:space="preserve"> ze </w:t>
      </w:r>
      <w:proofErr w:type="spellStart"/>
      <w:r w:rsidRPr="00415899">
        <w:rPr>
          <w:rFonts w:cs="Arial"/>
          <w:sz w:val="20"/>
          <w:szCs w:val="20"/>
        </w:rPr>
        <w:t>skupiny</w:t>
      </w:r>
      <w:proofErr w:type="spellEnd"/>
      <w:r w:rsidRPr="00415899">
        <w:rPr>
          <w:rFonts w:cs="Arial"/>
          <w:sz w:val="20"/>
          <w:szCs w:val="20"/>
        </w:rPr>
        <w:t xml:space="preserve"> </w:t>
      </w:r>
      <w:proofErr w:type="spellStart"/>
      <w:r w:rsidRPr="00415899">
        <w:rPr>
          <w:rFonts w:cs="Arial"/>
          <w:sz w:val="20"/>
          <w:szCs w:val="20"/>
        </w:rPr>
        <w:t>vlastníka</w:t>
      </w:r>
      <w:proofErr w:type="spellEnd"/>
      <w:r w:rsidRPr="00415899">
        <w:rPr>
          <w:rFonts w:cs="Arial"/>
          <w:sz w:val="20"/>
          <w:szCs w:val="20"/>
        </w:rPr>
        <w:t xml:space="preserve"> </w:t>
      </w:r>
      <w:proofErr w:type="spellStart"/>
      <w:r w:rsidRPr="00415899">
        <w:rPr>
          <w:rFonts w:cs="Arial"/>
          <w:sz w:val="20"/>
          <w:szCs w:val="20"/>
        </w:rPr>
        <w:t>značky</w:t>
      </w:r>
      <w:proofErr w:type="spellEnd"/>
      <w:r w:rsidRPr="00415899">
        <w:rPr>
          <w:rFonts w:cs="Arial"/>
          <w:sz w:val="20"/>
          <w:szCs w:val="20"/>
        </w:rPr>
        <w:t xml:space="preserve"> </w:t>
      </w:r>
      <w:proofErr w:type="spellStart"/>
      <w:r w:rsidRPr="00415899">
        <w:rPr>
          <w:rFonts w:cs="Arial"/>
          <w:sz w:val="20"/>
          <w:szCs w:val="20"/>
        </w:rPr>
        <w:t>nejsou</w:t>
      </w:r>
      <w:proofErr w:type="spellEnd"/>
      <w:r w:rsidRPr="00415899">
        <w:rPr>
          <w:rFonts w:cs="Arial"/>
          <w:sz w:val="20"/>
          <w:szCs w:val="20"/>
        </w:rPr>
        <w:t xml:space="preserve"> </w:t>
      </w:r>
      <w:proofErr w:type="spellStart"/>
      <w:r w:rsidRPr="00415899">
        <w:rPr>
          <w:rFonts w:cs="Arial"/>
          <w:sz w:val="20"/>
          <w:szCs w:val="20"/>
        </w:rPr>
        <w:t>Pořadatelem</w:t>
      </w:r>
      <w:proofErr w:type="spellEnd"/>
      <w:r w:rsidRPr="00415899">
        <w:rPr>
          <w:rFonts w:cs="Arial"/>
          <w:sz w:val="20"/>
          <w:szCs w:val="20"/>
        </w:rPr>
        <w:t xml:space="preserve"> </w:t>
      </w:r>
      <w:proofErr w:type="spellStart"/>
      <w:r w:rsidRPr="00415899">
        <w:rPr>
          <w:rFonts w:cs="Arial"/>
          <w:sz w:val="20"/>
          <w:szCs w:val="20"/>
        </w:rPr>
        <w:t>Soutěže</w:t>
      </w:r>
      <w:proofErr w:type="spellEnd"/>
      <w:r w:rsidRPr="00415899">
        <w:rPr>
          <w:rFonts w:cs="Arial"/>
          <w:sz w:val="20"/>
          <w:szCs w:val="20"/>
        </w:rPr>
        <w:t xml:space="preserve">, </w:t>
      </w:r>
      <w:proofErr w:type="spellStart"/>
      <w:r w:rsidRPr="00415899">
        <w:rPr>
          <w:rFonts w:cs="Arial"/>
          <w:sz w:val="20"/>
          <w:szCs w:val="20"/>
        </w:rPr>
        <w:t>nestanoví</w:t>
      </w:r>
      <w:proofErr w:type="spellEnd"/>
      <w:r w:rsidRPr="00415899">
        <w:rPr>
          <w:rFonts w:cs="Arial"/>
          <w:sz w:val="20"/>
          <w:szCs w:val="20"/>
        </w:rPr>
        <w:t xml:space="preserve">-li </w:t>
      </w:r>
      <w:proofErr w:type="spellStart"/>
      <w:r w:rsidRPr="00415899">
        <w:rPr>
          <w:rFonts w:cs="Arial"/>
          <w:sz w:val="20"/>
          <w:szCs w:val="20"/>
        </w:rPr>
        <w:t>Pořadatel</w:t>
      </w:r>
      <w:proofErr w:type="spellEnd"/>
      <w:r w:rsidRPr="00415899">
        <w:rPr>
          <w:rFonts w:cs="Arial"/>
          <w:sz w:val="20"/>
          <w:szCs w:val="20"/>
        </w:rPr>
        <w:t xml:space="preserve"> </w:t>
      </w:r>
      <w:proofErr w:type="spellStart"/>
      <w:r w:rsidRPr="00415899">
        <w:rPr>
          <w:rFonts w:cs="Arial"/>
          <w:sz w:val="20"/>
          <w:szCs w:val="20"/>
        </w:rPr>
        <w:t>výslovně</w:t>
      </w:r>
      <w:proofErr w:type="spellEnd"/>
      <w:r w:rsidRPr="00415899">
        <w:rPr>
          <w:rFonts w:cs="Arial"/>
          <w:sz w:val="20"/>
          <w:szCs w:val="20"/>
        </w:rPr>
        <w:t xml:space="preserve"> </w:t>
      </w:r>
      <w:proofErr w:type="spellStart"/>
      <w:r w:rsidRPr="00415899">
        <w:rPr>
          <w:rFonts w:cs="Arial"/>
          <w:sz w:val="20"/>
          <w:szCs w:val="20"/>
        </w:rPr>
        <w:t>jinak</w:t>
      </w:r>
      <w:proofErr w:type="spellEnd"/>
      <w:r w:rsidRPr="00415899">
        <w:rPr>
          <w:rFonts w:cs="Arial"/>
          <w:sz w:val="20"/>
          <w:szCs w:val="20"/>
        </w:rPr>
        <w:t>.</w:t>
      </w:r>
    </w:p>
    <w:p w14:paraId="4826123C" w14:textId="77777777" w:rsidR="003F3D56" w:rsidRPr="00415899" w:rsidRDefault="00DA020F">
      <w:pPr>
        <w:pStyle w:val="Nadpis1"/>
        <w:rPr>
          <w:rFonts w:ascii="Arial" w:hAnsi="Arial" w:cs="Arial"/>
          <w:sz w:val="20"/>
          <w:szCs w:val="20"/>
        </w:rPr>
      </w:pPr>
      <w:r w:rsidRPr="00415899">
        <w:rPr>
          <w:rFonts w:ascii="Arial" w:hAnsi="Arial" w:cs="Arial"/>
          <w:sz w:val="20"/>
          <w:szCs w:val="20"/>
        </w:rPr>
        <w:t xml:space="preserve">2. </w:t>
      </w:r>
      <w:proofErr w:type="spellStart"/>
      <w:r w:rsidRPr="00415899">
        <w:rPr>
          <w:rFonts w:ascii="Arial" w:hAnsi="Arial" w:cs="Arial"/>
          <w:sz w:val="20"/>
          <w:szCs w:val="20"/>
        </w:rPr>
        <w:t>Téma</w:t>
      </w:r>
      <w:proofErr w:type="spellEnd"/>
      <w:r w:rsidRPr="00415899">
        <w:rPr>
          <w:rFonts w:ascii="Arial" w:hAnsi="Arial" w:cs="Arial"/>
          <w:sz w:val="20"/>
          <w:szCs w:val="20"/>
        </w:rPr>
        <w:t xml:space="preserve"> a </w:t>
      </w:r>
      <w:proofErr w:type="spellStart"/>
      <w:r w:rsidRPr="00415899">
        <w:rPr>
          <w:rFonts w:ascii="Arial" w:hAnsi="Arial" w:cs="Arial"/>
          <w:sz w:val="20"/>
          <w:szCs w:val="20"/>
        </w:rPr>
        <w:t>účel</w:t>
      </w:r>
      <w:proofErr w:type="spellEnd"/>
      <w:r w:rsidRPr="00415899">
        <w:rPr>
          <w:rFonts w:ascii="Arial" w:hAnsi="Arial" w:cs="Arial"/>
          <w:sz w:val="20"/>
          <w:szCs w:val="20"/>
        </w:rPr>
        <w:t xml:space="preserve"> </w:t>
      </w:r>
      <w:proofErr w:type="spellStart"/>
      <w:r w:rsidRPr="00415899">
        <w:rPr>
          <w:rFonts w:ascii="Arial" w:hAnsi="Arial" w:cs="Arial"/>
          <w:sz w:val="20"/>
          <w:szCs w:val="20"/>
        </w:rPr>
        <w:t>Soutěže</w:t>
      </w:r>
      <w:proofErr w:type="spellEnd"/>
    </w:p>
    <w:p w14:paraId="779657D1" w14:textId="70C074BD" w:rsidR="003F3D56" w:rsidRPr="00415899" w:rsidRDefault="00DA020F">
      <w:pPr>
        <w:rPr>
          <w:rFonts w:cs="Arial"/>
          <w:sz w:val="20"/>
          <w:szCs w:val="20"/>
        </w:rPr>
      </w:pPr>
      <w:proofErr w:type="spellStart"/>
      <w:r w:rsidRPr="00415899">
        <w:rPr>
          <w:rFonts w:cs="Arial"/>
          <w:sz w:val="20"/>
          <w:szCs w:val="20"/>
        </w:rPr>
        <w:t>Tématem</w:t>
      </w:r>
      <w:proofErr w:type="spellEnd"/>
      <w:r w:rsidRPr="00415899">
        <w:rPr>
          <w:rFonts w:cs="Arial"/>
          <w:sz w:val="20"/>
          <w:szCs w:val="20"/>
        </w:rPr>
        <w:t xml:space="preserve"> </w:t>
      </w:r>
      <w:proofErr w:type="spellStart"/>
      <w:r w:rsidRPr="00415899">
        <w:rPr>
          <w:rFonts w:cs="Arial"/>
          <w:sz w:val="20"/>
          <w:szCs w:val="20"/>
        </w:rPr>
        <w:t>Soutěže</w:t>
      </w:r>
      <w:proofErr w:type="spellEnd"/>
      <w:r w:rsidRPr="00415899">
        <w:rPr>
          <w:rFonts w:cs="Arial"/>
          <w:sz w:val="20"/>
          <w:szCs w:val="20"/>
        </w:rPr>
        <w:t xml:space="preserve"> je </w:t>
      </w:r>
      <w:proofErr w:type="spellStart"/>
      <w:r w:rsidRPr="00415899">
        <w:rPr>
          <w:rFonts w:cs="Arial"/>
          <w:sz w:val="20"/>
          <w:szCs w:val="20"/>
        </w:rPr>
        <w:t>osobní</w:t>
      </w:r>
      <w:proofErr w:type="spellEnd"/>
      <w:r w:rsidRPr="00415899">
        <w:rPr>
          <w:rFonts w:cs="Arial"/>
          <w:sz w:val="20"/>
          <w:szCs w:val="20"/>
        </w:rPr>
        <w:t xml:space="preserve"> </w:t>
      </w:r>
      <w:proofErr w:type="spellStart"/>
      <w:r w:rsidRPr="00415899">
        <w:rPr>
          <w:rFonts w:cs="Arial"/>
          <w:sz w:val="20"/>
          <w:szCs w:val="20"/>
        </w:rPr>
        <w:t>výtvarná</w:t>
      </w:r>
      <w:proofErr w:type="spellEnd"/>
      <w:r w:rsidRPr="00415899">
        <w:rPr>
          <w:rFonts w:cs="Arial"/>
          <w:sz w:val="20"/>
          <w:szCs w:val="20"/>
        </w:rPr>
        <w:t xml:space="preserve"> </w:t>
      </w:r>
      <w:proofErr w:type="spellStart"/>
      <w:r w:rsidRPr="00415899">
        <w:rPr>
          <w:rFonts w:cs="Arial"/>
          <w:sz w:val="20"/>
          <w:szCs w:val="20"/>
        </w:rPr>
        <w:t>interpretace</w:t>
      </w:r>
      <w:proofErr w:type="spellEnd"/>
      <w:r w:rsidRPr="00415899">
        <w:rPr>
          <w:rFonts w:cs="Arial"/>
          <w:sz w:val="20"/>
          <w:szCs w:val="20"/>
        </w:rPr>
        <w:t xml:space="preserve"> </w:t>
      </w:r>
      <w:proofErr w:type="spellStart"/>
      <w:r w:rsidRPr="00415899">
        <w:rPr>
          <w:rFonts w:cs="Arial"/>
          <w:sz w:val="20"/>
          <w:szCs w:val="20"/>
        </w:rPr>
        <w:t>Prahy</w:t>
      </w:r>
      <w:proofErr w:type="spellEnd"/>
      <w:r w:rsidRPr="00415899">
        <w:rPr>
          <w:rFonts w:cs="Arial"/>
          <w:sz w:val="20"/>
          <w:szCs w:val="20"/>
        </w:rPr>
        <w:t xml:space="preserve"> – </w:t>
      </w:r>
      <w:proofErr w:type="spellStart"/>
      <w:r w:rsidRPr="00415899">
        <w:rPr>
          <w:rFonts w:cs="Arial"/>
          <w:sz w:val="20"/>
          <w:szCs w:val="20"/>
        </w:rPr>
        <w:t>její</w:t>
      </w:r>
      <w:proofErr w:type="spellEnd"/>
      <w:r w:rsidRPr="00415899">
        <w:rPr>
          <w:rFonts w:cs="Arial"/>
          <w:sz w:val="20"/>
          <w:szCs w:val="20"/>
        </w:rPr>
        <w:t xml:space="preserve"> </w:t>
      </w:r>
      <w:proofErr w:type="spellStart"/>
      <w:r w:rsidRPr="00415899">
        <w:rPr>
          <w:rFonts w:cs="Arial"/>
          <w:sz w:val="20"/>
          <w:szCs w:val="20"/>
        </w:rPr>
        <w:t>atmosféry</w:t>
      </w:r>
      <w:proofErr w:type="spellEnd"/>
      <w:r w:rsidRPr="00415899">
        <w:rPr>
          <w:rFonts w:cs="Arial"/>
          <w:sz w:val="20"/>
          <w:szCs w:val="20"/>
        </w:rPr>
        <w:t xml:space="preserve">, </w:t>
      </w:r>
      <w:proofErr w:type="spellStart"/>
      <w:r w:rsidRPr="00415899">
        <w:rPr>
          <w:rFonts w:cs="Arial"/>
          <w:sz w:val="20"/>
          <w:szCs w:val="20"/>
        </w:rPr>
        <w:t>míst</w:t>
      </w:r>
      <w:proofErr w:type="spellEnd"/>
      <w:r w:rsidRPr="00415899">
        <w:rPr>
          <w:rFonts w:cs="Arial"/>
          <w:sz w:val="20"/>
          <w:szCs w:val="20"/>
        </w:rPr>
        <w:t xml:space="preserve">, </w:t>
      </w:r>
      <w:proofErr w:type="spellStart"/>
      <w:r w:rsidRPr="00415899">
        <w:rPr>
          <w:rFonts w:cs="Arial"/>
          <w:sz w:val="20"/>
          <w:szCs w:val="20"/>
        </w:rPr>
        <w:t>lidí</w:t>
      </w:r>
      <w:proofErr w:type="spellEnd"/>
      <w:r w:rsidRPr="00415899">
        <w:rPr>
          <w:rFonts w:cs="Arial"/>
          <w:sz w:val="20"/>
          <w:szCs w:val="20"/>
        </w:rPr>
        <w:t xml:space="preserve">, </w:t>
      </w:r>
      <w:proofErr w:type="spellStart"/>
      <w:r w:rsidRPr="00415899">
        <w:rPr>
          <w:rFonts w:cs="Arial"/>
          <w:sz w:val="20"/>
          <w:szCs w:val="20"/>
        </w:rPr>
        <w:t>přírody</w:t>
      </w:r>
      <w:proofErr w:type="spellEnd"/>
      <w:r w:rsidRPr="00415899">
        <w:rPr>
          <w:rFonts w:cs="Arial"/>
          <w:sz w:val="20"/>
          <w:szCs w:val="20"/>
        </w:rPr>
        <w:t xml:space="preserve">, </w:t>
      </w:r>
      <w:proofErr w:type="spellStart"/>
      <w:r w:rsidRPr="00415899">
        <w:rPr>
          <w:rFonts w:cs="Arial"/>
          <w:sz w:val="20"/>
          <w:szCs w:val="20"/>
        </w:rPr>
        <w:t>pohybu</w:t>
      </w:r>
      <w:proofErr w:type="spellEnd"/>
      <w:r w:rsidRPr="00415899">
        <w:rPr>
          <w:rFonts w:cs="Arial"/>
          <w:sz w:val="20"/>
          <w:szCs w:val="20"/>
        </w:rPr>
        <w:t xml:space="preserve"> </w:t>
      </w:r>
      <w:proofErr w:type="spellStart"/>
      <w:r w:rsidRPr="00415899">
        <w:rPr>
          <w:rFonts w:cs="Arial"/>
          <w:sz w:val="20"/>
          <w:szCs w:val="20"/>
        </w:rPr>
        <w:t>nebo</w:t>
      </w:r>
      <w:proofErr w:type="spellEnd"/>
      <w:r w:rsidRPr="00415899">
        <w:rPr>
          <w:rFonts w:cs="Arial"/>
          <w:sz w:val="20"/>
          <w:szCs w:val="20"/>
        </w:rPr>
        <w:t xml:space="preserve"> </w:t>
      </w:r>
      <w:proofErr w:type="spellStart"/>
      <w:r w:rsidRPr="00415899">
        <w:rPr>
          <w:rFonts w:cs="Arial"/>
          <w:sz w:val="20"/>
          <w:szCs w:val="20"/>
        </w:rPr>
        <w:t>každodenních</w:t>
      </w:r>
      <w:proofErr w:type="spellEnd"/>
      <w:r w:rsidRPr="00415899">
        <w:rPr>
          <w:rFonts w:cs="Arial"/>
          <w:sz w:val="20"/>
          <w:szCs w:val="20"/>
        </w:rPr>
        <w:t xml:space="preserve"> </w:t>
      </w:r>
      <w:proofErr w:type="spellStart"/>
      <w:r w:rsidRPr="00415899">
        <w:rPr>
          <w:rFonts w:cs="Arial"/>
          <w:sz w:val="20"/>
          <w:szCs w:val="20"/>
        </w:rPr>
        <w:t>kontrastů</w:t>
      </w:r>
      <w:proofErr w:type="spellEnd"/>
      <w:r w:rsidRPr="00415899">
        <w:rPr>
          <w:rFonts w:cs="Arial"/>
          <w:sz w:val="20"/>
          <w:szCs w:val="20"/>
        </w:rPr>
        <w:t xml:space="preserve"> – </w:t>
      </w:r>
      <w:proofErr w:type="spellStart"/>
      <w:r w:rsidRPr="00415899">
        <w:rPr>
          <w:rFonts w:cs="Arial"/>
          <w:sz w:val="20"/>
          <w:szCs w:val="20"/>
        </w:rPr>
        <w:t>určená</w:t>
      </w:r>
      <w:proofErr w:type="spellEnd"/>
      <w:r w:rsidRPr="00415899">
        <w:rPr>
          <w:rFonts w:cs="Arial"/>
          <w:sz w:val="20"/>
          <w:szCs w:val="20"/>
        </w:rPr>
        <w:t xml:space="preserve"> </w:t>
      </w:r>
      <w:proofErr w:type="spellStart"/>
      <w:r w:rsidRPr="00415899">
        <w:rPr>
          <w:rFonts w:cs="Arial"/>
          <w:sz w:val="20"/>
          <w:szCs w:val="20"/>
        </w:rPr>
        <w:t>jako</w:t>
      </w:r>
      <w:proofErr w:type="spellEnd"/>
      <w:r w:rsidRPr="00415899">
        <w:rPr>
          <w:rFonts w:cs="Arial"/>
          <w:sz w:val="20"/>
          <w:szCs w:val="20"/>
        </w:rPr>
        <w:t xml:space="preserve"> </w:t>
      </w:r>
      <w:proofErr w:type="spellStart"/>
      <w:r w:rsidR="008B4B98" w:rsidRPr="00415899">
        <w:rPr>
          <w:rFonts w:cs="Arial"/>
          <w:sz w:val="20"/>
          <w:szCs w:val="20"/>
        </w:rPr>
        <w:t>motiv</w:t>
      </w:r>
      <w:proofErr w:type="spellEnd"/>
      <w:r w:rsidRPr="00415899">
        <w:rPr>
          <w:rFonts w:cs="Arial"/>
          <w:sz w:val="20"/>
          <w:szCs w:val="20"/>
        </w:rPr>
        <w:t xml:space="preserve"> </w:t>
      </w:r>
      <w:proofErr w:type="spellStart"/>
      <w:r w:rsidRPr="00415899">
        <w:rPr>
          <w:rFonts w:cs="Arial"/>
          <w:sz w:val="20"/>
          <w:szCs w:val="20"/>
        </w:rPr>
        <w:t>na</w:t>
      </w:r>
      <w:proofErr w:type="spellEnd"/>
      <w:r w:rsidRPr="00415899">
        <w:rPr>
          <w:rFonts w:cs="Arial"/>
          <w:sz w:val="20"/>
          <w:szCs w:val="20"/>
        </w:rPr>
        <w:t xml:space="preserve"> </w:t>
      </w:r>
      <w:proofErr w:type="spellStart"/>
      <w:r w:rsidRPr="00415899">
        <w:rPr>
          <w:rFonts w:cs="Arial"/>
          <w:sz w:val="20"/>
          <w:szCs w:val="20"/>
        </w:rPr>
        <w:t>triko</w:t>
      </w:r>
      <w:proofErr w:type="spellEnd"/>
      <w:r w:rsidRPr="00415899">
        <w:rPr>
          <w:rFonts w:cs="Arial"/>
          <w:sz w:val="20"/>
          <w:szCs w:val="20"/>
        </w:rPr>
        <w:t xml:space="preserve"> </w:t>
      </w:r>
      <w:proofErr w:type="spellStart"/>
      <w:r w:rsidRPr="00415899">
        <w:rPr>
          <w:rFonts w:cs="Arial"/>
          <w:sz w:val="20"/>
          <w:szCs w:val="20"/>
        </w:rPr>
        <w:t>značky</w:t>
      </w:r>
      <w:proofErr w:type="spellEnd"/>
      <w:r w:rsidRPr="00415899">
        <w:rPr>
          <w:rFonts w:cs="Arial"/>
          <w:sz w:val="20"/>
          <w:szCs w:val="20"/>
        </w:rPr>
        <w:t xml:space="preserve"> icebreaker. </w:t>
      </w:r>
      <w:proofErr w:type="spellStart"/>
      <w:r w:rsidRPr="00415899">
        <w:rPr>
          <w:rFonts w:cs="Arial"/>
          <w:sz w:val="20"/>
          <w:szCs w:val="20"/>
        </w:rPr>
        <w:t>Cílem</w:t>
      </w:r>
      <w:proofErr w:type="spellEnd"/>
      <w:r w:rsidRPr="00415899">
        <w:rPr>
          <w:rFonts w:cs="Arial"/>
          <w:sz w:val="20"/>
          <w:szCs w:val="20"/>
        </w:rPr>
        <w:t xml:space="preserve"> je </w:t>
      </w:r>
      <w:proofErr w:type="spellStart"/>
      <w:r w:rsidRPr="00415899">
        <w:rPr>
          <w:rFonts w:cs="Arial"/>
          <w:sz w:val="20"/>
          <w:szCs w:val="20"/>
        </w:rPr>
        <w:t>vybrat</w:t>
      </w:r>
      <w:proofErr w:type="spellEnd"/>
      <w:r w:rsidRPr="00415899">
        <w:rPr>
          <w:rFonts w:cs="Arial"/>
          <w:sz w:val="20"/>
          <w:szCs w:val="20"/>
        </w:rPr>
        <w:t xml:space="preserve"> </w:t>
      </w:r>
      <w:proofErr w:type="spellStart"/>
      <w:r w:rsidRPr="00415899">
        <w:rPr>
          <w:rFonts w:cs="Arial"/>
          <w:sz w:val="20"/>
          <w:szCs w:val="20"/>
        </w:rPr>
        <w:t>originální</w:t>
      </w:r>
      <w:proofErr w:type="spellEnd"/>
      <w:r w:rsidRPr="00415899">
        <w:rPr>
          <w:rFonts w:cs="Arial"/>
          <w:sz w:val="20"/>
          <w:szCs w:val="20"/>
        </w:rPr>
        <w:t xml:space="preserve"> </w:t>
      </w:r>
      <w:proofErr w:type="spellStart"/>
      <w:r w:rsidRPr="00415899">
        <w:rPr>
          <w:rFonts w:cs="Arial"/>
          <w:sz w:val="20"/>
          <w:szCs w:val="20"/>
        </w:rPr>
        <w:t>návrhy</w:t>
      </w:r>
      <w:proofErr w:type="spellEnd"/>
      <w:r w:rsidRPr="00415899">
        <w:rPr>
          <w:rFonts w:cs="Arial"/>
          <w:sz w:val="20"/>
          <w:szCs w:val="20"/>
        </w:rPr>
        <w:t xml:space="preserve">, </w:t>
      </w:r>
      <w:proofErr w:type="spellStart"/>
      <w:r w:rsidRPr="00415899">
        <w:rPr>
          <w:rFonts w:cs="Arial"/>
          <w:sz w:val="20"/>
          <w:szCs w:val="20"/>
        </w:rPr>
        <w:t>které</w:t>
      </w:r>
      <w:proofErr w:type="spellEnd"/>
      <w:r w:rsidRPr="00415899">
        <w:rPr>
          <w:rFonts w:cs="Arial"/>
          <w:sz w:val="20"/>
          <w:szCs w:val="20"/>
        </w:rPr>
        <w:t xml:space="preserve"> </w:t>
      </w:r>
      <w:proofErr w:type="spellStart"/>
      <w:r w:rsidRPr="00415899">
        <w:rPr>
          <w:rFonts w:cs="Arial"/>
          <w:sz w:val="20"/>
          <w:szCs w:val="20"/>
        </w:rPr>
        <w:t>propojí</w:t>
      </w:r>
      <w:proofErr w:type="spellEnd"/>
      <w:r w:rsidRPr="00415899">
        <w:rPr>
          <w:rFonts w:cs="Arial"/>
          <w:sz w:val="20"/>
          <w:szCs w:val="20"/>
        </w:rPr>
        <w:t xml:space="preserve"> Prahu s </w:t>
      </w:r>
      <w:proofErr w:type="spellStart"/>
      <w:r w:rsidRPr="00415899">
        <w:rPr>
          <w:rFonts w:cs="Arial"/>
          <w:sz w:val="20"/>
          <w:szCs w:val="20"/>
        </w:rPr>
        <w:t>hodnotami</w:t>
      </w:r>
      <w:proofErr w:type="spellEnd"/>
      <w:r w:rsidRPr="00415899">
        <w:rPr>
          <w:rFonts w:cs="Arial"/>
          <w:sz w:val="20"/>
          <w:szCs w:val="20"/>
        </w:rPr>
        <w:t xml:space="preserve"> </w:t>
      </w:r>
      <w:proofErr w:type="spellStart"/>
      <w:r w:rsidRPr="00415899">
        <w:rPr>
          <w:rFonts w:cs="Arial"/>
          <w:sz w:val="20"/>
          <w:szCs w:val="20"/>
        </w:rPr>
        <w:t>značky</w:t>
      </w:r>
      <w:proofErr w:type="spellEnd"/>
      <w:r w:rsidRPr="00415899">
        <w:rPr>
          <w:rFonts w:cs="Arial"/>
          <w:sz w:val="20"/>
          <w:szCs w:val="20"/>
        </w:rPr>
        <w:t xml:space="preserve">: </w:t>
      </w:r>
      <w:proofErr w:type="spellStart"/>
      <w:r w:rsidRPr="00415899">
        <w:rPr>
          <w:rFonts w:cs="Arial"/>
          <w:sz w:val="20"/>
          <w:szCs w:val="20"/>
        </w:rPr>
        <w:t>přírodou</w:t>
      </w:r>
      <w:proofErr w:type="spellEnd"/>
      <w:r w:rsidRPr="00415899">
        <w:rPr>
          <w:rFonts w:cs="Arial"/>
          <w:sz w:val="20"/>
          <w:szCs w:val="20"/>
        </w:rPr>
        <w:t xml:space="preserve">, </w:t>
      </w:r>
      <w:proofErr w:type="spellStart"/>
      <w:r w:rsidRPr="00415899">
        <w:rPr>
          <w:rFonts w:cs="Arial"/>
          <w:sz w:val="20"/>
          <w:szCs w:val="20"/>
        </w:rPr>
        <w:t>svobodou</w:t>
      </w:r>
      <w:proofErr w:type="spellEnd"/>
      <w:r w:rsidRPr="00415899">
        <w:rPr>
          <w:rFonts w:cs="Arial"/>
          <w:sz w:val="20"/>
          <w:szCs w:val="20"/>
        </w:rPr>
        <w:t xml:space="preserve"> </w:t>
      </w:r>
      <w:proofErr w:type="spellStart"/>
      <w:r w:rsidRPr="00415899">
        <w:rPr>
          <w:rFonts w:cs="Arial"/>
          <w:sz w:val="20"/>
          <w:szCs w:val="20"/>
        </w:rPr>
        <w:t>pohybu</w:t>
      </w:r>
      <w:proofErr w:type="spellEnd"/>
      <w:r w:rsidRPr="00415899">
        <w:rPr>
          <w:rFonts w:cs="Arial"/>
          <w:sz w:val="20"/>
          <w:szCs w:val="20"/>
        </w:rPr>
        <w:t xml:space="preserve">, </w:t>
      </w:r>
      <w:proofErr w:type="spellStart"/>
      <w:r w:rsidRPr="00415899">
        <w:rPr>
          <w:rFonts w:cs="Arial"/>
          <w:sz w:val="20"/>
          <w:szCs w:val="20"/>
        </w:rPr>
        <w:t>jednoduchostí</w:t>
      </w:r>
      <w:proofErr w:type="spellEnd"/>
      <w:r w:rsidRPr="00415899">
        <w:rPr>
          <w:rFonts w:cs="Arial"/>
          <w:sz w:val="20"/>
          <w:szCs w:val="20"/>
        </w:rPr>
        <w:t xml:space="preserve"> a </w:t>
      </w:r>
      <w:proofErr w:type="spellStart"/>
      <w:r w:rsidRPr="00415899">
        <w:rPr>
          <w:rFonts w:cs="Arial"/>
          <w:sz w:val="20"/>
          <w:szCs w:val="20"/>
        </w:rPr>
        <w:t>funkčností</w:t>
      </w:r>
      <w:proofErr w:type="spellEnd"/>
      <w:r w:rsidRPr="00415899">
        <w:rPr>
          <w:rFonts w:cs="Arial"/>
          <w:sz w:val="20"/>
          <w:szCs w:val="20"/>
        </w:rPr>
        <w:t>.</w:t>
      </w:r>
    </w:p>
    <w:p w14:paraId="5DB3ECD4" w14:textId="77777777" w:rsidR="003F3D56" w:rsidRPr="00415899" w:rsidRDefault="00DA020F">
      <w:pPr>
        <w:pStyle w:val="Nadpis1"/>
        <w:rPr>
          <w:rFonts w:ascii="Arial" w:hAnsi="Arial" w:cs="Arial"/>
          <w:sz w:val="20"/>
          <w:szCs w:val="20"/>
        </w:rPr>
      </w:pPr>
      <w:r w:rsidRPr="00415899">
        <w:rPr>
          <w:rFonts w:ascii="Arial" w:hAnsi="Arial" w:cs="Arial"/>
          <w:sz w:val="20"/>
          <w:szCs w:val="20"/>
        </w:rPr>
        <w:t xml:space="preserve">3. Doba </w:t>
      </w:r>
      <w:proofErr w:type="spellStart"/>
      <w:r w:rsidRPr="00415899">
        <w:rPr>
          <w:rFonts w:ascii="Arial" w:hAnsi="Arial" w:cs="Arial"/>
          <w:sz w:val="20"/>
          <w:szCs w:val="20"/>
        </w:rPr>
        <w:t>konání</w:t>
      </w:r>
      <w:proofErr w:type="spellEnd"/>
    </w:p>
    <w:p w14:paraId="5A915D40" w14:textId="6806EC55" w:rsidR="003F3D56" w:rsidRPr="00415899" w:rsidRDefault="00DA020F">
      <w:pPr>
        <w:rPr>
          <w:rFonts w:cs="Arial"/>
          <w:sz w:val="20"/>
          <w:szCs w:val="20"/>
        </w:rPr>
      </w:pPr>
      <w:proofErr w:type="spellStart"/>
      <w:r w:rsidRPr="00415899">
        <w:rPr>
          <w:rFonts w:cs="Arial"/>
          <w:sz w:val="20"/>
          <w:szCs w:val="20"/>
        </w:rPr>
        <w:t>Soutěž</w:t>
      </w:r>
      <w:proofErr w:type="spellEnd"/>
      <w:r w:rsidRPr="00415899">
        <w:rPr>
          <w:rFonts w:cs="Arial"/>
          <w:sz w:val="20"/>
          <w:szCs w:val="20"/>
        </w:rPr>
        <w:t xml:space="preserve"> </w:t>
      </w:r>
      <w:proofErr w:type="spellStart"/>
      <w:r w:rsidRPr="00415899">
        <w:rPr>
          <w:rFonts w:cs="Arial"/>
          <w:sz w:val="20"/>
          <w:szCs w:val="20"/>
        </w:rPr>
        <w:t>začíná</w:t>
      </w:r>
      <w:proofErr w:type="spellEnd"/>
      <w:r w:rsidRPr="00415899">
        <w:rPr>
          <w:rFonts w:cs="Arial"/>
          <w:sz w:val="20"/>
          <w:szCs w:val="20"/>
        </w:rPr>
        <w:t xml:space="preserve"> </w:t>
      </w:r>
      <w:proofErr w:type="spellStart"/>
      <w:r w:rsidRPr="00415899">
        <w:rPr>
          <w:rFonts w:cs="Arial"/>
          <w:sz w:val="20"/>
          <w:szCs w:val="20"/>
        </w:rPr>
        <w:t>dnem</w:t>
      </w:r>
      <w:proofErr w:type="spellEnd"/>
      <w:r w:rsidRPr="00415899">
        <w:rPr>
          <w:rFonts w:cs="Arial"/>
          <w:sz w:val="20"/>
          <w:szCs w:val="20"/>
        </w:rPr>
        <w:t xml:space="preserve"> </w:t>
      </w:r>
      <w:proofErr w:type="spellStart"/>
      <w:r w:rsidRPr="00415899">
        <w:rPr>
          <w:rFonts w:cs="Arial"/>
          <w:sz w:val="20"/>
          <w:szCs w:val="20"/>
        </w:rPr>
        <w:t>zveřejnění</w:t>
      </w:r>
      <w:proofErr w:type="spellEnd"/>
      <w:r w:rsidRPr="00415899">
        <w:rPr>
          <w:rFonts w:cs="Arial"/>
          <w:sz w:val="20"/>
          <w:szCs w:val="20"/>
        </w:rPr>
        <w:t xml:space="preserve"> </w:t>
      </w:r>
      <w:proofErr w:type="spellStart"/>
      <w:r w:rsidRPr="00415899">
        <w:rPr>
          <w:rFonts w:cs="Arial"/>
          <w:sz w:val="20"/>
          <w:szCs w:val="20"/>
        </w:rPr>
        <w:t>těchto</w:t>
      </w:r>
      <w:proofErr w:type="spellEnd"/>
      <w:r w:rsidRPr="00415899">
        <w:rPr>
          <w:rFonts w:cs="Arial"/>
          <w:sz w:val="20"/>
          <w:szCs w:val="20"/>
        </w:rPr>
        <w:t xml:space="preserve"> </w:t>
      </w:r>
      <w:proofErr w:type="spellStart"/>
      <w:r w:rsidRPr="00415899">
        <w:rPr>
          <w:rFonts w:cs="Arial"/>
          <w:sz w:val="20"/>
          <w:szCs w:val="20"/>
        </w:rPr>
        <w:t>pravidel</w:t>
      </w:r>
      <w:proofErr w:type="spellEnd"/>
      <w:r w:rsidRPr="00415899">
        <w:rPr>
          <w:rFonts w:cs="Arial"/>
          <w:sz w:val="20"/>
          <w:szCs w:val="20"/>
        </w:rPr>
        <w:t xml:space="preserve"> a </w:t>
      </w:r>
      <w:proofErr w:type="spellStart"/>
      <w:r w:rsidRPr="00415899">
        <w:rPr>
          <w:rFonts w:cs="Arial"/>
          <w:sz w:val="20"/>
          <w:szCs w:val="20"/>
        </w:rPr>
        <w:t>končí</w:t>
      </w:r>
      <w:proofErr w:type="spellEnd"/>
      <w:r w:rsidRPr="00415899">
        <w:rPr>
          <w:rFonts w:cs="Arial"/>
          <w:sz w:val="20"/>
          <w:szCs w:val="20"/>
        </w:rPr>
        <w:t xml:space="preserve"> 3</w:t>
      </w:r>
      <w:r w:rsidR="00615E3C" w:rsidRPr="00415899">
        <w:rPr>
          <w:rFonts w:cs="Arial"/>
          <w:sz w:val="20"/>
          <w:szCs w:val="20"/>
        </w:rPr>
        <w:t>0</w:t>
      </w:r>
      <w:r w:rsidRPr="00415899">
        <w:rPr>
          <w:rFonts w:cs="Arial"/>
          <w:sz w:val="20"/>
          <w:szCs w:val="20"/>
        </w:rPr>
        <w:t>. 1</w:t>
      </w:r>
      <w:r w:rsidR="00615E3C" w:rsidRPr="00415899">
        <w:rPr>
          <w:rFonts w:cs="Arial"/>
          <w:sz w:val="20"/>
          <w:szCs w:val="20"/>
        </w:rPr>
        <w:t>1</w:t>
      </w:r>
      <w:r w:rsidRPr="00415899">
        <w:rPr>
          <w:rFonts w:cs="Arial"/>
          <w:sz w:val="20"/>
          <w:szCs w:val="20"/>
        </w:rPr>
        <w:t xml:space="preserve">. 2026 </w:t>
      </w:r>
      <w:proofErr w:type="spellStart"/>
      <w:r w:rsidRPr="00415899">
        <w:rPr>
          <w:rFonts w:cs="Arial"/>
          <w:sz w:val="20"/>
          <w:szCs w:val="20"/>
        </w:rPr>
        <w:t>ve</w:t>
      </w:r>
      <w:proofErr w:type="spellEnd"/>
      <w:r w:rsidRPr="00415899">
        <w:rPr>
          <w:rFonts w:cs="Arial"/>
          <w:sz w:val="20"/>
          <w:szCs w:val="20"/>
        </w:rPr>
        <w:t xml:space="preserve"> 23:59 hod. </w:t>
      </w:r>
      <w:proofErr w:type="spellStart"/>
      <w:r w:rsidRPr="00415899">
        <w:rPr>
          <w:rFonts w:cs="Arial"/>
          <w:sz w:val="20"/>
          <w:szCs w:val="20"/>
        </w:rPr>
        <w:t>středoevropského</w:t>
      </w:r>
      <w:proofErr w:type="spellEnd"/>
      <w:r w:rsidRPr="00415899">
        <w:rPr>
          <w:rFonts w:cs="Arial"/>
          <w:sz w:val="20"/>
          <w:szCs w:val="20"/>
        </w:rPr>
        <w:t xml:space="preserve"> </w:t>
      </w:r>
      <w:proofErr w:type="spellStart"/>
      <w:r w:rsidRPr="00415899">
        <w:rPr>
          <w:rFonts w:cs="Arial"/>
          <w:sz w:val="20"/>
          <w:szCs w:val="20"/>
        </w:rPr>
        <w:t>času</w:t>
      </w:r>
      <w:proofErr w:type="spellEnd"/>
      <w:r w:rsidRPr="00415899">
        <w:rPr>
          <w:rFonts w:cs="Arial"/>
          <w:sz w:val="20"/>
          <w:szCs w:val="20"/>
        </w:rPr>
        <w:t xml:space="preserve">. </w:t>
      </w:r>
      <w:proofErr w:type="spellStart"/>
      <w:r w:rsidRPr="00415899">
        <w:rPr>
          <w:rFonts w:cs="Arial"/>
          <w:sz w:val="20"/>
          <w:szCs w:val="20"/>
        </w:rPr>
        <w:t>Rozhodující</w:t>
      </w:r>
      <w:proofErr w:type="spellEnd"/>
      <w:r w:rsidRPr="00415899">
        <w:rPr>
          <w:rFonts w:cs="Arial"/>
          <w:sz w:val="20"/>
          <w:szCs w:val="20"/>
        </w:rPr>
        <w:t xml:space="preserve"> je </w:t>
      </w:r>
      <w:proofErr w:type="spellStart"/>
      <w:r w:rsidRPr="00415899">
        <w:rPr>
          <w:rFonts w:cs="Arial"/>
          <w:sz w:val="20"/>
          <w:szCs w:val="20"/>
        </w:rPr>
        <w:t>okamžik</w:t>
      </w:r>
      <w:proofErr w:type="spellEnd"/>
      <w:r w:rsidRPr="00415899">
        <w:rPr>
          <w:rFonts w:cs="Arial"/>
          <w:sz w:val="20"/>
          <w:szCs w:val="20"/>
        </w:rPr>
        <w:t xml:space="preserve"> </w:t>
      </w:r>
      <w:proofErr w:type="spellStart"/>
      <w:r w:rsidRPr="00415899">
        <w:rPr>
          <w:rFonts w:cs="Arial"/>
          <w:sz w:val="20"/>
          <w:szCs w:val="20"/>
        </w:rPr>
        <w:t>doručení</w:t>
      </w:r>
      <w:proofErr w:type="spellEnd"/>
      <w:r w:rsidRPr="00415899">
        <w:rPr>
          <w:rFonts w:cs="Arial"/>
          <w:sz w:val="20"/>
          <w:szCs w:val="20"/>
        </w:rPr>
        <w:t xml:space="preserve"> </w:t>
      </w:r>
      <w:proofErr w:type="spellStart"/>
      <w:r w:rsidRPr="00415899">
        <w:rPr>
          <w:rFonts w:cs="Arial"/>
          <w:sz w:val="20"/>
          <w:szCs w:val="20"/>
        </w:rPr>
        <w:t>návrhu</w:t>
      </w:r>
      <w:proofErr w:type="spellEnd"/>
      <w:r w:rsidRPr="00415899">
        <w:rPr>
          <w:rFonts w:cs="Arial"/>
          <w:sz w:val="20"/>
          <w:szCs w:val="20"/>
        </w:rPr>
        <w:t xml:space="preserve"> </w:t>
      </w:r>
      <w:proofErr w:type="spellStart"/>
      <w:r w:rsidRPr="00415899">
        <w:rPr>
          <w:rFonts w:cs="Arial"/>
          <w:sz w:val="20"/>
          <w:szCs w:val="20"/>
        </w:rPr>
        <w:t>Pořadateli</w:t>
      </w:r>
      <w:proofErr w:type="spellEnd"/>
      <w:r w:rsidRPr="00415899">
        <w:rPr>
          <w:rFonts w:cs="Arial"/>
          <w:sz w:val="20"/>
          <w:szCs w:val="20"/>
        </w:rPr>
        <w:t xml:space="preserve">. </w:t>
      </w:r>
      <w:proofErr w:type="spellStart"/>
      <w:r w:rsidRPr="00415899">
        <w:rPr>
          <w:rFonts w:cs="Arial"/>
          <w:sz w:val="20"/>
          <w:szCs w:val="20"/>
        </w:rPr>
        <w:t>Návrhy</w:t>
      </w:r>
      <w:proofErr w:type="spellEnd"/>
      <w:r w:rsidRPr="00415899">
        <w:rPr>
          <w:rFonts w:cs="Arial"/>
          <w:sz w:val="20"/>
          <w:szCs w:val="20"/>
        </w:rPr>
        <w:t xml:space="preserve"> </w:t>
      </w:r>
      <w:proofErr w:type="spellStart"/>
      <w:r w:rsidRPr="00415899">
        <w:rPr>
          <w:rFonts w:cs="Arial"/>
          <w:sz w:val="20"/>
          <w:szCs w:val="20"/>
        </w:rPr>
        <w:t>doručené</w:t>
      </w:r>
      <w:proofErr w:type="spellEnd"/>
      <w:r w:rsidRPr="00415899">
        <w:rPr>
          <w:rFonts w:cs="Arial"/>
          <w:sz w:val="20"/>
          <w:szCs w:val="20"/>
        </w:rPr>
        <w:t xml:space="preserve"> po </w:t>
      </w:r>
      <w:proofErr w:type="spellStart"/>
      <w:r w:rsidRPr="00415899">
        <w:rPr>
          <w:rFonts w:cs="Arial"/>
          <w:sz w:val="20"/>
          <w:szCs w:val="20"/>
        </w:rPr>
        <w:t>uzávěrce</w:t>
      </w:r>
      <w:proofErr w:type="spellEnd"/>
      <w:r w:rsidRPr="00415899">
        <w:rPr>
          <w:rFonts w:cs="Arial"/>
          <w:sz w:val="20"/>
          <w:szCs w:val="20"/>
        </w:rPr>
        <w:t xml:space="preserve"> </w:t>
      </w:r>
      <w:proofErr w:type="spellStart"/>
      <w:r w:rsidRPr="00415899">
        <w:rPr>
          <w:rFonts w:cs="Arial"/>
          <w:sz w:val="20"/>
          <w:szCs w:val="20"/>
        </w:rPr>
        <w:t>nemusí</w:t>
      </w:r>
      <w:proofErr w:type="spellEnd"/>
      <w:r w:rsidRPr="00415899">
        <w:rPr>
          <w:rFonts w:cs="Arial"/>
          <w:sz w:val="20"/>
          <w:szCs w:val="20"/>
        </w:rPr>
        <w:t xml:space="preserve"> </w:t>
      </w:r>
      <w:proofErr w:type="spellStart"/>
      <w:r w:rsidRPr="00415899">
        <w:rPr>
          <w:rFonts w:cs="Arial"/>
          <w:sz w:val="20"/>
          <w:szCs w:val="20"/>
        </w:rPr>
        <w:t>být</w:t>
      </w:r>
      <w:proofErr w:type="spellEnd"/>
      <w:r w:rsidRPr="00415899">
        <w:rPr>
          <w:rFonts w:cs="Arial"/>
          <w:sz w:val="20"/>
          <w:szCs w:val="20"/>
        </w:rPr>
        <w:t xml:space="preserve"> </w:t>
      </w:r>
      <w:proofErr w:type="spellStart"/>
      <w:r w:rsidRPr="00415899">
        <w:rPr>
          <w:rFonts w:cs="Arial"/>
          <w:sz w:val="20"/>
          <w:szCs w:val="20"/>
        </w:rPr>
        <w:t>hodnoceny</w:t>
      </w:r>
      <w:proofErr w:type="spellEnd"/>
      <w:r w:rsidRPr="00415899">
        <w:rPr>
          <w:rFonts w:cs="Arial"/>
          <w:sz w:val="20"/>
          <w:szCs w:val="20"/>
        </w:rPr>
        <w:t>.</w:t>
      </w:r>
    </w:p>
    <w:p w14:paraId="15B35118" w14:textId="05B03A6E" w:rsidR="003F3D56" w:rsidRPr="00415899" w:rsidRDefault="00DA020F">
      <w:pPr>
        <w:rPr>
          <w:rFonts w:cs="Arial"/>
          <w:sz w:val="20"/>
          <w:szCs w:val="20"/>
        </w:rPr>
      </w:pPr>
      <w:r w:rsidRPr="00415899">
        <w:rPr>
          <w:rFonts w:cs="Arial"/>
          <w:sz w:val="20"/>
          <w:szCs w:val="20"/>
        </w:rPr>
        <w:t>Od 1. 1</w:t>
      </w:r>
      <w:r w:rsidR="00615E3C" w:rsidRPr="00415899">
        <w:rPr>
          <w:rFonts w:cs="Arial"/>
          <w:sz w:val="20"/>
          <w:szCs w:val="20"/>
        </w:rPr>
        <w:t>2</w:t>
      </w:r>
      <w:r w:rsidRPr="00415899">
        <w:rPr>
          <w:rFonts w:cs="Arial"/>
          <w:sz w:val="20"/>
          <w:szCs w:val="20"/>
        </w:rPr>
        <w:t xml:space="preserve">. </w:t>
      </w:r>
      <w:proofErr w:type="spellStart"/>
      <w:r w:rsidRPr="00415899">
        <w:rPr>
          <w:rFonts w:cs="Arial"/>
          <w:sz w:val="20"/>
          <w:szCs w:val="20"/>
        </w:rPr>
        <w:t>do</w:t>
      </w:r>
      <w:proofErr w:type="spellEnd"/>
      <w:r w:rsidRPr="00415899">
        <w:rPr>
          <w:rFonts w:cs="Arial"/>
          <w:sz w:val="20"/>
          <w:szCs w:val="20"/>
        </w:rPr>
        <w:t xml:space="preserve"> </w:t>
      </w:r>
      <w:r w:rsidR="00615E3C" w:rsidRPr="00415899">
        <w:rPr>
          <w:rFonts w:cs="Arial"/>
          <w:sz w:val="20"/>
          <w:szCs w:val="20"/>
        </w:rPr>
        <w:t>6</w:t>
      </w:r>
      <w:r w:rsidR="00950F06" w:rsidRPr="00415899">
        <w:rPr>
          <w:rFonts w:cs="Arial"/>
          <w:sz w:val="20"/>
          <w:szCs w:val="20"/>
        </w:rPr>
        <w:t>.</w:t>
      </w:r>
      <w:r w:rsidRPr="00415899">
        <w:rPr>
          <w:rFonts w:cs="Arial"/>
          <w:sz w:val="20"/>
          <w:szCs w:val="20"/>
        </w:rPr>
        <w:t xml:space="preserve"> 1</w:t>
      </w:r>
      <w:r w:rsidR="00615E3C" w:rsidRPr="00415899">
        <w:rPr>
          <w:rFonts w:cs="Arial"/>
          <w:sz w:val="20"/>
          <w:szCs w:val="20"/>
        </w:rPr>
        <w:t>2</w:t>
      </w:r>
      <w:r w:rsidRPr="00415899">
        <w:rPr>
          <w:rFonts w:cs="Arial"/>
          <w:sz w:val="20"/>
          <w:szCs w:val="20"/>
        </w:rPr>
        <w:t xml:space="preserve">. 2026 </w:t>
      </w:r>
      <w:proofErr w:type="spellStart"/>
      <w:r w:rsidRPr="00415899">
        <w:rPr>
          <w:rFonts w:cs="Arial"/>
          <w:sz w:val="20"/>
          <w:szCs w:val="20"/>
        </w:rPr>
        <w:t>proběhne</w:t>
      </w:r>
      <w:proofErr w:type="spellEnd"/>
      <w:r w:rsidRPr="00415899">
        <w:rPr>
          <w:rFonts w:cs="Arial"/>
          <w:sz w:val="20"/>
          <w:szCs w:val="20"/>
        </w:rPr>
        <w:t xml:space="preserve"> </w:t>
      </w:r>
      <w:proofErr w:type="spellStart"/>
      <w:r w:rsidRPr="00415899">
        <w:rPr>
          <w:rFonts w:cs="Arial"/>
          <w:sz w:val="20"/>
          <w:szCs w:val="20"/>
        </w:rPr>
        <w:t>hodnocení</w:t>
      </w:r>
      <w:proofErr w:type="spellEnd"/>
      <w:r w:rsidRPr="00415899">
        <w:rPr>
          <w:rFonts w:cs="Arial"/>
          <w:sz w:val="20"/>
          <w:szCs w:val="20"/>
        </w:rPr>
        <w:t xml:space="preserve">. </w:t>
      </w:r>
      <w:proofErr w:type="spellStart"/>
      <w:r w:rsidR="00615E3C" w:rsidRPr="00415899">
        <w:rPr>
          <w:rFonts w:cs="Arial"/>
          <w:sz w:val="20"/>
          <w:szCs w:val="20"/>
        </w:rPr>
        <w:t>Zveřejnění</w:t>
      </w:r>
      <w:proofErr w:type="spellEnd"/>
      <w:r w:rsidR="00615E3C" w:rsidRPr="00415899">
        <w:rPr>
          <w:rFonts w:cs="Arial"/>
          <w:sz w:val="20"/>
          <w:szCs w:val="20"/>
        </w:rPr>
        <w:t xml:space="preserve"> </w:t>
      </w:r>
      <w:proofErr w:type="spellStart"/>
      <w:r w:rsidR="00615E3C" w:rsidRPr="00415899">
        <w:rPr>
          <w:rFonts w:cs="Arial"/>
          <w:sz w:val="20"/>
          <w:szCs w:val="20"/>
        </w:rPr>
        <w:t>výsledků</w:t>
      </w:r>
      <w:proofErr w:type="spellEnd"/>
      <w:r w:rsidR="00615E3C" w:rsidRPr="00415899">
        <w:rPr>
          <w:rFonts w:cs="Arial"/>
          <w:sz w:val="20"/>
          <w:szCs w:val="20"/>
        </w:rPr>
        <w:t xml:space="preserve"> </w:t>
      </w:r>
      <w:proofErr w:type="spellStart"/>
      <w:r w:rsidR="00615E3C" w:rsidRPr="00415899">
        <w:rPr>
          <w:rFonts w:cs="Arial"/>
          <w:sz w:val="20"/>
          <w:szCs w:val="20"/>
        </w:rPr>
        <w:t>proběhne</w:t>
      </w:r>
      <w:proofErr w:type="spellEnd"/>
      <w:r w:rsidR="00615E3C" w:rsidRPr="00415899">
        <w:rPr>
          <w:rFonts w:cs="Arial"/>
          <w:sz w:val="20"/>
          <w:szCs w:val="20"/>
        </w:rPr>
        <w:t xml:space="preserve"> 7. 12. 2026 </w:t>
      </w:r>
      <w:proofErr w:type="spellStart"/>
      <w:r w:rsidR="00615E3C" w:rsidRPr="00415899">
        <w:rPr>
          <w:rFonts w:cs="Arial"/>
          <w:sz w:val="20"/>
          <w:szCs w:val="20"/>
        </w:rPr>
        <w:t>na</w:t>
      </w:r>
      <w:proofErr w:type="spellEnd"/>
      <w:r w:rsidR="00615E3C" w:rsidRPr="00415899">
        <w:rPr>
          <w:rFonts w:cs="Arial"/>
          <w:sz w:val="20"/>
          <w:szCs w:val="20"/>
        </w:rPr>
        <w:t xml:space="preserve"> </w:t>
      </w:r>
      <w:proofErr w:type="spellStart"/>
      <w:r w:rsidR="00615E3C" w:rsidRPr="00415899">
        <w:rPr>
          <w:rFonts w:cs="Arial"/>
          <w:sz w:val="20"/>
          <w:szCs w:val="20"/>
        </w:rPr>
        <w:t>webových</w:t>
      </w:r>
      <w:proofErr w:type="spellEnd"/>
      <w:r w:rsidR="00615E3C" w:rsidRPr="00415899">
        <w:rPr>
          <w:rFonts w:cs="Arial"/>
          <w:sz w:val="20"/>
          <w:szCs w:val="20"/>
        </w:rPr>
        <w:t xml:space="preserve"> </w:t>
      </w:r>
      <w:proofErr w:type="spellStart"/>
      <w:r w:rsidR="00615E3C" w:rsidRPr="00415899">
        <w:rPr>
          <w:rFonts w:cs="Arial"/>
          <w:sz w:val="20"/>
          <w:szCs w:val="20"/>
        </w:rPr>
        <w:t>stránkách</w:t>
      </w:r>
      <w:proofErr w:type="spellEnd"/>
      <w:r w:rsidR="00615E3C" w:rsidRPr="00415899">
        <w:rPr>
          <w:rFonts w:cs="Arial"/>
          <w:sz w:val="20"/>
          <w:szCs w:val="20"/>
        </w:rPr>
        <w:t xml:space="preserve"> </w:t>
      </w:r>
      <w:hyperlink r:id="rId8" w:history="1">
        <w:r w:rsidR="00615E3C" w:rsidRPr="00415899">
          <w:rPr>
            <w:rStyle w:val="Hypertextovodkaz"/>
            <w:rFonts w:cs="Arial"/>
            <w:sz w:val="20"/>
            <w:szCs w:val="20"/>
          </w:rPr>
          <w:t>www.merinoobchod.cz</w:t>
        </w:r>
      </w:hyperlink>
      <w:r w:rsidR="00615E3C" w:rsidRPr="00415899">
        <w:rPr>
          <w:rFonts w:cs="Arial"/>
          <w:sz w:val="20"/>
          <w:szCs w:val="20"/>
        </w:rPr>
        <w:t xml:space="preserve">. </w:t>
      </w:r>
      <w:proofErr w:type="spellStart"/>
      <w:r w:rsidRPr="00415899">
        <w:rPr>
          <w:rFonts w:cs="Arial"/>
          <w:sz w:val="20"/>
          <w:szCs w:val="20"/>
        </w:rPr>
        <w:t>Výherci</w:t>
      </w:r>
      <w:proofErr w:type="spellEnd"/>
      <w:r w:rsidRPr="00415899">
        <w:rPr>
          <w:rFonts w:cs="Arial"/>
          <w:sz w:val="20"/>
          <w:szCs w:val="20"/>
        </w:rPr>
        <w:t xml:space="preserve"> </w:t>
      </w:r>
      <w:proofErr w:type="spellStart"/>
      <w:r w:rsidRPr="00415899">
        <w:rPr>
          <w:rFonts w:cs="Arial"/>
          <w:sz w:val="20"/>
          <w:szCs w:val="20"/>
        </w:rPr>
        <w:t>budou</w:t>
      </w:r>
      <w:proofErr w:type="spellEnd"/>
      <w:r w:rsidRPr="00415899">
        <w:rPr>
          <w:rFonts w:cs="Arial"/>
          <w:sz w:val="20"/>
          <w:szCs w:val="20"/>
        </w:rPr>
        <w:t xml:space="preserve"> </w:t>
      </w:r>
      <w:proofErr w:type="spellStart"/>
      <w:r w:rsidRPr="00415899">
        <w:rPr>
          <w:rFonts w:cs="Arial"/>
          <w:sz w:val="20"/>
          <w:szCs w:val="20"/>
        </w:rPr>
        <w:t>vyrozuměni</w:t>
      </w:r>
      <w:proofErr w:type="spellEnd"/>
      <w:r w:rsidRPr="00415899">
        <w:rPr>
          <w:rFonts w:cs="Arial"/>
          <w:sz w:val="20"/>
          <w:szCs w:val="20"/>
        </w:rPr>
        <w:t xml:space="preserve"> a </w:t>
      </w:r>
      <w:proofErr w:type="spellStart"/>
      <w:r w:rsidRPr="00415899">
        <w:rPr>
          <w:rFonts w:cs="Arial"/>
          <w:sz w:val="20"/>
          <w:szCs w:val="20"/>
        </w:rPr>
        <w:t>ceny</w:t>
      </w:r>
      <w:proofErr w:type="spellEnd"/>
      <w:r w:rsidRPr="00415899">
        <w:rPr>
          <w:rFonts w:cs="Arial"/>
          <w:sz w:val="20"/>
          <w:szCs w:val="20"/>
        </w:rPr>
        <w:t xml:space="preserve"> </w:t>
      </w:r>
      <w:proofErr w:type="spellStart"/>
      <w:r w:rsidRPr="00415899">
        <w:rPr>
          <w:rFonts w:cs="Arial"/>
          <w:sz w:val="20"/>
          <w:szCs w:val="20"/>
        </w:rPr>
        <w:t>jim</w:t>
      </w:r>
      <w:proofErr w:type="spellEnd"/>
      <w:r w:rsidRPr="00415899">
        <w:rPr>
          <w:rFonts w:cs="Arial"/>
          <w:sz w:val="20"/>
          <w:szCs w:val="20"/>
        </w:rPr>
        <w:t xml:space="preserve"> </w:t>
      </w:r>
      <w:proofErr w:type="spellStart"/>
      <w:r w:rsidRPr="00415899">
        <w:rPr>
          <w:rFonts w:cs="Arial"/>
          <w:sz w:val="20"/>
          <w:szCs w:val="20"/>
        </w:rPr>
        <w:t>budou</w:t>
      </w:r>
      <w:proofErr w:type="spellEnd"/>
      <w:r w:rsidRPr="00415899">
        <w:rPr>
          <w:rFonts w:cs="Arial"/>
          <w:sz w:val="20"/>
          <w:szCs w:val="20"/>
        </w:rPr>
        <w:t xml:space="preserve"> </w:t>
      </w:r>
      <w:proofErr w:type="spellStart"/>
      <w:r w:rsidRPr="00415899">
        <w:rPr>
          <w:rFonts w:cs="Arial"/>
          <w:sz w:val="20"/>
          <w:szCs w:val="20"/>
        </w:rPr>
        <w:t>předány</w:t>
      </w:r>
      <w:proofErr w:type="spellEnd"/>
      <w:r w:rsidRPr="00415899">
        <w:rPr>
          <w:rFonts w:cs="Arial"/>
          <w:sz w:val="20"/>
          <w:szCs w:val="20"/>
        </w:rPr>
        <w:t xml:space="preserve"> </w:t>
      </w:r>
      <w:proofErr w:type="spellStart"/>
      <w:r w:rsidRPr="00415899">
        <w:rPr>
          <w:rFonts w:cs="Arial"/>
          <w:sz w:val="20"/>
          <w:szCs w:val="20"/>
        </w:rPr>
        <w:t>nebo</w:t>
      </w:r>
      <w:proofErr w:type="spellEnd"/>
      <w:r w:rsidRPr="00415899">
        <w:rPr>
          <w:rFonts w:cs="Arial"/>
          <w:sz w:val="20"/>
          <w:szCs w:val="20"/>
        </w:rPr>
        <w:t xml:space="preserve"> </w:t>
      </w:r>
      <w:proofErr w:type="spellStart"/>
      <w:r w:rsidRPr="00415899">
        <w:rPr>
          <w:rFonts w:cs="Arial"/>
          <w:sz w:val="20"/>
          <w:szCs w:val="20"/>
        </w:rPr>
        <w:t>odeslány</w:t>
      </w:r>
      <w:proofErr w:type="spellEnd"/>
      <w:r w:rsidRPr="00415899">
        <w:rPr>
          <w:rFonts w:cs="Arial"/>
          <w:sz w:val="20"/>
          <w:szCs w:val="20"/>
        </w:rPr>
        <w:t xml:space="preserve"> </w:t>
      </w:r>
      <w:proofErr w:type="spellStart"/>
      <w:r w:rsidRPr="00415899">
        <w:rPr>
          <w:rFonts w:cs="Arial"/>
          <w:sz w:val="20"/>
          <w:szCs w:val="20"/>
        </w:rPr>
        <w:t>nejpozději</w:t>
      </w:r>
      <w:proofErr w:type="spellEnd"/>
      <w:r w:rsidRPr="00415899">
        <w:rPr>
          <w:rFonts w:cs="Arial"/>
          <w:sz w:val="20"/>
          <w:szCs w:val="20"/>
        </w:rPr>
        <w:t xml:space="preserve"> 15. 12. 2026.</w:t>
      </w:r>
    </w:p>
    <w:p w14:paraId="1B3ACE54" w14:textId="77777777" w:rsidR="003F3D56" w:rsidRPr="00415899" w:rsidRDefault="00DA020F">
      <w:pPr>
        <w:pStyle w:val="Nadpis1"/>
        <w:rPr>
          <w:rFonts w:ascii="Arial" w:hAnsi="Arial" w:cs="Arial"/>
          <w:sz w:val="20"/>
          <w:szCs w:val="20"/>
        </w:rPr>
      </w:pPr>
      <w:r w:rsidRPr="00415899">
        <w:rPr>
          <w:rFonts w:ascii="Arial" w:hAnsi="Arial" w:cs="Arial"/>
          <w:sz w:val="20"/>
          <w:szCs w:val="20"/>
        </w:rPr>
        <w:t xml:space="preserve">4. </w:t>
      </w:r>
      <w:proofErr w:type="spellStart"/>
      <w:r w:rsidRPr="00415899">
        <w:rPr>
          <w:rFonts w:ascii="Arial" w:hAnsi="Arial" w:cs="Arial"/>
          <w:sz w:val="20"/>
          <w:szCs w:val="20"/>
        </w:rPr>
        <w:t>Kdo</w:t>
      </w:r>
      <w:proofErr w:type="spellEnd"/>
      <w:r w:rsidRPr="00415899">
        <w:rPr>
          <w:rFonts w:ascii="Arial" w:hAnsi="Arial" w:cs="Arial"/>
          <w:sz w:val="20"/>
          <w:szCs w:val="20"/>
        </w:rPr>
        <w:t xml:space="preserve"> se </w:t>
      </w:r>
      <w:proofErr w:type="spellStart"/>
      <w:r w:rsidRPr="00415899">
        <w:rPr>
          <w:rFonts w:ascii="Arial" w:hAnsi="Arial" w:cs="Arial"/>
          <w:sz w:val="20"/>
          <w:szCs w:val="20"/>
        </w:rPr>
        <w:t>může</w:t>
      </w:r>
      <w:proofErr w:type="spellEnd"/>
      <w:r w:rsidRPr="00415899">
        <w:rPr>
          <w:rFonts w:ascii="Arial" w:hAnsi="Arial" w:cs="Arial"/>
          <w:sz w:val="20"/>
          <w:szCs w:val="20"/>
        </w:rPr>
        <w:t xml:space="preserve"> </w:t>
      </w:r>
      <w:proofErr w:type="spellStart"/>
      <w:r w:rsidRPr="00415899">
        <w:rPr>
          <w:rFonts w:ascii="Arial" w:hAnsi="Arial" w:cs="Arial"/>
          <w:sz w:val="20"/>
          <w:szCs w:val="20"/>
        </w:rPr>
        <w:t>zúčastnit</w:t>
      </w:r>
      <w:proofErr w:type="spellEnd"/>
    </w:p>
    <w:p w14:paraId="6BF9B055" w14:textId="77777777" w:rsidR="00983D0A" w:rsidRPr="00415899" w:rsidRDefault="00983D0A" w:rsidP="00983D0A">
      <w:pPr>
        <w:pStyle w:val="Seznamsodrkami"/>
        <w:rPr>
          <w:rFonts w:cs="Arial"/>
          <w:color w:val="auto"/>
          <w:sz w:val="20"/>
          <w:szCs w:val="20"/>
        </w:rPr>
      </w:pPr>
      <w:proofErr w:type="spellStart"/>
      <w:r w:rsidRPr="00415899">
        <w:rPr>
          <w:rFonts w:cs="Arial"/>
          <w:sz w:val="20"/>
          <w:szCs w:val="20"/>
        </w:rPr>
        <w:t>Soutěž</w:t>
      </w:r>
      <w:proofErr w:type="spellEnd"/>
      <w:r w:rsidRPr="00415899">
        <w:rPr>
          <w:rFonts w:cs="Arial"/>
          <w:sz w:val="20"/>
          <w:szCs w:val="20"/>
        </w:rPr>
        <w:t xml:space="preserve"> je </w:t>
      </w:r>
      <w:proofErr w:type="spellStart"/>
      <w:r w:rsidRPr="00415899">
        <w:rPr>
          <w:rFonts w:cs="Arial"/>
          <w:sz w:val="20"/>
          <w:szCs w:val="20"/>
        </w:rPr>
        <w:t>určena</w:t>
      </w:r>
      <w:proofErr w:type="spellEnd"/>
      <w:r w:rsidRPr="00415899">
        <w:rPr>
          <w:rFonts w:cs="Arial"/>
          <w:sz w:val="20"/>
          <w:szCs w:val="20"/>
        </w:rPr>
        <w:t xml:space="preserve"> </w:t>
      </w:r>
      <w:proofErr w:type="spellStart"/>
      <w:r w:rsidRPr="00415899">
        <w:rPr>
          <w:rFonts w:cs="Arial"/>
          <w:sz w:val="20"/>
          <w:szCs w:val="20"/>
        </w:rPr>
        <w:t>fyzickým</w:t>
      </w:r>
      <w:proofErr w:type="spellEnd"/>
      <w:r w:rsidRPr="00415899">
        <w:rPr>
          <w:rFonts w:cs="Arial"/>
          <w:sz w:val="20"/>
          <w:szCs w:val="20"/>
        </w:rPr>
        <w:t xml:space="preserve"> </w:t>
      </w:r>
      <w:proofErr w:type="spellStart"/>
      <w:r w:rsidRPr="00415899">
        <w:rPr>
          <w:rFonts w:cs="Arial"/>
          <w:sz w:val="20"/>
          <w:szCs w:val="20"/>
        </w:rPr>
        <w:t>osobám</w:t>
      </w:r>
      <w:proofErr w:type="spellEnd"/>
      <w:r w:rsidRPr="00415899">
        <w:rPr>
          <w:rFonts w:cs="Arial"/>
          <w:sz w:val="20"/>
          <w:szCs w:val="20"/>
        </w:rPr>
        <w:t xml:space="preserve">. Osoba </w:t>
      </w:r>
      <w:proofErr w:type="spellStart"/>
      <w:r w:rsidRPr="00415899">
        <w:rPr>
          <w:rFonts w:cs="Arial"/>
          <w:sz w:val="20"/>
          <w:szCs w:val="20"/>
        </w:rPr>
        <w:t>mladší</w:t>
      </w:r>
      <w:proofErr w:type="spellEnd"/>
      <w:r w:rsidRPr="00415899">
        <w:rPr>
          <w:rFonts w:cs="Arial"/>
          <w:sz w:val="20"/>
          <w:szCs w:val="20"/>
        </w:rPr>
        <w:t xml:space="preserve"> 18 let se </w:t>
      </w:r>
      <w:proofErr w:type="spellStart"/>
      <w:r w:rsidRPr="00415899">
        <w:rPr>
          <w:rFonts w:cs="Arial"/>
          <w:sz w:val="20"/>
          <w:szCs w:val="20"/>
        </w:rPr>
        <w:t>může</w:t>
      </w:r>
      <w:proofErr w:type="spellEnd"/>
      <w:r w:rsidRPr="00415899">
        <w:rPr>
          <w:rFonts w:cs="Arial"/>
          <w:sz w:val="20"/>
          <w:szCs w:val="20"/>
        </w:rPr>
        <w:t xml:space="preserve"> </w:t>
      </w:r>
      <w:proofErr w:type="spellStart"/>
      <w:r w:rsidRPr="00415899">
        <w:rPr>
          <w:rFonts w:cs="Arial"/>
          <w:sz w:val="20"/>
          <w:szCs w:val="20"/>
        </w:rPr>
        <w:t>zúčastnit</w:t>
      </w:r>
      <w:proofErr w:type="spellEnd"/>
      <w:r w:rsidRPr="00415899">
        <w:rPr>
          <w:rFonts w:cs="Arial"/>
          <w:sz w:val="20"/>
          <w:szCs w:val="20"/>
        </w:rPr>
        <w:t xml:space="preserve"> </w:t>
      </w:r>
      <w:proofErr w:type="spellStart"/>
      <w:r w:rsidRPr="00415899">
        <w:rPr>
          <w:rFonts w:cs="Arial"/>
          <w:sz w:val="20"/>
          <w:szCs w:val="20"/>
        </w:rPr>
        <w:t>pouze</w:t>
      </w:r>
      <w:proofErr w:type="spellEnd"/>
      <w:r w:rsidRPr="00415899">
        <w:rPr>
          <w:rFonts w:cs="Arial"/>
          <w:sz w:val="20"/>
          <w:szCs w:val="20"/>
        </w:rPr>
        <w:t xml:space="preserve"> s </w:t>
      </w:r>
      <w:proofErr w:type="spellStart"/>
      <w:r w:rsidRPr="00415899">
        <w:rPr>
          <w:rFonts w:cs="Arial"/>
          <w:sz w:val="20"/>
          <w:szCs w:val="20"/>
        </w:rPr>
        <w:t>předchozím</w:t>
      </w:r>
      <w:proofErr w:type="spellEnd"/>
      <w:r w:rsidRPr="00415899">
        <w:rPr>
          <w:rFonts w:cs="Arial"/>
          <w:sz w:val="20"/>
          <w:szCs w:val="20"/>
        </w:rPr>
        <w:t xml:space="preserve"> </w:t>
      </w:r>
      <w:proofErr w:type="spellStart"/>
      <w:r w:rsidRPr="00415899">
        <w:rPr>
          <w:rFonts w:cs="Arial"/>
          <w:sz w:val="20"/>
          <w:szCs w:val="20"/>
        </w:rPr>
        <w:t>písemným</w:t>
      </w:r>
      <w:proofErr w:type="spellEnd"/>
      <w:r w:rsidRPr="00415899">
        <w:rPr>
          <w:rFonts w:cs="Arial"/>
          <w:sz w:val="20"/>
          <w:szCs w:val="20"/>
        </w:rPr>
        <w:t xml:space="preserve"> </w:t>
      </w:r>
      <w:proofErr w:type="spellStart"/>
      <w:r w:rsidRPr="00415899">
        <w:rPr>
          <w:rFonts w:cs="Arial"/>
          <w:sz w:val="20"/>
          <w:szCs w:val="20"/>
        </w:rPr>
        <w:t>souhlasem</w:t>
      </w:r>
      <w:proofErr w:type="spellEnd"/>
      <w:r w:rsidRPr="00415899">
        <w:rPr>
          <w:rFonts w:cs="Arial"/>
          <w:sz w:val="20"/>
          <w:szCs w:val="20"/>
        </w:rPr>
        <w:t xml:space="preserve"> </w:t>
      </w:r>
      <w:proofErr w:type="spellStart"/>
      <w:r w:rsidRPr="00415899">
        <w:rPr>
          <w:rFonts w:cs="Arial"/>
          <w:sz w:val="20"/>
          <w:szCs w:val="20"/>
        </w:rPr>
        <w:t>svého</w:t>
      </w:r>
      <w:proofErr w:type="spellEnd"/>
      <w:r w:rsidRPr="00415899">
        <w:rPr>
          <w:rFonts w:cs="Arial"/>
          <w:sz w:val="20"/>
          <w:szCs w:val="20"/>
        </w:rPr>
        <w:t xml:space="preserve"> </w:t>
      </w:r>
      <w:proofErr w:type="spellStart"/>
      <w:r w:rsidRPr="00415899">
        <w:rPr>
          <w:rFonts w:cs="Arial"/>
          <w:sz w:val="20"/>
          <w:szCs w:val="20"/>
        </w:rPr>
        <w:t>zákonného</w:t>
      </w:r>
      <w:proofErr w:type="spellEnd"/>
      <w:r w:rsidRPr="00415899">
        <w:rPr>
          <w:rFonts w:cs="Arial"/>
          <w:sz w:val="20"/>
          <w:szCs w:val="20"/>
        </w:rPr>
        <w:t xml:space="preserve"> </w:t>
      </w:r>
      <w:proofErr w:type="spellStart"/>
      <w:r w:rsidRPr="00415899">
        <w:rPr>
          <w:rFonts w:cs="Arial"/>
          <w:sz w:val="20"/>
          <w:szCs w:val="20"/>
        </w:rPr>
        <w:t>zástupce</w:t>
      </w:r>
      <w:proofErr w:type="spellEnd"/>
      <w:r w:rsidRPr="00415899">
        <w:rPr>
          <w:rFonts w:cs="Arial"/>
          <w:sz w:val="20"/>
          <w:szCs w:val="20"/>
        </w:rPr>
        <w:t xml:space="preserve">. </w:t>
      </w:r>
      <w:proofErr w:type="spellStart"/>
      <w:r w:rsidRPr="00415899">
        <w:rPr>
          <w:rFonts w:cs="Arial"/>
          <w:sz w:val="20"/>
          <w:szCs w:val="20"/>
        </w:rPr>
        <w:t>Čitelný</w:t>
      </w:r>
      <w:proofErr w:type="spellEnd"/>
      <w:r w:rsidRPr="00415899">
        <w:rPr>
          <w:rFonts w:cs="Arial"/>
          <w:sz w:val="20"/>
          <w:szCs w:val="20"/>
        </w:rPr>
        <w:t xml:space="preserve"> </w:t>
      </w:r>
      <w:proofErr w:type="spellStart"/>
      <w:r w:rsidRPr="00415899">
        <w:rPr>
          <w:rFonts w:cs="Arial"/>
          <w:sz w:val="20"/>
          <w:szCs w:val="20"/>
        </w:rPr>
        <w:t>sken</w:t>
      </w:r>
      <w:proofErr w:type="spellEnd"/>
      <w:r w:rsidRPr="00415899">
        <w:rPr>
          <w:rFonts w:cs="Arial"/>
          <w:sz w:val="20"/>
          <w:szCs w:val="20"/>
        </w:rPr>
        <w:t xml:space="preserve"> </w:t>
      </w:r>
      <w:proofErr w:type="spellStart"/>
      <w:r w:rsidRPr="00415899">
        <w:rPr>
          <w:rFonts w:cs="Arial"/>
          <w:sz w:val="20"/>
          <w:szCs w:val="20"/>
        </w:rPr>
        <w:t>nebo</w:t>
      </w:r>
      <w:proofErr w:type="spellEnd"/>
      <w:r w:rsidRPr="00415899">
        <w:rPr>
          <w:rFonts w:cs="Arial"/>
          <w:sz w:val="20"/>
          <w:szCs w:val="20"/>
        </w:rPr>
        <w:t xml:space="preserve"> </w:t>
      </w:r>
      <w:proofErr w:type="spellStart"/>
      <w:r w:rsidRPr="00415899">
        <w:rPr>
          <w:rFonts w:cs="Arial"/>
          <w:sz w:val="20"/>
          <w:szCs w:val="20"/>
        </w:rPr>
        <w:t>fotografii</w:t>
      </w:r>
      <w:proofErr w:type="spellEnd"/>
      <w:r w:rsidRPr="00415899">
        <w:rPr>
          <w:rFonts w:cs="Arial"/>
          <w:sz w:val="20"/>
          <w:szCs w:val="20"/>
        </w:rPr>
        <w:t xml:space="preserve"> </w:t>
      </w:r>
      <w:proofErr w:type="spellStart"/>
      <w:r w:rsidRPr="00415899">
        <w:rPr>
          <w:rFonts w:cs="Arial"/>
          <w:sz w:val="20"/>
          <w:szCs w:val="20"/>
        </w:rPr>
        <w:t>vlastnoručně</w:t>
      </w:r>
      <w:proofErr w:type="spellEnd"/>
      <w:r w:rsidRPr="00415899">
        <w:rPr>
          <w:rFonts w:cs="Arial"/>
          <w:sz w:val="20"/>
          <w:szCs w:val="20"/>
        </w:rPr>
        <w:t xml:space="preserve"> </w:t>
      </w:r>
      <w:proofErr w:type="spellStart"/>
      <w:r w:rsidRPr="00415899">
        <w:rPr>
          <w:rFonts w:cs="Arial"/>
          <w:sz w:val="20"/>
          <w:szCs w:val="20"/>
        </w:rPr>
        <w:t>podepsaného</w:t>
      </w:r>
      <w:proofErr w:type="spellEnd"/>
      <w:r w:rsidRPr="00415899">
        <w:rPr>
          <w:rFonts w:cs="Arial"/>
          <w:sz w:val="20"/>
          <w:szCs w:val="20"/>
        </w:rPr>
        <w:t xml:space="preserve"> </w:t>
      </w:r>
      <w:proofErr w:type="spellStart"/>
      <w:r w:rsidRPr="00415899">
        <w:rPr>
          <w:rFonts w:cs="Arial"/>
          <w:sz w:val="20"/>
          <w:szCs w:val="20"/>
        </w:rPr>
        <w:t>souhlasu</w:t>
      </w:r>
      <w:proofErr w:type="spellEnd"/>
      <w:r w:rsidRPr="00415899">
        <w:rPr>
          <w:rFonts w:cs="Arial"/>
          <w:sz w:val="20"/>
          <w:szCs w:val="20"/>
        </w:rPr>
        <w:t xml:space="preserve"> je </w:t>
      </w:r>
      <w:proofErr w:type="spellStart"/>
      <w:r w:rsidRPr="00415899">
        <w:rPr>
          <w:rFonts w:cs="Arial"/>
          <w:sz w:val="20"/>
          <w:szCs w:val="20"/>
        </w:rPr>
        <w:t>nutné</w:t>
      </w:r>
      <w:proofErr w:type="spellEnd"/>
      <w:r w:rsidRPr="00415899">
        <w:rPr>
          <w:rFonts w:cs="Arial"/>
          <w:sz w:val="20"/>
          <w:szCs w:val="20"/>
        </w:rPr>
        <w:t xml:space="preserve"> </w:t>
      </w:r>
      <w:proofErr w:type="spellStart"/>
      <w:r w:rsidRPr="00415899">
        <w:rPr>
          <w:rFonts w:cs="Arial"/>
          <w:sz w:val="20"/>
          <w:szCs w:val="20"/>
        </w:rPr>
        <w:t>přiložit</w:t>
      </w:r>
      <w:proofErr w:type="spellEnd"/>
      <w:r w:rsidRPr="00415899">
        <w:rPr>
          <w:rFonts w:cs="Arial"/>
          <w:sz w:val="20"/>
          <w:szCs w:val="20"/>
        </w:rPr>
        <w:t xml:space="preserve"> k </w:t>
      </w:r>
      <w:proofErr w:type="spellStart"/>
      <w:r w:rsidRPr="00415899">
        <w:rPr>
          <w:rFonts w:cs="Arial"/>
          <w:sz w:val="20"/>
          <w:szCs w:val="20"/>
        </w:rPr>
        <w:t>přihlášce</w:t>
      </w:r>
      <w:proofErr w:type="spellEnd"/>
      <w:r w:rsidRPr="00415899">
        <w:rPr>
          <w:rFonts w:cs="Arial"/>
          <w:sz w:val="20"/>
          <w:szCs w:val="20"/>
        </w:rPr>
        <w:t xml:space="preserve"> </w:t>
      </w:r>
      <w:proofErr w:type="spellStart"/>
      <w:r w:rsidRPr="00415899">
        <w:rPr>
          <w:rFonts w:cs="Arial"/>
          <w:sz w:val="20"/>
          <w:szCs w:val="20"/>
        </w:rPr>
        <w:t>zasílané</w:t>
      </w:r>
      <w:proofErr w:type="spellEnd"/>
      <w:r w:rsidRPr="00415899">
        <w:rPr>
          <w:rFonts w:cs="Arial"/>
          <w:sz w:val="20"/>
          <w:szCs w:val="20"/>
        </w:rPr>
        <w:t xml:space="preserve"> </w:t>
      </w:r>
      <w:proofErr w:type="spellStart"/>
      <w:r w:rsidRPr="00415899">
        <w:rPr>
          <w:rFonts w:cs="Arial"/>
          <w:sz w:val="20"/>
          <w:szCs w:val="20"/>
        </w:rPr>
        <w:t>na</w:t>
      </w:r>
      <w:proofErr w:type="spellEnd"/>
      <w:r w:rsidRPr="00415899">
        <w:rPr>
          <w:rFonts w:cs="Arial"/>
          <w:sz w:val="20"/>
          <w:szCs w:val="20"/>
        </w:rPr>
        <w:t xml:space="preserve"> e-mail </w:t>
      </w:r>
      <w:hyperlink r:id="rId9" w:history="1">
        <w:r w:rsidRPr="00415899">
          <w:rPr>
            <w:rStyle w:val="Hypertextovodkaz"/>
            <w:rFonts w:cs="Arial"/>
            <w:sz w:val="20"/>
            <w:szCs w:val="20"/>
          </w:rPr>
          <w:t>info@merinoobchod.cz</w:t>
        </w:r>
      </w:hyperlink>
      <w:r w:rsidRPr="00415899">
        <w:rPr>
          <w:rFonts w:cs="Arial"/>
          <w:sz w:val="20"/>
          <w:szCs w:val="20"/>
        </w:rPr>
        <w:t>.</w:t>
      </w:r>
    </w:p>
    <w:p w14:paraId="64EE9EFE" w14:textId="77777777" w:rsidR="00983D0A" w:rsidRPr="00415899" w:rsidRDefault="00983D0A" w:rsidP="00983D0A">
      <w:pPr>
        <w:pStyle w:val="Seznamsodrkami"/>
        <w:numPr>
          <w:ilvl w:val="0"/>
          <w:numId w:val="0"/>
        </w:numPr>
        <w:ind w:left="360"/>
        <w:rPr>
          <w:rFonts w:cs="Arial"/>
          <w:sz w:val="20"/>
          <w:szCs w:val="20"/>
        </w:rPr>
      </w:pPr>
      <w:proofErr w:type="spellStart"/>
      <w:r w:rsidRPr="00415899">
        <w:rPr>
          <w:rFonts w:cs="Arial"/>
          <w:sz w:val="20"/>
          <w:szCs w:val="20"/>
        </w:rPr>
        <w:t>Souhlas</w:t>
      </w:r>
      <w:proofErr w:type="spellEnd"/>
      <w:r w:rsidRPr="00415899">
        <w:rPr>
          <w:rFonts w:cs="Arial"/>
          <w:sz w:val="20"/>
          <w:szCs w:val="20"/>
        </w:rPr>
        <w:t xml:space="preserve"> </w:t>
      </w:r>
      <w:proofErr w:type="spellStart"/>
      <w:r w:rsidRPr="00415899">
        <w:rPr>
          <w:rFonts w:cs="Arial"/>
          <w:sz w:val="20"/>
          <w:szCs w:val="20"/>
        </w:rPr>
        <w:t>musí</w:t>
      </w:r>
      <w:proofErr w:type="spellEnd"/>
      <w:r w:rsidRPr="00415899">
        <w:rPr>
          <w:rFonts w:cs="Arial"/>
          <w:sz w:val="20"/>
          <w:szCs w:val="20"/>
        </w:rPr>
        <w:t xml:space="preserve"> </w:t>
      </w:r>
      <w:proofErr w:type="spellStart"/>
      <w:r w:rsidRPr="00415899">
        <w:rPr>
          <w:rFonts w:cs="Arial"/>
          <w:sz w:val="20"/>
          <w:szCs w:val="20"/>
        </w:rPr>
        <w:t>obsahovat</w:t>
      </w:r>
      <w:proofErr w:type="spellEnd"/>
      <w:r w:rsidRPr="00415899">
        <w:rPr>
          <w:rFonts w:cs="Arial"/>
          <w:sz w:val="20"/>
          <w:szCs w:val="20"/>
        </w:rPr>
        <w:t xml:space="preserve"> </w:t>
      </w:r>
      <w:proofErr w:type="spellStart"/>
      <w:r w:rsidRPr="00415899">
        <w:rPr>
          <w:rFonts w:cs="Arial"/>
          <w:sz w:val="20"/>
          <w:szCs w:val="20"/>
        </w:rPr>
        <w:t>jméno</w:t>
      </w:r>
      <w:proofErr w:type="spellEnd"/>
      <w:r w:rsidRPr="00415899">
        <w:rPr>
          <w:rFonts w:cs="Arial"/>
          <w:sz w:val="20"/>
          <w:szCs w:val="20"/>
        </w:rPr>
        <w:t xml:space="preserve"> a </w:t>
      </w:r>
      <w:proofErr w:type="spellStart"/>
      <w:r w:rsidRPr="00415899">
        <w:rPr>
          <w:rFonts w:cs="Arial"/>
          <w:sz w:val="20"/>
          <w:szCs w:val="20"/>
        </w:rPr>
        <w:t>příjmení</w:t>
      </w:r>
      <w:proofErr w:type="spellEnd"/>
      <w:r w:rsidRPr="00415899">
        <w:rPr>
          <w:rFonts w:cs="Arial"/>
          <w:sz w:val="20"/>
          <w:szCs w:val="20"/>
        </w:rPr>
        <w:t xml:space="preserve"> a datum </w:t>
      </w:r>
      <w:proofErr w:type="spellStart"/>
      <w:r w:rsidRPr="00415899">
        <w:rPr>
          <w:rFonts w:cs="Arial"/>
          <w:sz w:val="20"/>
          <w:szCs w:val="20"/>
        </w:rPr>
        <w:t>narození</w:t>
      </w:r>
      <w:proofErr w:type="spellEnd"/>
      <w:r w:rsidRPr="00415899">
        <w:rPr>
          <w:rFonts w:cs="Arial"/>
          <w:sz w:val="20"/>
          <w:szCs w:val="20"/>
        </w:rPr>
        <w:t xml:space="preserve"> </w:t>
      </w:r>
      <w:proofErr w:type="spellStart"/>
      <w:r w:rsidRPr="00415899">
        <w:rPr>
          <w:rFonts w:cs="Arial"/>
          <w:sz w:val="20"/>
          <w:szCs w:val="20"/>
        </w:rPr>
        <w:t>soutěžícího</w:t>
      </w:r>
      <w:proofErr w:type="spellEnd"/>
      <w:r w:rsidRPr="00415899">
        <w:rPr>
          <w:rFonts w:cs="Arial"/>
          <w:sz w:val="20"/>
          <w:szCs w:val="20"/>
        </w:rPr>
        <w:t xml:space="preserve">, </w:t>
      </w:r>
      <w:proofErr w:type="spellStart"/>
      <w:r w:rsidRPr="00415899">
        <w:rPr>
          <w:rFonts w:cs="Arial"/>
          <w:sz w:val="20"/>
          <w:szCs w:val="20"/>
        </w:rPr>
        <w:t>jméno</w:t>
      </w:r>
      <w:proofErr w:type="spellEnd"/>
      <w:r w:rsidRPr="00415899">
        <w:rPr>
          <w:rFonts w:cs="Arial"/>
          <w:sz w:val="20"/>
          <w:szCs w:val="20"/>
        </w:rPr>
        <w:t xml:space="preserve"> a </w:t>
      </w:r>
      <w:proofErr w:type="spellStart"/>
      <w:r w:rsidRPr="00415899">
        <w:rPr>
          <w:rFonts w:cs="Arial"/>
          <w:sz w:val="20"/>
          <w:szCs w:val="20"/>
        </w:rPr>
        <w:t>příjmení</w:t>
      </w:r>
      <w:proofErr w:type="spellEnd"/>
      <w:r w:rsidRPr="00415899">
        <w:rPr>
          <w:rFonts w:cs="Arial"/>
          <w:sz w:val="20"/>
          <w:szCs w:val="20"/>
        </w:rPr>
        <w:t xml:space="preserve"> a </w:t>
      </w:r>
      <w:proofErr w:type="spellStart"/>
      <w:r w:rsidRPr="00415899">
        <w:rPr>
          <w:rFonts w:cs="Arial"/>
          <w:sz w:val="20"/>
          <w:szCs w:val="20"/>
        </w:rPr>
        <w:t>kontaktní</w:t>
      </w:r>
      <w:proofErr w:type="spellEnd"/>
      <w:r w:rsidRPr="00415899">
        <w:rPr>
          <w:rFonts w:cs="Arial"/>
          <w:sz w:val="20"/>
          <w:szCs w:val="20"/>
        </w:rPr>
        <w:t xml:space="preserve"> e-mail </w:t>
      </w:r>
      <w:proofErr w:type="spellStart"/>
      <w:r w:rsidRPr="00415899">
        <w:rPr>
          <w:rFonts w:cs="Arial"/>
          <w:sz w:val="20"/>
          <w:szCs w:val="20"/>
        </w:rPr>
        <w:t>zákonného</w:t>
      </w:r>
      <w:proofErr w:type="spellEnd"/>
      <w:r w:rsidRPr="00415899">
        <w:rPr>
          <w:rFonts w:cs="Arial"/>
          <w:sz w:val="20"/>
          <w:szCs w:val="20"/>
        </w:rPr>
        <w:t xml:space="preserve"> </w:t>
      </w:r>
      <w:proofErr w:type="spellStart"/>
      <w:r w:rsidRPr="00415899">
        <w:rPr>
          <w:rFonts w:cs="Arial"/>
          <w:sz w:val="20"/>
          <w:szCs w:val="20"/>
        </w:rPr>
        <w:t>zástupce</w:t>
      </w:r>
      <w:proofErr w:type="spellEnd"/>
      <w:r w:rsidRPr="00415899">
        <w:rPr>
          <w:rFonts w:cs="Arial"/>
          <w:sz w:val="20"/>
          <w:szCs w:val="20"/>
        </w:rPr>
        <w:t xml:space="preserve">, </w:t>
      </w:r>
      <w:proofErr w:type="spellStart"/>
      <w:r w:rsidRPr="00415899">
        <w:rPr>
          <w:rFonts w:cs="Arial"/>
          <w:sz w:val="20"/>
          <w:szCs w:val="20"/>
        </w:rPr>
        <w:t>jeho</w:t>
      </w:r>
      <w:proofErr w:type="spellEnd"/>
      <w:r w:rsidRPr="00415899">
        <w:rPr>
          <w:rFonts w:cs="Arial"/>
          <w:sz w:val="20"/>
          <w:szCs w:val="20"/>
        </w:rPr>
        <w:t xml:space="preserve"> </w:t>
      </w:r>
      <w:proofErr w:type="spellStart"/>
      <w:r w:rsidRPr="00415899">
        <w:rPr>
          <w:rFonts w:cs="Arial"/>
          <w:sz w:val="20"/>
          <w:szCs w:val="20"/>
        </w:rPr>
        <w:t>prohlášení</w:t>
      </w:r>
      <w:proofErr w:type="spellEnd"/>
      <w:r w:rsidRPr="00415899">
        <w:rPr>
          <w:rFonts w:cs="Arial"/>
          <w:sz w:val="20"/>
          <w:szCs w:val="20"/>
        </w:rPr>
        <w:t xml:space="preserve">, </w:t>
      </w:r>
      <w:proofErr w:type="spellStart"/>
      <w:r w:rsidRPr="00415899">
        <w:rPr>
          <w:rFonts w:cs="Arial"/>
          <w:sz w:val="20"/>
          <w:szCs w:val="20"/>
        </w:rPr>
        <w:t>že</w:t>
      </w:r>
      <w:proofErr w:type="spellEnd"/>
      <w:r w:rsidRPr="00415899">
        <w:rPr>
          <w:rFonts w:cs="Arial"/>
          <w:sz w:val="20"/>
          <w:szCs w:val="20"/>
        </w:rPr>
        <w:t xml:space="preserve"> je </w:t>
      </w:r>
      <w:proofErr w:type="spellStart"/>
      <w:r w:rsidRPr="00415899">
        <w:rPr>
          <w:rFonts w:cs="Arial"/>
          <w:sz w:val="20"/>
          <w:szCs w:val="20"/>
        </w:rPr>
        <w:t>zákonným</w:t>
      </w:r>
      <w:proofErr w:type="spellEnd"/>
      <w:r w:rsidRPr="00415899">
        <w:rPr>
          <w:rFonts w:cs="Arial"/>
          <w:sz w:val="20"/>
          <w:szCs w:val="20"/>
        </w:rPr>
        <w:t xml:space="preserve"> </w:t>
      </w:r>
      <w:proofErr w:type="spellStart"/>
      <w:r w:rsidRPr="00415899">
        <w:rPr>
          <w:rFonts w:cs="Arial"/>
          <w:sz w:val="20"/>
          <w:szCs w:val="20"/>
        </w:rPr>
        <w:t>zástupcem</w:t>
      </w:r>
      <w:proofErr w:type="spellEnd"/>
      <w:r w:rsidRPr="00415899">
        <w:rPr>
          <w:rFonts w:cs="Arial"/>
          <w:sz w:val="20"/>
          <w:szCs w:val="20"/>
        </w:rPr>
        <w:t xml:space="preserve"> </w:t>
      </w:r>
      <w:proofErr w:type="spellStart"/>
      <w:r w:rsidRPr="00415899">
        <w:rPr>
          <w:rFonts w:cs="Arial"/>
          <w:sz w:val="20"/>
          <w:szCs w:val="20"/>
        </w:rPr>
        <w:t>soutěžícího</w:t>
      </w:r>
      <w:proofErr w:type="spellEnd"/>
      <w:r w:rsidRPr="00415899">
        <w:rPr>
          <w:rFonts w:cs="Arial"/>
          <w:sz w:val="20"/>
          <w:szCs w:val="20"/>
        </w:rPr>
        <w:t xml:space="preserve"> a </w:t>
      </w:r>
      <w:proofErr w:type="spellStart"/>
      <w:r w:rsidRPr="00415899">
        <w:rPr>
          <w:rFonts w:cs="Arial"/>
          <w:sz w:val="20"/>
          <w:szCs w:val="20"/>
        </w:rPr>
        <w:t>souhlasí</w:t>
      </w:r>
      <w:proofErr w:type="spellEnd"/>
      <w:r w:rsidRPr="00415899">
        <w:rPr>
          <w:rFonts w:cs="Arial"/>
          <w:sz w:val="20"/>
          <w:szCs w:val="20"/>
        </w:rPr>
        <w:t xml:space="preserve"> s </w:t>
      </w:r>
      <w:proofErr w:type="spellStart"/>
      <w:r w:rsidRPr="00415899">
        <w:rPr>
          <w:rFonts w:cs="Arial"/>
          <w:sz w:val="20"/>
          <w:szCs w:val="20"/>
        </w:rPr>
        <w:t>jeho</w:t>
      </w:r>
      <w:proofErr w:type="spellEnd"/>
      <w:r w:rsidRPr="00415899">
        <w:rPr>
          <w:rFonts w:cs="Arial"/>
          <w:sz w:val="20"/>
          <w:szCs w:val="20"/>
        </w:rPr>
        <w:t xml:space="preserve"> </w:t>
      </w:r>
      <w:proofErr w:type="spellStart"/>
      <w:r w:rsidRPr="00415899">
        <w:rPr>
          <w:rFonts w:cs="Arial"/>
          <w:sz w:val="20"/>
          <w:szCs w:val="20"/>
        </w:rPr>
        <w:t>účastí</w:t>
      </w:r>
      <w:proofErr w:type="spellEnd"/>
      <w:r w:rsidRPr="00415899">
        <w:rPr>
          <w:rFonts w:cs="Arial"/>
          <w:sz w:val="20"/>
          <w:szCs w:val="20"/>
        </w:rPr>
        <w:t xml:space="preserve"> v </w:t>
      </w:r>
      <w:proofErr w:type="spellStart"/>
      <w:r w:rsidRPr="00415899">
        <w:rPr>
          <w:rFonts w:cs="Arial"/>
          <w:sz w:val="20"/>
          <w:szCs w:val="20"/>
        </w:rPr>
        <w:t>Soutěži</w:t>
      </w:r>
      <w:proofErr w:type="spellEnd"/>
      <w:r w:rsidRPr="00415899">
        <w:rPr>
          <w:rFonts w:cs="Arial"/>
          <w:sz w:val="20"/>
          <w:szCs w:val="20"/>
        </w:rPr>
        <w:t xml:space="preserve">, a </w:t>
      </w:r>
      <w:proofErr w:type="spellStart"/>
      <w:r w:rsidRPr="00415899">
        <w:rPr>
          <w:rFonts w:cs="Arial"/>
          <w:sz w:val="20"/>
          <w:szCs w:val="20"/>
        </w:rPr>
        <w:t>potvrzení</w:t>
      </w:r>
      <w:proofErr w:type="spellEnd"/>
      <w:r w:rsidRPr="00415899">
        <w:rPr>
          <w:rFonts w:cs="Arial"/>
          <w:sz w:val="20"/>
          <w:szCs w:val="20"/>
        </w:rPr>
        <w:t xml:space="preserve">, </w:t>
      </w:r>
      <w:proofErr w:type="spellStart"/>
      <w:r w:rsidRPr="00415899">
        <w:rPr>
          <w:rFonts w:cs="Arial"/>
          <w:sz w:val="20"/>
          <w:szCs w:val="20"/>
        </w:rPr>
        <w:t>že</w:t>
      </w:r>
      <w:proofErr w:type="spellEnd"/>
      <w:r w:rsidRPr="00415899">
        <w:rPr>
          <w:rFonts w:cs="Arial"/>
          <w:sz w:val="20"/>
          <w:szCs w:val="20"/>
        </w:rPr>
        <w:t xml:space="preserve"> se </w:t>
      </w:r>
      <w:proofErr w:type="spellStart"/>
      <w:r w:rsidRPr="00415899">
        <w:rPr>
          <w:rFonts w:cs="Arial"/>
          <w:sz w:val="20"/>
          <w:szCs w:val="20"/>
        </w:rPr>
        <w:t>seznámil</w:t>
      </w:r>
      <w:proofErr w:type="spellEnd"/>
      <w:r w:rsidRPr="00415899">
        <w:rPr>
          <w:rFonts w:cs="Arial"/>
          <w:sz w:val="20"/>
          <w:szCs w:val="20"/>
        </w:rPr>
        <w:t xml:space="preserve"> s </w:t>
      </w:r>
      <w:proofErr w:type="spellStart"/>
      <w:r w:rsidRPr="00415899">
        <w:rPr>
          <w:rFonts w:cs="Arial"/>
          <w:sz w:val="20"/>
          <w:szCs w:val="20"/>
        </w:rPr>
        <w:t>pravidly</w:t>
      </w:r>
      <w:proofErr w:type="spellEnd"/>
      <w:r w:rsidRPr="00415899">
        <w:rPr>
          <w:rFonts w:cs="Arial"/>
          <w:sz w:val="20"/>
          <w:szCs w:val="20"/>
        </w:rPr>
        <w:t xml:space="preserve"> a </w:t>
      </w:r>
      <w:proofErr w:type="spellStart"/>
      <w:r w:rsidRPr="00415899">
        <w:rPr>
          <w:rFonts w:cs="Arial"/>
          <w:sz w:val="20"/>
          <w:szCs w:val="20"/>
        </w:rPr>
        <w:t>souhlasí</w:t>
      </w:r>
      <w:proofErr w:type="spellEnd"/>
      <w:r w:rsidRPr="00415899">
        <w:rPr>
          <w:rFonts w:cs="Arial"/>
          <w:sz w:val="20"/>
          <w:szCs w:val="20"/>
        </w:rPr>
        <w:t xml:space="preserve"> s </w:t>
      </w:r>
      <w:proofErr w:type="spellStart"/>
      <w:r w:rsidRPr="00415899">
        <w:rPr>
          <w:rFonts w:cs="Arial"/>
          <w:sz w:val="20"/>
          <w:szCs w:val="20"/>
        </w:rPr>
        <w:t>nimi</w:t>
      </w:r>
      <w:proofErr w:type="spellEnd"/>
      <w:r w:rsidRPr="00415899">
        <w:rPr>
          <w:rFonts w:cs="Arial"/>
          <w:sz w:val="20"/>
          <w:szCs w:val="20"/>
        </w:rPr>
        <w:t xml:space="preserve">, </w:t>
      </w:r>
      <w:proofErr w:type="spellStart"/>
      <w:r w:rsidRPr="00415899">
        <w:rPr>
          <w:rFonts w:cs="Arial"/>
          <w:sz w:val="20"/>
          <w:szCs w:val="20"/>
        </w:rPr>
        <w:t>včetně</w:t>
      </w:r>
      <w:proofErr w:type="spellEnd"/>
      <w:r w:rsidRPr="00415899">
        <w:rPr>
          <w:rFonts w:cs="Arial"/>
          <w:sz w:val="20"/>
          <w:szCs w:val="20"/>
        </w:rPr>
        <w:t xml:space="preserve"> </w:t>
      </w:r>
      <w:proofErr w:type="spellStart"/>
      <w:r w:rsidRPr="00415899">
        <w:rPr>
          <w:rFonts w:cs="Arial"/>
          <w:sz w:val="20"/>
          <w:szCs w:val="20"/>
        </w:rPr>
        <w:t>podmínek</w:t>
      </w:r>
      <w:proofErr w:type="spellEnd"/>
      <w:r w:rsidRPr="00415899">
        <w:rPr>
          <w:rFonts w:cs="Arial"/>
          <w:sz w:val="20"/>
          <w:szCs w:val="20"/>
        </w:rPr>
        <w:t xml:space="preserve"> </w:t>
      </w:r>
      <w:proofErr w:type="spellStart"/>
      <w:r w:rsidRPr="00415899">
        <w:rPr>
          <w:rFonts w:cs="Arial"/>
          <w:sz w:val="20"/>
          <w:szCs w:val="20"/>
        </w:rPr>
        <w:t>užití</w:t>
      </w:r>
      <w:proofErr w:type="spellEnd"/>
      <w:r w:rsidRPr="00415899">
        <w:rPr>
          <w:rFonts w:cs="Arial"/>
          <w:sz w:val="20"/>
          <w:szCs w:val="20"/>
        </w:rPr>
        <w:t xml:space="preserve"> </w:t>
      </w:r>
      <w:proofErr w:type="spellStart"/>
      <w:r w:rsidRPr="00415899">
        <w:rPr>
          <w:rFonts w:cs="Arial"/>
          <w:sz w:val="20"/>
          <w:szCs w:val="20"/>
        </w:rPr>
        <w:t>návrhu</w:t>
      </w:r>
      <w:proofErr w:type="spellEnd"/>
      <w:r w:rsidRPr="00415899">
        <w:rPr>
          <w:rFonts w:cs="Arial"/>
          <w:sz w:val="20"/>
          <w:szCs w:val="20"/>
        </w:rPr>
        <w:t xml:space="preserve"> </w:t>
      </w:r>
      <w:proofErr w:type="spellStart"/>
      <w:r w:rsidRPr="00415899">
        <w:rPr>
          <w:rFonts w:cs="Arial"/>
          <w:sz w:val="20"/>
          <w:szCs w:val="20"/>
        </w:rPr>
        <w:t>podle</w:t>
      </w:r>
      <w:proofErr w:type="spellEnd"/>
      <w:r w:rsidRPr="00415899">
        <w:rPr>
          <w:rFonts w:cs="Arial"/>
          <w:sz w:val="20"/>
          <w:szCs w:val="20"/>
        </w:rPr>
        <w:t xml:space="preserve"> </w:t>
      </w:r>
      <w:proofErr w:type="spellStart"/>
      <w:r w:rsidRPr="00415899">
        <w:rPr>
          <w:rFonts w:cs="Arial"/>
          <w:sz w:val="20"/>
          <w:szCs w:val="20"/>
        </w:rPr>
        <w:t>čl</w:t>
      </w:r>
      <w:proofErr w:type="spellEnd"/>
      <w:r w:rsidRPr="00415899">
        <w:rPr>
          <w:rFonts w:cs="Arial"/>
          <w:sz w:val="20"/>
          <w:szCs w:val="20"/>
        </w:rPr>
        <w:t xml:space="preserve">. 11. </w:t>
      </w:r>
      <w:proofErr w:type="spellStart"/>
      <w:r w:rsidRPr="00415899">
        <w:rPr>
          <w:rFonts w:cs="Arial"/>
          <w:sz w:val="20"/>
          <w:szCs w:val="20"/>
        </w:rPr>
        <w:t>Souhlas</w:t>
      </w:r>
      <w:proofErr w:type="spellEnd"/>
      <w:r w:rsidRPr="00415899">
        <w:rPr>
          <w:rFonts w:cs="Arial"/>
          <w:sz w:val="20"/>
          <w:szCs w:val="20"/>
        </w:rPr>
        <w:t xml:space="preserve"> </w:t>
      </w:r>
      <w:proofErr w:type="spellStart"/>
      <w:r w:rsidRPr="00415899">
        <w:rPr>
          <w:rFonts w:cs="Arial"/>
          <w:sz w:val="20"/>
          <w:szCs w:val="20"/>
        </w:rPr>
        <w:t>musí</w:t>
      </w:r>
      <w:proofErr w:type="spellEnd"/>
      <w:r w:rsidRPr="00415899">
        <w:rPr>
          <w:rFonts w:cs="Arial"/>
          <w:sz w:val="20"/>
          <w:szCs w:val="20"/>
        </w:rPr>
        <w:t xml:space="preserve"> </w:t>
      </w:r>
      <w:proofErr w:type="spellStart"/>
      <w:r w:rsidRPr="00415899">
        <w:rPr>
          <w:rFonts w:cs="Arial"/>
          <w:sz w:val="20"/>
          <w:szCs w:val="20"/>
        </w:rPr>
        <w:t>být</w:t>
      </w:r>
      <w:proofErr w:type="spellEnd"/>
      <w:r w:rsidRPr="00415899">
        <w:rPr>
          <w:rFonts w:cs="Arial"/>
          <w:sz w:val="20"/>
          <w:szCs w:val="20"/>
        </w:rPr>
        <w:t xml:space="preserve"> </w:t>
      </w:r>
      <w:proofErr w:type="spellStart"/>
      <w:r w:rsidRPr="00415899">
        <w:rPr>
          <w:rFonts w:cs="Arial"/>
          <w:sz w:val="20"/>
          <w:szCs w:val="20"/>
        </w:rPr>
        <w:t>opatřen</w:t>
      </w:r>
      <w:proofErr w:type="spellEnd"/>
      <w:r w:rsidRPr="00415899">
        <w:rPr>
          <w:rFonts w:cs="Arial"/>
          <w:sz w:val="20"/>
          <w:szCs w:val="20"/>
        </w:rPr>
        <w:t xml:space="preserve"> </w:t>
      </w:r>
      <w:proofErr w:type="spellStart"/>
      <w:r w:rsidRPr="00415899">
        <w:rPr>
          <w:rFonts w:cs="Arial"/>
          <w:sz w:val="20"/>
          <w:szCs w:val="20"/>
        </w:rPr>
        <w:t>datem</w:t>
      </w:r>
      <w:proofErr w:type="spellEnd"/>
      <w:r w:rsidRPr="00415899">
        <w:rPr>
          <w:rFonts w:cs="Arial"/>
          <w:sz w:val="20"/>
          <w:szCs w:val="20"/>
        </w:rPr>
        <w:t xml:space="preserve"> a </w:t>
      </w:r>
      <w:proofErr w:type="spellStart"/>
      <w:r w:rsidRPr="00415899">
        <w:rPr>
          <w:rFonts w:cs="Arial"/>
          <w:sz w:val="20"/>
          <w:szCs w:val="20"/>
        </w:rPr>
        <w:t>podpisem</w:t>
      </w:r>
      <w:proofErr w:type="spellEnd"/>
      <w:r w:rsidRPr="00415899">
        <w:rPr>
          <w:rFonts w:cs="Arial"/>
          <w:sz w:val="20"/>
          <w:szCs w:val="20"/>
        </w:rPr>
        <w:t xml:space="preserve"> </w:t>
      </w:r>
      <w:proofErr w:type="spellStart"/>
      <w:r w:rsidRPr="00415899">
        <w:rPr>
          <w:rFonts w:cs="Arial"/>
          <w:sz w:val="20"/>
          <w:szCs w:val="20"/>
        </w:rPr>
        <w:t>zákonného</w:t>
      </w:r>
      <w:proofErr w:type="spellEnd"/>
      <w:r w:rsidRPr="00415899">
        <w:rPr>
          <w:rFonts w:cs="Arial"/>
          <w:sz w:val="20"/>
          <w:szCs w:val="20"/>
        </w:rPr>
        <w:t xml:space="preserve"> </w:t>
      </w:r>
      <w:proofErr w:type="spellStart"/>
      <w:r w:rsidRPr="00415899">
        <w:rPr>
          <w:rFonts w:cs="Arial"/>
          <w:sz w:val="20"/>
          <w:szCs w:val="20"/>
        </w:rPr>
        <w:t>zástupce</w:t>
      </w:r>
      <w:proofErr w:type="spellEnd"/>
      <w:r w:rsidRPr="00415899">
        <w:rPr>
          <w:rFonts w:cs="Arial"/>
          <w:sz w:val="20"/>
          <w:szCs w:val="20"/>
        </w:rPr>
        <w:t>.</w:t>
      </w:r>
    </w:p>
    <w:p w14:paraId="315668B1" w14:textId="77777777" w:rsidR="00983D0A" w:rsidRPr="00415899" w:rsidRDefault="00983D0A" w:rsidP="00983D0A">
      <w:pPr>
        <w:pStyle w:val="Seznamsodrkami"/>
        <w:numPr>
          <w:ilvl w:val="0"/>
          <w:numId w:val="0"/>
        </w:numPr>
        <w:ind w:left="360"/>
        <w:rPr>
          <w:rFonts w:cs="Arial"/>
          <w:sz w:val="20"/>
          <w:szCs w:val="20"/>
        </w:rPr>
      </w:pPr>
      <w:proofErr w:type="spellStart"/>
      <w:r w:rsidRPr="00415899">
        <w:rPr>
          <w:rFonts w:cs="Arial"/>
          <w:sz w:val="20"/>
          <w:szCs w:val="20"/>
        </w:rPr>
        <w:t>Pokud</w:t>
      </w:r>
      <w:proofErr w:type="spellEnd"/>
      <w:r w:rsidRPr="00415899">
        <w:rPr>
          <w:rFonts w:cs="Arial"/>
          <w:sz w:val="20"/>
          <w:szCs w:val="20"/>
        </w:rPr>
        <w:t xml:space="preserve"> </w:t>
      </w:r>
      <w:proofErr w:type="spellStart"/>
      <w:r w:rsidRPr="00415899">
        <w:rPr>
          <w:rFonts w:cs="Arial"/>
          <w:sz w:val="20"/>
          <w:szCs w:val="20"/>
        </w:rPr>
        <w:t>souhlas</w:t>
      </w:r>
      <w:proofErr w:type="spellEnd"/>
      <w:r w:rsidRPr="00415899">
        <w:rPr>
          <w:rFonts w:cs="Arial"/>
          <w:sz w:val="20"/>
          <w:szCs w:val="20"/>
        </w:rPr>
        <w:t xml:space="preserve"> </w:t>
      </w:r>
      <w:proofErr w:type="spellStart"/>
      <w:r w:rsidRPr="00415899">
        <w:rPr>
          <w:rFonts w:cs="Arial"/>
          <w:sz w:val="20"/>
          <w:szCs w:val="20"/>
        </w:rPr>
        <w:t>nebude</w:t>
      </w:r>
      <w:proofErr w:type="spellEnd"/>
      <w:r w:rsidRPr="00415899">
        <w:rPr>
          <w:rFonts w:cs="Arial"/>
          <w:sz w:val="20"/>
          <w:szCs w:val="20"/>
        </w:rPr>
        <w:t xml:space="preserve"> </w:t>
      </w:r>
      <w:proofErr w:type="spellStart"/>
      <w:r w:rsidRPr="00415899">
        <w:rPr>
          <w:rFonts w:cs="Arial"/>
          <w:sz w:val="20"/>
          <w:szCs w:val="20"/>
        </w:rPr>
        <w:t>přiložen</w:t>
      </w:r>
      <w:proofErr w:type="spellEnd"/>
      <w:r w:rsidRPr="00415899">
        <w:rPr>
          <w:rFonts w:cs="Arial"/>
          <w:sz w:val="20"/>
          <w:szCs w:val="20"/>
        </w:rPr>
        <w:t xml:space="preserve"> </w:t>
      </w:r>
      <w:proofErr w:type="spellStart"/>
      <w:r w:rsidRPr="00415899">
        <w:rPr>
          <w:rFonts w:cs="Arial"/>
          <w:sz w:val="20"/>
          <w:szCs w:val="20"/>
        </w:rPr>
        <w:t>nebo</w:t>
      </w:r>
      <w:proofErr w:type="spellEnd"/>
      <w:r w:rsidRPr="00415899">
        <w:rPr>
          <w:rFonts w:cs="Arial"/>
          <w:sz w:val="20"/>
          <w:szCs w:val="20"/>
        </w:rPr>
        <w:t xml:space="preserve"> </w:t>
      </w:r>
      <w:proofErr w:type="spellStart"/>
      <w:r w:rsidRPr="00415899">
        <w:rPr>
          <w:rFonts w:cs="Arial"/>
          <w:sz w:val="20"/>
          <w:szCs w:val="20"/>
        </w:rPr>
        <w:t>bude</w:t>
      </w:r>
      <w:proofErr w:type="spellEnd"/>
      <w:r w:rsidRPr="00415899">
        <w:rPr>
          <w:rFonts w:cs="Arial"/>
          <w:sz w:val="20"/>
          <w:szCs w:val="20"/>
        </w:rPr>
        <w:t xml:space="preserve"> </w:t>
      </w:r>
      <w:proofErr w:type="spellStart"/>
      <w:r w:rsidRPr="00415899">
        <w:rPr>
          <w:rFonts w:cs="Arial"/>
          <w:sz w:val="20"/>
          <w:szCs w:val="20"/>
        </w:rPr>
        <w:t>neúplný</w:t>
      </w:r>
      <w:proofErr w:type="spellEnd"/>
      <w:r w:rsidRPr="00415899">
        <w:rPr>
          <w:rFonts w:cs="Arial"/>
          <w:sz w:val="20"/>
          <w:szCs w:val="20"/>
        </w:rPr>
        <w:t xml:space="preserve">, </w:t>
      </w:r>
      <w:proofErr w:type="spellStart"/>
      <w:r w:rsidRPr="00415899">
        <w:rPr>
          <w:rFonts w:cs="Arial"/>
          <w:sz w:val="20"/>
          <w:szCs w:val="20"/>
        </w:rPr>
        <w:t>Pořadatel</w:t>
      </w:r>
      <w:proofErr w:type="spellEnd"/>
      <w:r w:rsidRPr="00415899">
        <w:rPr>
          <w:rFonts w:cs="Arial"/>
          <w:sz w:val="20"/>
          <w:szCs w:val="20"/>
        </w:rPr>
        <w:t xml:space="preserve"> </w:t>
      </w:r>
      <w:proofErr w:type="spellStart"/>
      <w:r w:rsidRPr="00415899">
        <w:rPr>
          <w:rFonts w:cs="Arial"/>
          <w:sz w:val="20"/>
          <w:szCs w:val="20"/>
        </w:rPr>
        <w:t>vyzve</w:t>
      </w:r>
      <w:proofErr w:type="spellEnd"/>
      <w:r w:rsidRPr="00415899">
        <w:rPr>
          <w:rFonts w:cs="Arial"/>
          <w:sz w:val="20"/>
          <w:szCs w:val="20"/>
        </w:rPr>
        <w:t xml:space="preserve"> k </w:t>
      </w:r>
      <w:proofErr w:type="spellStart"/>
      <w:r w:rsidRPr="00415899">
        <w:rPr>
          <w:rFonts w:cs="Arial"/>
          <w:sz w:val="20"/>
          <w:szCs w:val="20"/>
        </w:rPr>
        <w:t>jeho</w:t>
      </w:r>
      <w:proofErr w:type="spellEnd"/>
      <w:r w:rsidRPr="00415899">
        <w:rPr>
          <w:rFonts w:cs="Arial"/>
          <w:sz w:val="20"/>
          <w:szCs w:val="20"/>
        </w:rPr>
        <w:t xml:space="preserve"> </w:t>
      </w:r>
      <w:proofErr w:type="spellStart"/>
      <w:r w:rsidRPr="00415899">
        <w:rPr>
          <w:rFonts w:cs="Arial"/>
          <w:sz w:val="20"/>
          <w:szCs w:val="20"/>
        </w:rPr>
        <w:t>doplnění</w:t>
      </w:r>
      <w:proofErr w:type="spellEnd"/>
      <w:r w:rsidRPr="00415899">
        <w:rPr>
          <w:rFonts w:cs="Arial"/>
          <w:sz w:val="20"/>
          <w:szCs w:val="20"/>
        </w:rPr>
        <w:t xml:space="preserve"> do 5 </w:t>
      </w:r>
      <w:proofErr w:type="spellStart"/>
      <w:r w:rsidRPr="00415899">
        <w:rPr>
          <w:rFonts w:cs="Arial"/>
          <w:sz w:val="20"/>
          <w:szCs w:val="20"/>
        </w:rPr>
        <w:t>pracovních</w:t>
      </w:r>
      <w:proofErr w:type="spellEnd"/>
      <w:r w:rsidRPr="00415899">
        <w:rPr>
          <w:rFonts w:cs="Arial"/>
          <w:sz w:val="20"/>
          <w:szCs w:val="20"/>
        </w:rPr>
        <w:t xml:space="preserve"> </w:t>
      </w:r>
      <w:proofErr w:type="spellStart"/>
      <w:r w:rsidRPr="00415899">
        <w:rPr>
          <w:rFonts w:cs="Arial"/>
          <w:sz w:val="20"/>
          <w:szCs w:val="20"/>
        </w:rPr>
        <w:t>dnů</w:t>
      </w:r>
      <w:proofErr w:type="spellEnd"/>
      <w:r w:rsidRPr="00415899">
        <w:rPr>
          <w:rFonts w:cs="Arial"/>
          <w:sz w:val="20"/>
          <w:szCs w:val="20"/>
        </w:rPr>
        <w:t xml:space="preserve"> </w:t>
      </w:r>
      <w:proofErr w:type="spellStart"/>
      <w:r w:rsidRPr="00415899">
        <w:rPr>
          <w:rFonts w:cs="Arial"/>
          <w:sz w:val="20"/>
          <w:szCs w:val="20"/>
        </w:rPr>
        <w:t>od</w:t>
      </w:r>
      <w:proofErr w:type="spellEnd"/>
      <w:r w:rsidRPr="00415899">
        <w:rPr>
          <w:rFonts w:cs="Arial"/>
          <w:sz w:val="20"/>
          <w:szCs w:val="20"/>
        </w:rPr>
        <w:t xml:space="preserve"> </w:t>
      </w:r>
      <w:proofErr w:type="spellStart"/>
      <w:r w:rsidRPr="00415899">
        <w:rPr>
          <w:rFonts w:cs="Arial"/>
          <w:sz w:val="20"/>
          <w:szCs w:val="20"/>
        </w:rPr>
        <w:t>odeslání</w:t>
      </w:r>
      <w:proofErr w:type="spellEnd"/>
      <w:r w:rsidRPr="00415899">
        <w:rPr>
          <w:rFonts w:cs="Arial"/>
          <w:sz w:val="20"/>
          <w:szCs w:val="20"/>
        </w:rPr>
        <w:t xml:space="preserve"> </w:t>
      </w:r>
      <w:proofErr w:type="spellStart"/>
      <w:r w:rsidRPr="00415899">
        <w:rPr>
          <w:rFonts w:cs="Arial"/>
          <w:sz w:val="20"/>
          <w:szCs w:val="20"/>
        </w:rPr>
        <w:t>výzvy</w:t>
      </w:r>
      <w:proofErr w:type="spellEnd"/>
      <w:r w:rsidRPr="00415899">
        <w:rPr>
          <w:rFonts w:cs="Arial"/>
          <w:sz w:val="20"/>
          <w:szCs w:val="20"/>
        </w:rPr>
        <w:t xml:space="preserve">. </w:t>
      </w:r>
      <w:proofErr w:type="spellStart"/>
      <w:r w:rsidRPr="00415899">
        <w:rPr>
          <w:rFonts w:cs="Arial"/>
          <w:sz w:val="20"/>
          <w:szCs w:val="20"/>
        </w:rPr>
        <w:t>Nebude</w:t>
      </w:r>
      <w:proofErr w:type="spellEnd"/>
      <w:r w:rsidRPr="00415899">
        <w:rPr>
          <w:rFonts w:cs="Arial"/>
          <w:sz w:val="20"/>
          <w:szCs w:val="20"/>
        </w:rPr>
        <w:t xml:space="preserve">-li </w:t>
      </w:r>
      <w:proofErr w:type="spellStart"/>
      <w:r w:rsidRPr="00415899">
        <w:rPr>
          <w:rFonts w:cs="Arial"/>
          <w:sz w:val="20"/>
          <w:szCs w:val="20"/>
        </w:rPr>
        <w:t>souhlas</w:t>
      </w:r>
      <w:proofErr w:type="spellEnd"/>
      <w:r w:rsidRPr="00415899">
        <w:rPr>
          <w:rFonts w:cs="Arial"/>
          <w:sz w:val="20"/>
          <w:szCs w:val="20"/>
        </w:rPr>
        <w:t xml:space="preserve"> v </w:t>
      </w:r>
      <w:proofErr w:type="spellStart"/>
      <w:r w:rsidRPr="00415899">
        <w:rPr>
          <w:rFonts w:cs="Arial"/>
          <w:sz w:val="20"/>
          <w:szCs w:val="20"/>
        </w:rPr>
        <w:t>této</w:t>
      </w:r>
      <w:proofErr w:type="spellEnd"/>
      <w:r w:rsidRPr="00415899">
        <w:rPr>
          <w:rFonts w:cs="Arial"/>
          <w:sz w:val="20"/>
          <w:szCs w:val="20"/>
        </w:rPr>
        <w:t xml:space="preserve"> </w:t>
      </w:r>
      <w:proofErr w:type="spellStart"/>
      <w:r w:rsidRPr="00415899">
        <w:rPr>
          <w:rFonts w:cs="Arial"/>
          <w:sz w:val="20"/>
          <w:szCs w:val="20"/>
        </w:rPr>
        <w:t>lhůtě</w:t>
      </w:r>
      <w:proofErr w:type="spellEnd"/>
      <w:r w:rsidRPr="00415899">
        <w:rPr>
          <w:rFonts w:cs="Arial"/>
          <w:sz w:val="20"/>
          <w:szCs w:val="20"/>
        </w:rPr>
        <w:t xml:space="preserve"> </w:t>
      </w:r>
      <w:proofErr w:type="spellStart"/>
      <w:r w:rsidRPr="00415899">
        <w:rPr>
          <w:rFonts w:cs="Arial"/>
          <w:sz w:val="20"/>
          <w:szCs w:val="20"/>
        </w:rPr>
        <w:t>řádně</w:t>
      </w:r>
      <w:proofErr w:type="spellEnd"/>
      <w:r w:rsidRPr="00415899">
        <w:rPr>
          <w:rFonts w:cs="Arial"/>
          <w:sz w:val="20"/>
          <w:szCs w:val="20"/>
        </w:rPr>
        <w:t xml:space="preserve"> </w:t>
      </w:r>
      <w:proofErr w:type="spellStart"/>
      <w:r w:rsidRPr="00415899">
        <w:rPr>
          <w:rFonts w:cs="Arial"/>
          <w:sz w:val="20"/>
          <w:szCs w:val="20"/>
        </w:rPr>
        <w:t>doložen</w:t>
      </w:r>
      <w:proofErr w:type="spellEnd"/>
      <w:r w:rsidRPr="00415899">
        <w:rPr>
          <w:rFonts w:cs="Arial"/>
          <w:sz w:val="20"/>
          <w:szCs w:val="20"/>
        </w:rPr>
        <w:t xml:space="preserve">, </w:t>
      </w:r>
      <w:proofErr w:type="spellStart"/>
      <w:r w:rsidRPr="00415899">
        <w:rPr>
          <w:rFonts w:cs="Arial"/>
          <w:sz w:val="20"/>
          <w:szCs w:val="20"/>
        </w:rPr>
        <w:t>nebude</w:t>
      </w:r>
      <w:proofErr w:type="spellEnd"/>
      <w:r w:rsidRPr="00415899">
        <w:rPr>
          <w:rFonts w:cs="Arial"/>
          <w:sz w:val="20"/>
          <w:szCs w:val="20"/>
        </w:rPr>
        <w:t xml:space="preserve"> </w:t>
      </w:r>
      <w:proofErr w:type="spellStart"/>
      <w:r w:rsidRPr="00415899">
        <w:rPr>
          <w:rFonts w:cs="Arial"/>
          <w:sz w:val="20"/>
          <w:szCs w:val="20"/>
        </w:rPr>
        <w:t>návrh</w:t>
      </w:r>
      <w:proofErr w:type="spellEnd"/>
      <w:r w:rsidRPr="00415899">
        <w:rPr>
          <w:rFonts w:cs="Arial"/>
          <w:sz w:val="20"/>
          <w:szCs w:val="20"/>
        </w:rPr>
        <w:t xml:space="preserve"> do </w:t>
      </w:r>
      <w:proofErr w:type="spellStart"/>
      <w:r w:rsidRPr="00415899">
        <w:rPr>
          <w:rFonts w:cs="Arial"/>
          <w:sz w:val="20"/>
          <w:szCs w:val="20"/>
        </w:rPr>
        <w:t>Soutěže</w:t>
      </w:r>
      <w:proofErr w:type="spellEnd"/>
      <w:r w:rsidRPr="00415899">
        <w:rPr>
          <w:rFonts w:cs="Arial"/>
          <w:sz w:val="20"/>
          <w:szCs w:val="20"/>
        </w:rPr>
        <w:t xml:space="preserve"> </w:t>
      </w:r>
      <w:proofErr w:type="spellStart"/>
      <w:r w:rsidRPr="00415899">
        <w:rPr>
          <w:rFonts w:cs="Arial"/>
          <w:sz w:val="20"/>
          <w:szCs w:val="20"/>
        </w:rPr>
        <w:t>zařazen</w:t>
      </w:r>
      <w:proofErr w:type="spellEnd"/>
      <w:r w:rsidRPr="00415899">
        <w:rPr>
          <w:rFonts w:cs="Arial"/>
          <w:sz w:val="20"/>
          <w:szCs w:val="20"/>
        </w:rPr>
        <w:t>.</w:t>
      </w:r>
    </w:p>
    <w:p w14:paraId="661D22DD" w14:textId="77777777" w:rsidR="00983D0A" w:rsidRPr="00415899" w:rsidRDefault="00983D0A" w:rsidP="00983D0A">
      <w:pPr>
        <w:pStyle w:val="Seznamsodrkami"/>
        <w:numPr>
          <w:ilvl w:val="0"/>
          <w:numId w:val="0"/>
        </w:numPr>
        <w:ind w:left="360"/>
        <w:rPr>
          <w:rFonts w:cs="Arial"/>
          <w:sz w:val="20"/>
          <w:szCs w:val="20"/>
        </w:rPr>
      </w:pPr>
    </w:p>
    <w:p w14:paraId="3188844D" w14:textId="77777777" w:rsidR="003F3D56" w:rsidRPr="00415899" w:rsidRDefault="00DA020F">
      <w:pPr>
        <w:pStyle w:val="Seznamsodrkami"/>
        <w:spacing w:after="60"/>
        <w:ind w:left="547" w:hanging="274"/>
        <w:rPr>
          <w:rFonts w:cs="Arial"/>
          <w:sz w:val="20"/>
          <w:szCs w:val="20"/>
        </w:rPr>
      </w:pPr>
      <w:proofErr w:type="spellStart"/>
      <w:r w:rsidRPr="00415899">
        <w:rPr>
          <w:rFonts w:cs="Arial"/>
          <w:sz w:val="20"/>
          <w:szCs w:val="20"/>
        </w:rPr>
        <w:t>Účast</w:t>
      </w:r>
      <w:proofErr w:type="spellEnd"/>
      <w:r w:rsidRPr="00415899">
        <w:rPr>
          <w:rFonts w:cs="Arial"/>
          <w:sz w:val="20"/>
          <w:szCs w:val="20"/>
        </w:rPr>
        <w:t xml:space="preserve"> je </w:t>
      </w:r>
      <w:proofErr w:type="spellStart"/>
      <w:r w:rsidRPr="00415899">
        <w:rPr>
          <w:rFonts w:cs="Arial"/>
          <w:sz w:val="20"/>
          <w:szCs w:val="20"/>
        </w:rPr>
        <w:t>bezplatná</w:t>
      </w:r>
      <w:proofErr w:type="spellEnd"/>
      <w:r w:rsidRPr="00415899">
        <w:rPr>
          <w:rFonts w:cs="Arial"/>
          <w:sz w:val="20"/>
          <w:szCs w:val="20"/>
        </w:rPr>
        <w:t xml:space="preserve"> a </w:t>
      </w:r>
      <w:proofErr w:type="spellStart"/>
      <w:r w:rsidRPr="00415899">
        <w:rPr>
          <w:rFonts w:cs="Arial"/>
          <w:sz w:val="20"/>
          <w:szCs w:val="20"/>
        </w:rPr>
        <w:t>není</w:t>
      </w:r>
      <w:proofErr w:type="spellEnd"/>
      <w:r w:rsidRPr="00415899">
        <w:rPr>
          <w:rFonts w:cs="Arial"/>
          <w:sz w:val="20"/>
          <w:szCs w:val="20"/>
        </w:rPr>
        <w:t xml:space="preserve"> </w:t>
      </w:r>
      <w:proofErr w:type="spellStart"/>
      <w:r w:rsidRPr="00415899">
        <w:rPr>
          <w:rFonts w:cs="Arial"/>
          <w:sz w:val="20"/>
          <w:szCs w:val="20"/>
        </w:rPr>
        <w:t>podmíněna</w:t>
      </w:r>
      <w:proofErr w:type="spellEnd"/>
      <w:r w:rsidRPr="00415899">
        <w:rPr>
          <w:rFonts w:cs="Arial"/>
          <w:sz w:val="20"/>
          <w:szCs w:val="20"/>
        </w:rPr>
        <w:t xml:space="preserve"> </w:t>
      </w:r>
      <w:proofErr w:type="spellStart"/>
      <w:r w:rsidRPr="00415899">
        <w:rPr>
          <w:rFonts w:cs="Arial"/>
          <w:sz w:val="20"/>
          <w:szCs w:val="20"/>
        </w:rPr>
        <w:t>nákupem</w:t>
      </w:r>
      <w:proofErr w:type="spellEnd"/>
      <w:r w:rsidRPr="00415899">
        <w:rPr>
          <w:rFonts w:cs="Arial"/>
          <w:sz w:val="20"/>
          <w:szCs w:val="20"/>
        </w:rPr>
        <w:t>.</w:t>
      </w:r>
    </w:p>
    <w:p w14:paraId="5D4842C1" w14:textId="57DD8070" w:rsidR="003F3D56" w:rsidRPr="00415899" w:rsidRDefault="00DA020F">
      <w:pPr>
        <w:pStyle w:val="Seznamsodrkami"/>
        <w:spacing w:after="60"/>
        <w:ind w:left="547" w:hanging="274"/>
        <w:rPr>
          <w:rFonts w:cs="Arial"/>
          <w:sz w:val="20"/>
          <w:szCs w:val="20"/>
        </w:rPr>
      </w:pPr>
      <w:r w:rsidRPr="00415899">
        <w:rPr>
          <w:rFonts w:cs="Arial"/>
          <w:sz w:val="20"/>
          <w:szCs w:val="20"/>
        </w:rPr>
        <w:t xml:space="preserve">Ze </w:t>
      </w:r>
      <w:proofErr w:type="spellStart"/>
      <w:r w:rsidRPr="00415899">
        <w:rPr>
          <w:rFonts w:cs="Arial"/>
          <w:sz w:val="20"/>
          <w:szCs w:val="20"/>
        </w:rPr>
        <w:t>Soutěže</w:t>
      </w:r>
      <w:proofErr w:type="spellEnd"/>
      <w:r w:rsidRPr="00415899">
        <w:rPr>
          <w:rFonts w:cs="Arial"/>
          <w:sz w:val="20"/>
          <w:szCs w:val="20"/>
        </w:rPr>
        <w:t xml:space="preserve"> </w:t>
      </w:r>
      <w:proofErr w:type="spellStart"/>
      <w:r w:rsidRPr="00415899">
        <w:rPr>
          <w:rFonts w:cs="Arial"/>
          <w:sz w:val="20"/>
          <w:szCs w:val="20"/>
        </w:rPr>
        <w:t>jsou</w:t>
      </w:r>
      <w:proofErr w:type="spellEnd"/>
      <w:r w:rsidRPr="00415899">
        <w:rPr>
          <w:rFonts w:cs="Arial"/>
          <w:sz w:val="20"/>
          <w:szCs w:val="20"/>
        </w:rPr>
        <w:t xml:space="preserve"> </w:t>
      </w:r>
      <w:proofErr w:type="spellStart"/>
      <w:r w:rsidRPr="00415899">
        <w:rPr>
          <w:rFonts w:cs="Arial"/>
          <w:sz w:val="20"/>
          <w:szCs w:val="20"/>
        </w:rPr>
        <w:t>vyloučeni</w:t>
      </w:r>
      <w:proofErr w:type="spellEnd"/>
      <w:r w:rsidRPr="00415899">
        <w:rPr>
          <w:rFonts w:cs="Arial"/>
          <w:sz w:val="20"/>
          <w:szCs w:val="20"/>
        </w:rPr>
        <w:t xml:space="preserve"> </w:t>
      </w:r>
      <w:proofErr w:type="spellStart"/>
      <w:r w:rsidRPr="00415899">
        <w:rPr>
          <w:rFonts w:cs="Arial"/>
          <w:sz w:val="20"/>
          <w:szCs w:val="20"/>
        </w:rPr>
        <w:t>členové</w:t>
      </w:r>
      <w:proofErr w:type="spellEnd"/>
      <w:r w:rsidRPr="00415899">
        <w:rPr>
          <w:rFonts w:cs="Arial"/>
          <w:sz w:val="20"/>
          <w:szCs w:val="20"/>
        </w:rPr>
        <w:t xml:space="preserve"> </w:t>
      </w:r>
      <w:proofErr w:type="spellStart"/>
      <w:r w:rsidRPr="00415899">
        <w:rPr>
          <w:rFonts w:cs="Arial"/>
          <w:sz w:val="20"/>
          <w:szCs w:val="20"/>
        </w:rPr>
        <w:t>hodnot</w:t>
      </w:r>
      <w:r w:rsidR="00983D0A" w:rsidRPr="00415899">
        <w:rPr>
          <w:rFonts w:cs="Arial"/>
          <w:sz w:val="20"/>
          <w:szCs w:val="20"/>
        </w:rPr>
        <w:t>i</w:t>
      </w:r>
      <w:r w:rsidRPr="00415899">
        <w:rPr>
          <w:rFonts w:cs="Arial"/>
          <w:sz w:val="20"/>
          <w:szCs w:val="20"/>
        </w:rPr>
        <w:t>cí</w:t>
      </w:r>
      <w:proofErr w:type="spellEnd"/>
      <w:r w:rsidRPr="00415899">
        <w:rPr>
          <w:rFonts w:cs="Arial"/>
          <w:sz w:val="20"/>
          <w:szCs w:val="20"/>
        </w:rPr>
        <w:t xml:space="preserve"> </w:t>
      </w:r>
      <w:proofErr w:type="spellStart"/>
      <w:r w:rsidRPr="00415899">
        <w:rPr>
          <w:rFonts w:cs="Arial"/>
          <w:sz w:val="20"/>
          <w:szCs w:val="20"/>
        </w:rPr>
        <w:t>komise</w:t>
      </w:r>
      <w:proofErr w:type="spellEnd"/>
      <w:r w:rsidRPr="00415899">
        <w:rPr>
          <w:rFonts w:cs="Arial"/>
          <w:sz w:val="20"/>
          <w:szCs w:val="20"/>
        </w:rPr>
        <w:t xml:space="preserve"> </w:t>
      </w:r>
      <w:proofErr w:type="gramStart"/>
      <w:r w:rsidRPr="00415899">
        <w:rPr>
          <w:rFonts w:cs="Arial"/>
          <w:sz w:val="20"/>
          <w:szCs w:val="20"/>
        </w:rPr>
        <w:t>a</w:t>
      </w:r>
      <w:proofErr w:type="gramEnd"/>
      <w:r w:rsidRPr="00415899">
        <w:rPr>
          <w:rFonts w:cs="Arial"/>
          <w:sz w:val="20"/>
          <w:szCs w:val="20"/>
        </w:rPr>
        <w:t xml:space="preserve"> </w:t>
      </w:r>
      <w:proofErr w:type="spellStart"/>
      <w:r w:rsidRPr="00415899">
        <w:rPr>
          <w:rFonts w:cs="Arial"/>
          <w:sz w:val="20"/>
          <w:szCs w:val="20"/>
        </w:rPr>
        <w:t>osoby</w:t>
      </w:r>
      <w:proofErr w:type="spellEnd"/>
      <w:r w:rsidRPr="00415899">
        <w:rPr>
          <w:rFonts w:cs="Arial"/>
          <w:sz w:val="20"/>
          <w:szCs w:val="20"/>
        </w:rPr>
        <w:t xml:space="preserve">, </w:t>
      </w:r>
      <w:proofErr w:type="spellStart"/>
      <w:r w:rsidRPr="00415899">
        <w:rPr>
          <w:rFonts w:cs="Arial"/>
          <w:sz w:val="20"/>
          <w:szCs w:val="20"/>
        </w:rPr>
        <w:t>které</w:t>
      </w:r>
      <w:proofErr w:type="spellEnd"/>
      <w:r w:rsidRPr="00415899">
        <w:rPr>
          <w:rFonts w:cs="Arial"/>
          <w:sz w:val="20"/>
          <w:szCs w:val="20"/>
        </w:rPr>
        <w:t xml:space="preserve"> se </w:t>
      </w:r>
      <w:proofErr w:type="spellStart"/>
      <w:r w:rsidRPr="00415899">
        <w:rPr>
          <w:rFonts w:cs="Arial"/>
          <w:sz w:val="20"/>
          <w:szCs w:val="20"/>
        </w:rPr>
        <w:t>přímo</w:t>
      </w:r>
      <w:proofErr w:type="spellEnd"/>
      <w:r w:rsidRPr="00415899">
        <w:rPr>
          <w:rFonts w:cs="Arial"/>
          <w:sz w:val="20"/>
          <w:szCs w:val="20"/>
        </w:rPr>
        <w:t xml:space="preserve"> </w:t>
      </w:r>
      <w:proofErr w:type="spellStart"/>
      <w:r w:rsidRPr="00415899">
        <w:rPr>
          <w:rFonts w:cs="Arial"/>
          <w:sz w:val="20"/>
          <w:szCs w:val="20"/>
        </w:rPr>
        <w:t>podílely</w:t>
      </w:r>
      <w:proofErr w:type="spellEnd"/>
      <w:r w:rsidRPr="00415899">
        <w:rPr>
          <w:rFonts w:cs="Arial"/>
          <w:sz w:val="20"/>
          <w:szCs w:val="20"/>
        </w:rPr>
        <w:t xml:space="preserve"> </w:t>
      </w:r>
      <w:proofErr w:type="spellStart"/>
      <w:r w:rsidRPr="00415899">
        <w:rPr>
          <w:rFonts w:cs="Arial"/>
          <w:sz w:val="20"/>
          <w:szCs w:val="20"/>
        </w:rPr>
        <w:t>na</w:t>
      </w:r>
      <w:proofErr w:type="spellEnd"/>
      <w:r w:rsidRPr="00415899">
        <w:rPr>
          <w:rFonts w:cs="Arial"/>
          <w:sz w:val="20"/>
          <w:szCs w:val="20"/>
        </w:rPr>
        <w:t xml:space="preserve"> </w:t>
      </w:r>
      <w:proofErr w:type="spellStart"/>
      <w:r w:rsidRPr="00415899">
        <w:rPr>
          <w:rFonts w:cs="Arial"/>
          <w:sz w:val="20"/>
          <w:szCs w:val="20"/>
        </w:rPr>
        <w:t>organizaci</w:t>
      </w:r>
      <w:proofErr w:type="spellEnd"/>
      <w:r w:rsidRPr="00415899">
        <w:rPr>
          <w:rFonts w:cs="Arial"/>
          <w:sz w:val="20"/>
          <w:szCs w:val="20"/>
        </w:rPr>
        <w:t xml:space="preserve"> </w:t>
      </w:r>
      <w:proofErr w:type="spellStart"/>
      <w:r w:rsidRPr="00415899">
        <w:rPr>
          <w:rFonts w:cs="Arial"/>
          <w:sz w:val="20"/>
          <w:szCs w:val="20"/>
        </w:rPr>
        <w:t>nebo</w:t>
      </w:r>
      <w:proofErr w:type="spellEnd"/>
      <w:r w:rsidRPr="00415899">
        <w:rPr>
          <w:rFonts w:cs="Arial"/>
          <w:sz w:val="20"/>
          <w:szCs w:val="20"/>
        </w:rPr>
        <w:t xml:space="preserve"> </w:t>
      </w:r>
      <w:proofErr w:type="spellStart"/>
      <w:r w:rsidRPr="00415899">
        <w:rPr>
          <w:rFonts w:cs="Arial"/>
          <w:sz w:val="20"/>
          <w:szCs w:val="20"/>
        </w:rPr>
        <w:t>hodnocení</w:t>
      </w:r>
      <w:proofErr w:type="spellEnd"/>
      <w:r w:rsidRPr="00415899">
        <w:rPr>
          <w:rFonts w:cs="Arial"/>
          <w:sz w:val="20"/>
          <w:szCs w:val="20"/>
        </w:rPr>
        <w:t xml:space="preserve"> </w:t>
      </w:r>
      <w:proofErr w:type="spellStart"/>
      <w:r w:rsidRPr="00415899">
        <w:rPr>
          <w:rFonts w:cs="Arial"/>
          <w:sz w:val="20"/>
          <w:szCs w:val="20"/>
        </w:rPr>
        <w:t>Soutěže</w:t>
      </w:r>
      <w:proofErr w:type="spellEnd"/>
      <w:r w:rsidRPr="00415899">
        <w:rPr>
          <w:rFonts w:cs="Arial"/>
          <w:sz w:val="20"/>
          <w:szCs w:val="20"/>
        </w:rPr>
        <w:t xml:space="preserve">, a </w:t>
      </w:r>
      <w:proofErr w:type="spellStart"/>
      <w:r w:rsidRPr="00415899">
        <w:rPr>
          <w:rFonts w:cs="Arial"/>
          <w:sz w:val="20"/>
          <w:szCs w:val="20"/>
        </w:rPr>
        <w:t>jejich</w:t>
      </w:r>
      <w:proofErr w:type="spellEnd"/>
      <w:r w:rsidRPr="00415899">
        <w:rPr>
          <w:rFonts w:cs="Arial"/>
          <w:sz w:val="20"/>
          <w:szCs w:val="20"/>
        </w:rPr>
        <w:t xml:space="preserve"> </w:t>
      </w:r>
      <w:proofErr w:type="spellStart"/>
      <w:r w:rsidRPr="00415899">
        <w:rPr>
          <w:rFonts w:cs="Arial"/>
          <w:sz w:val="20"/>
          <w:szCs w:val="20"/>
        </w:rPr>
        <w:t>osoby</w:t>
      </w:r>
      <w:proofErr w:type="spellEnd"/>
      <w:r w:rsidRPr="00415899">
        <w:rPr>
          <w:rFonts w:cs="Arial"/>
          <w:sz w:val="20"/>
          <w:szCs w:val="20"/>
        </w:rPr>
        <w:t xml:space="preserve"> </w:t>
      </w:r>
      <w:proofErr w:type="spellStart"/>
      <w:r w:rsidRPr="00415899">
        <w:rPr>
          <w:rFonts w:cs="Arial"/>
          <w:sz w:val="20"/>
          <w:szCs w:val="20"/>
        </w:rPr>
        <w:t>blízké</w:t>
      </w:r>
      <w:proofErr w:type="spellEnd"/>
      <w:r w:rsidRPr="00415899">
        <w:rPr>
          <w:rFonts w:cs="Arial"/>
          <w:sz w:val="20"/>
          <w:szCs w:val="20"/>
        </w:rPr>
        <w:t>.</w:t>
      </w:r>
    </w:p>
    <w:p w14:paraId="3835DC93" w14:textId="0CBEECD8" w:rsidR="003F3D56" w:rsidRPr="00415899" w:rsidRDefault="00DA020F">
      <w:pPr>
        <w:pStyle w:val="Seznamsodrkami"/>
        <w:spacing w:after="60"/>
        <w:ind w:left="547" w:hanging="274"/>
        <w:rPr>
          <w:rFonts w:cs="Arial"/>
          <w:sz w:val="20"/>
          <w:szCs w:val="20"/>
        </w:rPr>
      </w:pPr>
      <w:r w:rsidRPr="00415899">
        <w:rPr>
          <w:rFonts w:cs="Arial"/>
          <w:sz w:val="20"/>
          <w:szCs w:val="20"/>
        </w:rPr>
        <w:t xml:space="preserve">Jeden </w:t>
      </w:r>
      <w:proofErr w:type="spellStart"/>
      <w:r w:rsidRPr="00415899">
        <w:rPr>
          <w:rFonts w:cs="Arial"/>
          <w:sz w:val="20"/>
          <w:szCs w:val="20"/>
        </w:rPr>
        <w:t>soutěžící</w:t>
      </w:r>
      <w:proofErr w:type="spellEnd"/>
      <w:r w:rsidRPr="00415899">
        <w:rPr>
          <w:rFonts w:cs="Arial"/>
          <w:sz w:val="20"/>
          <w:szCs w:val="20"/>
        </w:rPr>
        <w:t xml:space="preserve"> </w:t>
      </w:r>
      <w:proofErr w:type="spellStart"/>
      <w:r w:rsidRPr="00415899">
        <w:rPr>
          <w:rFonts w:cs="Arial"/>
          <w:sz w:val="20"/>
          <w:szCs w:val="20"/>
        </w:rPr>
        <w:t>může</w:t>
      </w:r>
      <w:proofErr w:type="spellEnd"/>
      <w:r w:rsidRPr="00415899">
        <w:rPr>
          <w:rFonts w:cs="Arial"/>
          <w:sz w:val="20"/>
          <w:szCs w:val="20"/>
        </w:rPr>
        <w:t xml:space="preserve"> </w:t>
      </w:r>
      <w:proofErr w:type="spellStart"/>
      <w:r w:rsidRPr="00415899">
        <w:rPr>
          <w:rFonts w:cs="Arial"/>
          <w:sz w:val="20"/>
          <w:szCs w:val="20"/>
        </w:rPr>
        <w:t>přihlásit</w:t>
      </w:r>
      <w:proofErr w:type="spellEnd"/>
      <w:r w:rsidRPr="00415899">
        <w:rPr>
          <w:rFonts w:cs="Arial"/>
          <w:sz w:val="20"/>
          <w:szCs w:val="20"/>
        </w:rPr>
        <w:t xml:space="preserve"> </w:t>
      </w:r>
      <w:proofErr w:type="spellStart"/>
      <w:r w:rsidRPr="00415899">
        <w:rPr>
          <w:rFonts w:cs="Arial"/>
          <w:sz w:val="20"/>
          <w:szCs w:val="20"/>
        </w:rPr>
        <w:t>nejvýše</w:t>
      </w:r>
      <w:proofErr w:type="spellEnd"/>
      <w:r w:rsidRPr="00415899">
        <w:rPr>
          <w:rFonts w:cs="Arial"/>
          <w:sz w:val="20"/>
          <w:szCs w:val="20"/>
        </w:rPr>
        <w:t xml:space="preserve"> </w:t>
      </w:r>
      <w:proofErr w:type="spellStart"/>
      <w:r w:rsidRPr="00415899">
        <w:rPr>
          <w:rFonts w:cs="Arial"/>
          <w:sz w:val="20"/>
          <w:szCs w:val="20"/>
        </w:rPr>
        <w:t>tři</w:t>
      </w:r>
      <w:proofErr w:type="spellEnd"/>
      <w:r w:rsidRPr="00415899">
        <w:rPr>
          <w:rFonts w:cs="Arial"/>
          <w:sz w:val="20"/>
          <w:szCs w:val="20"/>
        </w:rPr>
        <w:t xml:space="preserve"> </w:t>
      </w:r>
      <w:proofErr w:type="spellStart"/>
      <w:r w:rsidRPr="00415899">
        <w:rPr>
          <w:rFonts w:cs="Arial"/>
          <w:sz w:val="20"/>
          <w:szCs w:val="20"/>
        </w:rPr>
        <w:t>různé</w:t>
      </w:r>
      <w:proofErr w:type="spellEnd"/>
      <w:r w:rsidRPr="00415899">
        <w:rPr>
          <w:rFonts w:cs="Arial"/>
          <w:sz w:val="20"/>
          <w:szCs w:val="20"/>
        </w:rPr>
        <w:t xml:space="preserve"> </w:t>
      </w:r>
      <w:proofErr w:type="spellStart"/>
      <w:r w:rsidRPr="00415899">
        <w:rPr>
          <w:rFonts w:cs="Arial"/>
          <w:sz w:val="20"/>
          <w:szCs w:val="20"/>
        </w:rPr>
        <w:t>návrhy</w:t>
      </w:r>
      <w:proofErr w:type="spellEnd"/>
      <w:r w:rsidRPr="00415899">
        <w:rPr>
          <w:rFonts w:cs="Arial"/>
          <w:sz w:val="20"/>
          <w:szCs w:val="20"/>
        </w:rPr>
        <w:t xml:space="preserve">; </w:t>
      </w:r>
      <w:proofErr w:type="spellStart"/>
      <w:r w:rsidRPr="00415899">
        <w:rPr>
          <w:rFonts w:cs="Arial"/>
          <w:sz w:val="20"/>
          <w:szCs w:val="20"/>
        </w:rPr>
        <w:t>každý</w:t>
      </w:r>
      <w:proofErr w:type="spellEnd"/>
      <w:r w:rsidRPr="00415899">
        <w:rPr>
          <w:rFonts w:cs="Arial"/>
          <w:sz w:val="20"/>
          <w:szCs w:val="20"/>
        </w:rPr>
        <w:t xml:space="preserve"> </w:t>
      </w:r>
      <w:proofErr w:type="spellStart"/>
      <w:r w:rsidRPr="00415899">
        <w:rPr>
          <w:rFonts w:cs="Arial"/>
          <w:sz w:val="20"/>
          <w:szCs w:val="20"/>
        </w:rPr>
        <w:t>návrh</w:t>
      </w:r>
      <w:proofErr w:type="spellEnd"/>
      <w:r w:rsidRPr="00415899">
        <w:rPr>
          <w:rFonts w:cs="Arial"/>
          <w:sz w:val="20"/>
          <w:szCs w:val="20"/>
        </w:rPr>
        <w:t xml:space="preserve"> se </w:t>
      </w:r>
      <w:proofErr w:type="spellStart"/>
      <w:r w:rsidRPr="00415899">
        <w:rPr>
          <w:rFonts w:cs="Arial"/>
          <w:sz w:val="20"/>
          <w:szCs w:val="20"/>
        </w:rPr>
        <w:t>hodnotí</w:t>
      </w:r>
      <w:proofErr w:type="spellEnd"/>
      <w:r w:rsidRPr="00415899">
        <w:rPr>
          <w:rFonts w:cs="Arial"/>
          <w:sz w:val="20"/>
          <w:szCs w:val="20"/>
        </w:rPr>
        <w:t xml:space="preserve"> </w:t>
      </w:r>
      <w:proofErr w:type="spellStart"/>
      <w:r w:rsidRPr="00415899">
        <w:rPr>
          <w:rFonts w:cs="Arial"/>
          <w:sz w:val="20"/>
          <w:szCs w:val="20"/>
        </w:rPr>
        <w:t>samostatně</w:t>
      </w:r>
      <w:proofErr w:type="spellEnd"/>
      <w:r w:rsidRPr="00415899">
        <w:rPr>
          <w:rFonts w:cs="Arial"/>
          <w:sz w:val="20"/>
          <w:szCs w:val="20"/>
        </w:rPr>
        <w:t>. Jed</w:t>
      </w:r>
      <w:r w:rsidR="008F3CC5" w:rsidRPr="00415899">
        <w:rPr>
          <w:rFonts w:cs="Arial"/>
          <w:sz w:val="20"/>
          <w:szCs w:val="20"/>
        </w:rPr>
        <w:t xml:space="preserve">en </w:t>
      </w:r>
      <w:proofErr w:type="spellStart"/>
      <w:r w:rsidR="008F3CC5" w:rsidRPr="00415899">
        <w:rPr>
          <w:rFonts w:cs="Arial"/>
          <w:sz w:val="20"/>
          <w:szCs w:val="20"/>
        </w:rPr>
        <w:t>soutěžící</w:t>
      </w:r>
      <w:proofErr w:type="spellEnd"/>
      <w:r w:rsidRPr="00415899">
        <w:rPr>
          <w:rFonts w:cs="Arial"/>
          <w:sz w:val="20"/>
          <w:szCs w:val="20"/>
        </w:rPr>
        <w:t xml:space="preserve"> </w:t>
      </w:r>
      <w:proofErr w:type="spellStart"/>
      <w:r w:rsidRPr="00415899">
        <w:rPr>
          <w:rFonts w:cs="Arial"/>
          <w:sz w:val="20"/>
          <w:szCs w:val="20"/>
        </w:rPr>
        <w:t>může</w:t>
      </w:r>
      <w:proofErr w:type="spellEnd"/>
      <w:r w:rsidRPr="00415899">
        <w:rPr>
          <w:rFonts w:cs="Arial"/>
          <w:sz w:val="20"/>
          <w:szCs w:val="20"/>
        </w:rPr>
        <w:t xml:space="preserve"> </w:t>
      </w:r>
      <w:proofErr w:type="spellStart"/>
      <w:r w:rsidRPr="00415899">
        <w:rPr>
          <w:rFonts w:cs="Arial"/>
          <w:sz w:val="20"/>
          <w:szCs w:val="20"/>
        </w:rPr>
        <w:t>získat</w:t>
      </w:r>
      <w:proofErr w:type="spellEnd"/>
      <w:r w:rsidRPr="00415899">
        <w:rPr>
          <w:rFonts w:cs="Arial"/>
          <w:sz w:val="20"/>
          <w:szCs w:val="20"/>
        </w:rPr>
        <w:t xml:space="preserve"> </w:t>
      </w:r>
      <w:proofErr w:type="spellStart"/>
      <w:r w:rsidRPr="00415899">
        <w:rPr>
          <w:rFonts w:cs="Arial"/>
          <w:sz w:val="20"/>
          <w:szCs w:val="20"/>
        </w:rPr>
        <w:t>nejvýše</w:t>
      </w:r>
      <w:proofErr w:type="spellEnd"/>
      <w:r w:rsidRPr="00415899">
        <w:rPr>
          <w:rFonts w:cs="Arial"/>
          <w:sz w:val="20"/>
          <w:szCs w:val="20"/>
        </w:rPr>
        <w:t xml:space="preserve"> </w:t>
      </w:r>
      <w:proofErr w:type="spellStart"/>
      <w:r w:rsidRPr="00415899">
        <w:rPr>
          <w:rFonts w:cs="Arial"/>
          <w:sz w:val="20"/>
          <w:szCs w:val="20"/>
        </w:rPr>
        <w:t>jednu</w:t>
      </w:r>
      <w:proofErr w:type="spellEnd"/>
      <w:r w:rsidRPr="00415899">
        <w:rPr>
          <w:rFonts w:cs="Arial"/>
          <w:sz w:val="20"/>
          <w:szCs w:val="20"/>
        </w:rPr>
        <w:t xml:space="preserve"> z </w:t>
      </w:r>
      <w:proofErr w:type="spellStart"/>
      <w:r w:rsidRPr="00415899">
        <w:rPr>
          <w:rFonts w:cs="Arial"/>
          <w:sz w:val="20"/>
          <w:szCs w:val="20"/>
        </w:rPr>
        <w:t>cen</w:t>
      </w:r>
      <w:proofErr w:type="spellEnd"/>
      <w:r w:rsidRPr="00415899">
        <w:rPr>
          <w:rFonts w:cs="Arial"/>
          <w:sz w:val="20"/>
          <w:szCs w:val="20"/>
        </w:rPr>
        <w:t xml:space="preserve"> </w:t>
      </w:r>
      <w:proofErr w:type="spellStart"/>
      <w:r w:rsidRPr="00415899">
        <w:rPr>
          <w:rFonts w:cs="Arial"/>
          <w:sz w:val="20"/>
          <w:szCs w:val="20"/>
        </w:rPr>
        <w:t>uvedených</w:t>
      </w:r>
      <w:proofErr w:type="spellEnd"/>
      <w:r w:rsidRPr="00415899">
        <w:rPr>
          <w:rFonts w:cs="Arial"/>
          <w:sz w:val="20"/>
          <w:szCs w:val="20"/>
        </w:rPr>
        <w:t xml:space="preserve"> v </w:t>
      </w:r>
      <w:proofErr w:type="spellStart"/>
      <w:r w:rsidRPr="00415899">
        <w:rPr>
          <w:rFonts w:cs="Arial"/>
          <w:sz w:val="20"/>
          <w:szCs w:val="20"/>
        </w:rPr>
        <w:t>čl</w:t>
      </w:r>
      <w:proofErr w:type="spellEnd"/>
      <w:r w:rsidRPr="00415899">
        <w:rPr>
          <w:rFonts w:cs="Arial"/>
          <w:sz w:val="20"/>
          <w:szCs w:val="20"/>
        </w:rPr>
        <w:t>. 9.</w:t>
      </w:r>
    </w:p>
    <w:p w14:paraId="055BD3EA" w14:textId="77777777" w:rsidR="003F3D56" w:rsidRPr="00415899" w:rsidRDefault="00DA020F">
      <w:pPr>
        <w:pStyle w:val="Nadpis1"/>
        <w:rPr>
          <w:rFonts w:ascii="Arial" w:hAnsi="Arial" w:cs="Arial"/>
          <w:sz w:val="20"/>
          <w:szCs w:val="20"/>
        </w:rPr>
      </w:pPr>
      <w:r w:rsidRPr="00415899">
        <w:rPr>
          <w:rFonts w:ascii="Arial" w:hAnsi="Arial" w:cs="Arial"/>
          <w:sz w:val="20"/>
          <w:szCs w:val="20"/>
        </w:rPr>
        <w:t xml:space="preserve">5. </w:t>
      </w:r>
      <w:proofErr w:type="spellStart"/>
      <w:r w:rsidRPr="00415899">
        <w:rPr>
          <w:rFonts w:ascii="Arial" w:hAnsi="Arial" w:cs="Arial"/>
          <w:sz w:val="20"/>
          <w:szCs w:val="20"/>
        </w:rPr>
        <w:t>Požadavky</w:t>
      </w:r>
      <w:proofErr w:type="spellEnd"/>
      <w:r w:rsidRPr="00415899">
        <w:rPr>
          <w:rFonts w:ascii="Arial" w:hAnsi="Arial" w:cs="Arial"/>
          <w:sz w:val="20"/>
          <w:szCs w:val="20"/>
        </w:rPr>
        <w:t xml:space="preserve"> </w:t>
      </w:r>
      <w:proofErr w:type="spellStart"/>
      <w:r w:rsidRPr="00415899">
        <w:rPr>
          <w:rFonts w:ascii="Arial" w:hAnsi="Arial" w:cs="Arial"/>
          <w:sz w:val="20"/>
          <w:szCs w:val="20"/>
        </w:rPr>
        <w:t>na</w:t>
      </w:r>
      <w:proofErr w:type="spellEnd"/>
      <w:r w:rsidRPr="00415899">
        <w:rPr>
          <w:rFonts w:ascii="Arial" w:hAnsi="Arial" w:cs="Arial"/>
          <w:sz w:val="20"/>
          <w:szCs w:val="20"/>
        </w:rPr>
        <w:t xml:space="preserve"> </w:t>
      </w:r>
      <w:proofErr w:type="spellStart"/>
      <w:r w:rsidRPr="00415899">
        <w:rPr>
          <w:rFonts w:ascii="Arial" w:hAnsi="Arial" w:cs="Arial"/>
          <w:sz w:val="20"/>
          <w:szCs w:val="20"/>
        </w:rPr>
        <w:t>návrh</w:t>
      </w:r>
      <w:proofErr w:type="spellEnd"/>
    </w:p>
    <w:p w14:paraId="2EDD69B0" w14:textId="77777777" w:rsidR="003F3D56" w:rsidRPr="00415899" w:rsidRDefault="00DA020F">
      <w:pPr>
        <w:pStyle w:val="Seznamsodrkami"/>
        <w:spacing w:after="60"/>
        <w:ind w:left="547" w:hanging="274"/>
        <w:rPr>
          <w:rFonts w:cs="Arial"/>
          <w:sz w:val="20"/>
          <w:szCs w:val="20"/>
        </w:rPr>
      </w:pPr>
      <w:proofErr w:type="spellStart"/>
      <w:r w:rsidRPr="00415899">
        <w:rPr>
          <w:rFonts w:cs="Arial"/>
          <w:sz w:val="20"/>
          <w:szCs w:val="20"/>
        </w:rPr>
        <w:t>Návrh</w:t>
      </w:r>
      <w:proofErr w:type="spellEnd"/>
      <w:r w:rsidRPr="00415899">
        <w:rPr>
          <w:rFonts w:cs="Arial"/>
          <w:sz w:val="20"/>
          <w:szCs w:val="20"/>
        </w:rPr>
        <w:t xml:space="preserve"> </w:t>
      </w:r>
      <w:proofErr w:type="spellStart"/>
      <w:r w:rsidRPr="00415899">
        <w:rPr>
          <w:rFonts w:cs="Arial"/>
          <w:sz w:val="20"/>
          <w:szCs w:val="20"/>
        </w:rPr>
        <w:t>musí</w:t>
      </w:r>
      <w:proofErr w:type="spellEnd"/>
      <w:r w:rsidRPr="00415899">
        <w:rPr>
          <w:rFonts w:cs="Arial"/>
          <w:sz w:val="20"/>
          <w:szCs w:val="20"/>
        </w:rPr>
        <w:t xml:space="preserve"> </w:t>
      </w:r>
      <w:proofErr w:type="spellStart"/>
      <w:r w:rsidRPr="00415899">
        <w:rPr>
          <w:rFonts w:cs="Arial"/>
          <w:sz w:val="20"/>
          <w:szCs w:val="20"/>
        </w:rPr>
        <w:t>být</w:t>
      </w:r>
      <w:proofErr w:type="spellEnd"/>
      <w:r w:rsidRPr="00415899">
        <w:rPr>
          <w:rFonts w:cs="Arial"/>
          <w:sz w:val="20"/>
          <w:szCs w:val="20"/>
        </w:rPr>
        <w:t xml:space="preserve"> </w:t>
      </w:r>
      <w:proofErr w:type="spellStart"/>
      <w:r w:rsidRPr="00415899">
        <w:rPr>
          <w:rFonts w:cs="Arial"/>
          <w:sz w:val="20"/>
          <w:szCs w:val="20"/>
        </w:rPr>
        <w:t>původní</w:t>
      </w:r>
      <w:proofErr w:type="spellEnd"/>
      <w:r w:rsidRPr="00415899">
        <w:rPr>
          <w:rFonts w:cs="Arial"/>
          <w:sz w:val="20"/>
          <w:szCs w:val="20"/>
        </w:rPr>
        <w:t xml:space="preserve">, </w:t>
      </w:r>
      <w:proofErr w:type="spellStart"/>
      <w:r w:rsidRPr="00415899">
        <w:rPr>
          <w:rFonts w:cs="Arial"/>
          <w:sz w:val="20"/>
          <w:szCs w:val="20"/>
        </w:rPr>
        <w:t>autorský</w:t>
      </w:r>
      <w:proofErr w:type="spellEnd"/>
      <w:r w:rsidRPr="00415899">
        <w:rPr>
          <w:rFonts w:cs="Arial"/>
          <w:sz w:val="20"/>
          <w:szCs w:val="20"/>
        </w:rPr>
        <w:t xml:space="preserve"> a </w:t>
      </w:r>
      <w:proofErr w:type="spellStart"/>
      <w:r w:rsidRPr="00415899">
        <w:rPr>
          <w:rFonts w:cs="Arial"/>
          <w:sz w:val="20"/>
          <w:szCs w:val="20"/>
        </w:rPr>
        <w:t>vytvořený</w:t>
      </w:r>
      <w:proofErr w:type="spellEnd"/>
      <w:r w:rsidRPr="00415899">
        <w:rPr>
          <w:rFonts w:cs="Arial"/>
          <w:sz w:val="20"/>
          <w:szCs w:val="20"/>
        </w:rPr>
        <w:t xml:space="preserve"> </w:t>
      </w:r>
      <w:proofErr w:type="spellStart"/>
      <w:r w:rsidRPr="00415899">
        <w:rPr>
          <w:rFonts w:cs="Arial"/>
          <w:sz w:val="20"/>
          <w:szCs w:val="20"/>
        </w:rPr>
        <w:t>soutěžícím</w:t>
      </w:r>
      <w:proofErr w:type="spellEnd"/>
      <w:r w:rsidRPr="00415899">
        <w:rPr>
          <w:rFonts w:cs="Arial"/>
          <w:sz w:val="20"/>
          <w:szCs w:val="20"/>
        </w:rPr>
        <w:t xml:space="preserve">; u </w:t>
      </w:r>
      <w:proofErr w:type="spellStart"/>
      <w:r w:rsidRPr="00415899">
        <w:rPr>
          <w:rFonts w:cs="Arial"/>
          <w:sz w:val="20"/>
          <w:szCs w:val="20"/>
        </w:rPr>
        <w:t>spoluautorského</w:t>
      </w:r>
      <w:proofErr w:type="spellEnd"/>
      <w:r w:rsidRPr="00415899">
        <w:rPr>
          <w:rFonts w:cs="Arial"/>
          <w:sz w:val="20"/>
          <w:szCs w:val="20"/>
        </w:rPr>
        <w:t xml:space="preserve"> </w:t>
      </w:r>
      <w:proofErr w:type="spellStart"/>
      <w:r w:rsidRPr="00415899">
        <w:rPr>
          <w:rFonts w:cs="Arial"/>
          <w:sz w:val="20"/>
          <w:szCs w:val="20"/>
        </w:rPr>
        <w:t>návrhu</w:t>
      </w:r>
      <w:proofErr w:type="spellEnd"/>
      <w:r w:rsidRPr="00415899">
        <w:rPr>
          <w:rFonts w:cs="Arial"/>
          <w:sz w:val="20"/>
          <w:szCs w:val="20"/>
        </w:rPr>
        <w:t xml:space="preserve"> </w:t>
      </w:r>
      <w:proofErr w:type="spellStart"/>
      <w:r w:rsidRPr="00415899">
        <w:rPr>
          <w:rFonts w:cs="Arial"/>
          <w:sz w:val="20"/>
          <w:szCs w:val="20"/>
        </w:rPr>
        <w:t>musí</w:t>
      </w:r>
      <w:proofErr w:type="spellEnd"/>
      <w:r w:rsidRPr="00415899">
        <w:rPr>
          <w:rFonts w:cs="Arial"/>
          <w:sz w:val="20"/>
          <w:szCs w:val="20"/>
        </w:rPr>
        <w:t xml:space="preserve"> </w:t>
      </w:r>
      <w:proofErr w:type="spellStart"/>
      <w:r w:rsidRPr="00415899">
        <w:rPr>
          <w:rFonts w:cs="Arial"/>
          <w:sz w:val="20"/>
          <w:szCs w:val="20"/>
        </w:rPr>
        <w:t>být</w:t>
      </w:r>
      <w:proofErr w:type="spellEnd"/>
      <w:r w:rsidRPr="00415899">
        <w:rPr>
          <w:rFonts w:cs="Arial"/>
          <w:sz w:val="20"/>
          <w:szCs w:val="20"/>
        </w:rPr>
        <w:t xml:space="preserve"> </w:t>
      </w:r>
      <w:proofErr w:type="spellStart"/>
      <w:r w:rsidRPr="00415899">
        <w:rPr>
          <w:rFonts w:cs="Arial"/>
          <w:sz w:val="20"/>
          <w:szCs w:val="20"/>
        </w:rPr>
        <w:t>uvedeni</w:t>
      </w:r>
      <w:proofErr w:type="spellEnd"/>
      <w:r w:rsidRPr="00415899">
        <w:rPr>
          <w:rFonts w:cs="Arial"/>
          <w:sz w:val="20"/>
          <w:szCs w:val="20"/>
        </w:rPr>
        <w:t xml:space="preserve"> </w:t>
      </w:r>
      <w:proofErr w:type="spellStart"/>
      <w:r w:rsidRPr="00415899">
        <w:rPr>
          <w:rFonts w:cs="Arial"/>
          <w:sz w:val="20"/>
          <w:szCs w:val="20"/>
        </w:rPr>
        <w:t>všichni</w:t>
      </w:r>
      <w:proofErr w:type="spellEnd"/>
      <w:r w:rsidRPr="00415899">
        <w:rPr>
          <w:rFonts w:cs="Arial"/>
          <w:sz w:val="20"/>
          <w:szCs w:val="20"/>
        </w:rPr>
        <w:t xml:space="preserve"> </w:t>
      </w:r>
      <w:proofErr w:type="spellStart"/>
      <w:r w:rsidRPr="00415899">
        <w:rPr>
          <w:rFonts w:cs="Arial"/>
          <w:sz w:val="20"/>
          <w:szCs w:val="20"/>
        </w:rPr>
        <w:t>spoluautoři</w:t>
      </w:r>
      <w:proofErr w:type="spellEnd"/>
      <w:r w:rsidRPr="00415899">
        <w:rPr>
          <w:rFonts w:cs="Arial"/>
          <w:sz w:val="20"/>
          <w:szCs w:val="20"/>
        </w:rPr>
        <w:t xml:space="preserve"> a </w:t>
      </w:r>
      <w:proofErr w:type="spellStart"/>
      <w:r w:rsidRPr="00415899">
        <w:rPr>
          <w:rFonts w:cs="Arial"/>
          <w:sz w:val="20"/>
          <w:szCs w:val="20"/>
        </w:rPr>
        <w:t>všichni</w:t>
      </w:r>
      <w:proofErr w:type="spellEnd"/>
      <w:r w:rsidRPr="00415899">
        <w:rPr>
          <w:rFonts w:cs="Arial"/>
          <w:sz w:val="20"/>
          <w:szCs w:val="20"/>
        </w:rPr>
        <w:t xml:space="preserve"> </w:t>
      </w:r>
      <w:proofErr w:type="spellStart"/>
      <w:r w:rsidRPr="00415899">
        <w:rPr>
          <w:rFonts w:cs="Arial"/>
          <w:sz w:val="20"/>
          <w:szCs w:val="20"/>
        </w:rPr>
        <w:t>musí</w:t>
      </w:r>
      <w:proofErr w:type="spellEnd"/>
      <w:r w:rsidRPr="00415899">
        <w:rPr>
          <w:rFonts w:cs="Arial"/>
          <w:sz w:val="20"/>
          <w:szCs w:val="20"/>
        </w:rPr>
        <w:t xml:space="preserve"> </w:t>
      </w:r>
      <w:proofErr w:type="spellStart"/>
      <w:r w:rsidRPr="00415899">
        <w:rPr>
          <w:rFonts w:cs="Arial"/>
          <w:sz w:val="20"/>
          <w:szCs w:val="20"/>
        </w:rPr>
        <w:t>přijmout</w:t>
      </w:r>
      <w:proofErr w:type="spellEnd"/>
      <w:r w:rsidRPr="00415899">
        <w:rPr>
          <w:rFonts w:cs="Arial"/>
          <w:sz w:val="20"/>
          <w:szCs w:val="20"/>
        </w:rPr>
        <w:t xml:space="preserve"> </w:t>
      </w:r>
      <w:proofErr w:type="spellStart"/>
      <w:r w:rsidRPr="00415899">
        <w:rPr>
          <w:rFonts w:cs="Arial"/>
          <w:sz w:val="20"/>
          <w:szCs w:val="20"/>
        </w:rPr>
        <w:t>tato</w:t>
      </w:r>
      <w:proofErr w:type="spellEnd"/>
      <w:r w:rsidRPr="00415899">
        <w:rPr>
          <w:rFonts w:cs="Arial"/>
          <w:sz w:val="20"/>
          <w:szCs w:val="20"/>
        </w:rPr>
        <w:t xml:space="preserve"> </w:t>
      </w:r>
      <w:proofErr w:type="spellStart"/>
      <w:r w:rsidRPr="00415899">
        <w:rPr>
          <w:rFonts w:cs="Arial"/>
          <w:sz w:val="20"/>
          <w:szCs w:val="20"/>
        </w:rPr>
        <w:t>pravidla</w:t>
      </w:r>
      <w:proofErr w:type="spellEnd"/>
      <w:r w:rsidRPr="00415899">
        <w:rPr>
          <w:rFonts w:cs="Arial"/>
          <w:sz w:val="20"/>
          <w:szCs w:val="20"/>
        </w:rPr>
        <w:t>.</w:t>
      </w:r>
    </w:p>
    <w:p w14:paraId="7F2C48D2" w14:textId="77777777" w:rsidR="003F3D56" w:rsidRPr="00415899" w:rsidRDefault="00DA020F">
      <w:pPr>
        <w:pStyle w:val="Seznamsodrkami"/>
        <w:spacing w:after="60"/>
        <w:ind w:left="547" w:hanging="274"/>
        <w:rPr>
          <w:rFonts w:cs="Arial"/>
          <w:sz w:val="20"/>
          <w:szCs w:val="20"/>
        </w:rPr>
      </w:pPr>
      <w:proofErr w:type="spellStart"/>
      <w:r w:rsidRPr="00415899">
        <w:rPr>
          <w:rFonts w:cs="Arial"/>
          <w:sz w:val="20"/>
          <w:szCs w:val="20"/>
        </w:rPr>
        <w:lastRenderedPageBreak/>
        <w:t>Návrh</w:t>
      </w:r>
      <w:proofErr w:type="spellEnd"/>
      <w:r w:rsidRPr="00415899">
        <w:rPr>
          <w:rFonts w:cs="Arial"/>
          <w:sz w:val="20"/>
          <w:szCs w:val="20"/>
        </w:rPr>
        <w:t xml:space="preserve"> </w:t>
      </w:r>
      <w:proofErr w:type="spellStart"/>
      <w:r w:rsidRPr="00415899">
        <w:rPr>
          <w:rFonts w:cs="Arial"/>
          <w:sz w:val="20"/>
          <w:szCs w:val="20"/>
        </w:rPr>
        <w:t>musí</w:t>
      </w:r>
      <w:proofErr w:type="spellEnd"/>
      <w:r w:rsidRPr="00415899">
        <w:rPr>
          <w:rFonts w:cs="Arial"/>
          <w:sz w:val="20"/>
          <w:szCs w:val="20"/>
        </w:rPr>
        <w:t xml:space="preserve"> </w:t>
      </w:r>
      <w:proofErr w:type="spellStart"/>
      <w:r w:rsidRPr="00415899">
        <w:rPr>
          <w:rFonts w:cs="Arial"/>
          <w:sz w:val="20"/>
          <w:szCs w:val="20"/>
        </w:rPr>
        <w:t>odpovídat</w:t>
      </w:r>
      <w:proofErr w:type="spellEnd"/>
      <w:r w:rsidRPr="00415899">
        <w:rPr>
          <w:rFonts w:cs="Arial"/>
          <w:sz w:val="20"/>
          <w:szCs w:val="20"/>
        </w:rPr>
        <w:t xml:space="preserve"> </w:t>
      </w:r>
      <w:proofErr w:type="spellStart"/>
      <w:r w:rsidRPr="00415899">
        <w:rPr>
          <w:rFonts w:cs="Arial"/>
          <w:sz w:val="20"/>
          <w:szCs w:val="20"/>
        </w:rPr>
        <w:t>tématu</w:t>
      </w:r>
      <w:proofErr w:type="spellEnd"/>
      <w:r w:rsidRPr="00415899">
        <w:rPr>
          <w:rFonts w:cs="Arial"/>
          <w:sz w:val="20"/>
          <w:szCs w:val="20"/>
        </w:rPr>
        <w:t xml:space="preserve">, </w:t>
      </w:r>
      <w:proofErr w:type="spellStart"/>
      <w:r w:rsidRPr="00415899">
        <w:rPr>
          <w:rFonts w:cs="Arial"/>
          <w:sz w:val="20"/>
          <w:szCs w:val="20"/>
        </w:rPr>
        <w:t>být</w:t>
      </w:r>
      <w:proofErr w:type="spellEnd"/>
      <w:r w:rsidRPr="00415899">
        <w:rPr>
          <w:rFonts w:cs="Arial"/>
          <w:sz w:val="20"/>
          <w:szCs w:val="20"/>
        </w:rPr>
        <w:t xml:space="preserve"> </w:t>
      </w:r>
      <w:proofErr w:type="spellStart"/>
      <w:r w:rsidRPr="00415899">
        <w:rPr>
          <w:rFonts w:cs="Arial"/>
          <w:sz w:val="20"/>
          <w:szCs w:val="20"/>
        </w:rPr>
        <w:t>použitelný</w:t>
      </w:r>
      <w:proofErr w:type="spellEnd"/>
      <w:r w:rsidRPr="00415899">
        <w:rPr>
          <w:rFonts w:cs="Arial"/>
          <w:sz w:val="20"/>
          <w:szCs w:val="20"/>
        </w:rPr>
        <w:t xml:space="preserve"> </w:t>
      </w:r>
      <w:proofErr w:type="spellStart"/>
      <w:r w:rsidRPr="00415899">
        <w:rPr>
          <w:rFonts w:cs="Arial"/>
          <w:sz w:val="20"/>
          <w:szCs w:val="20"/>
        </w:rPr>
        <w:t>jako</w:t>
      </w:r>
      <w:proofErr w:type="spellEnd"/>
      <w:r w:rsidRPr="00415899">
        <w:rPr>
          <w:rFonts w:cs="Arial"/>
          <w:sz w:val="20"/>
          <w:szCs w:val="20"/>
        </w:rPr>
        <w:t xml:space="preserve"> </w:t>
      </w:r>
      <w:proofErr w:type="spellStart"/>
      <w:r w:rsidRPr="00415899">
        <w:rPr>
          <w:rFonts w:cs="Arial"/>
          <w:sz w:val="20"/>
          <w:szCs w:val="20"/>
        </w:rPr>
        <w:t>potisk</w:t>
      </w:r>
      <w:proofErr w:type="spellEnd"/>
      <w:r w:rsidRPr="00415899">
        <w:rPr>
          <w:rFonts w:cs="Arial"/>
          <w:sz w:val="20"/>
          <w:szCs w:val="20"/>
        </w:rPr>
        <w:t xml:space="preserve"> </w:t>
      </w:r>
      <w:proofErr w:type="spellStart"/>
      <w:r w:rsidRPr="00415899">
        <w:rPr>
          <w:rFonts w:cs="Arial"/>
          <w:sz w:val="20"/>
          <w:szCs w:val="20"/>
        </w:rPr>
        <w:t>textilu</w:t>
      </w:r>
      <w:proofErr w:type="spellEnd"/>
      <w:r w:rsidRPr="00415899">
        <w:rPr>
          <w:rFonts w:cs="Arial"/>
          <w:sz w:val="20"/>
          <w:szCs w:val="20"/>
        </w:rPr>
        <w:t xml:space="preserve"> a </w:t>
      </w:r>
      <w:proofErr w:type="spellStart"/>
      <w:r w:rsidRPr="00415899">
        <w:rPr>
          <w:rFonts w:cs="Arial"/>
          <w:sz w:val="20"/>
          <w:szCs w:val="20"/>
        </w:rPr>
        <w:t>nesmí</w:t>
      </w:r>
      <w:proofErr w:type="spellEnd"/>
      <w:r w:rsidRPr="00415899">
        <w:rPr>
          <w:rFonts w:cs="Arial"/>
          <w:sz w:val="20"/>
          <w:szCs w:val="20"/>
        </w:rPr>
        <w:t xml:space="preserve"> </w:t>
      </w:r>
      <w:proofErr w:type="spellStart"/>
      <w:r w:rsidRPr="00415899">
        <w:rPr>
          <w:rFonts w:cs="Arial"/>
          <w:sz w:val="20"/>
          <w:szCs w:val="20"/>
        </w:rPr>
        <w:t>obsahovat</w:t>
      </w:r>
      <w:proofErr w:type="spellEnd"/>
      <w:r w:rsidRPr="00415899">
        <w:rPr>
          <w:rFonts w:cs="Arial"/>
          <w:sz w:val="20"/>
          <w:szCs w:val="20"/>
        </w:rPr>
        <w:t xml:space="preserve"> </w:t>
      </w:r>
      <w:proofErr w:type="spellStart"/>
      <w:r w:rsidRPr="00415899">
        <w:rPr>
          <w:rFonts w:cs="Arial"/>
          <w:sz w:val="20"/>
          <w:szCs w:val="20"/>
        </w:rPr>
        <w:t>protiprávní</w:t>
      </w:r>
      <w:proofErr w:type="spellEnd"/>
      <w:r w:rsidRPr="00415899">
        <w:rPr>
          <w:rFonts w:cs="Arial"/>
          <w:sz w:val="20"/>
          <w:szCs w:val="20"/>
        </w:rPr>
        <w:t xml:space="preserve">, </w:t>
      </w:r>
      <w:proofErr w:type="spellStart"/>
      <w:r w:rsidRPr="00415899">
        <w:rPr>
          <w:rFonts w:cs="Arial"/>
          <w:sz w:val="20"/>
          <w:szCs w:val="20"/>
        </w:rPr>
        <w:t>diskriminační</w:t>
      </w:r>
      <w:proofErr w:type="spellEnd"/>
      <w:r w:rsidRPr="00415899">
        <w:rPr>
          <w:rFonts w:cs="Arial"/>
          <w:sz w:val="20"/>
          <w:szCs w:val="20"/>
        </w:rPr>
        <w:t xml:space="preserve">, </w:t>
      </w:r>
      <w:proofErr w:type="spellStart"/>
      <w:r w:rsidRPr="00415899">
        <w:rPr>
          <w:rFonts w:cs="Arial"/>
          <w:sz w:val="20"/>
          <w:szCs w:val="20"/>
        </w:rPr>
        <w:t>pornografický</w:t>
      </w:r>
      <w:proofErr w:type="spellEnd"/>
      <w:r w:rsidRPr="00415899">
        <w:rPr>
          <w:rFonts w:cs="Arial"/>
          <w:sz w:val="20"/>
          <w:szCs w:val="20"/>
        </w:rPr>
        <w:t xml:space="preserve">, </w:t>
      </w:r>
      <w:proofErr w:type="spellStart"/>
      <w:r w:rsidRPr="00415899">
        <w:rPr>
          <w:rFonts w:cs="Arial"/>
          <w:sz w:val="20"/>
          <w:szCs w:val="20"/>
        </w:rPr>
        <w:t>násilný</w:t>
      </w:r>
      <w:proofErr w:type="spellEnd"/>
      <w:r w:rsidRPr="00415899">
        <w:rPr>
          <w:rFonts w:cs="Arial"/>
          <w:sz w:val="20"/>
          <w:szCs w:val="20"/>
        </w:rPr>
        <w:t xml:space="preserve"> </w:t>
      </w:r>
      <w:proofErr w:type="spellStart"/>
      <w:r w:rsidRPr="00415899">
        <w:rPr>
          <w:rFonts w:cs="Arial"/>
          <w:sz w:val="20"/>
          <w:szCs w:val="20"/>
        </w:rPr>
        <w:t>nebo</w:t>
      </w:r>
      <w:proofErr w:type="spellEnd"/>
      <w:r w:rsidRPr="00415899">
        <w:rPr>
          <w:rFonts w:cs="Arial"/>
          <w:sz w:val="20"/>
          <w:szCs w:val="20"/>
        </w:rPr>
        <w:t xml:space="preserve"> </w:t>
      </w:r>
      <w:proofErr w:type="spellStart"/>
      <w:r w:rsidRPr="00415899">
        <w:rPr>
          <w:rFonts w:cs="Arial"/>
          <w:sz w:val="20"/>
          <w:szCs w:val="20"/>
        </w:rPr>
        <w:t>jinak</w:t>
      </w:r>
      <w:proofErr w:type="spellEnd"/>
      <w:r w:rsidRPr="00415899">
        <w:rPr>
          <w:rFonts w:cs="Arial"/>
          <w:sz w:val="20"/>
          <w:szCs w:val="20"/>
        </w:rPr>
        <w:t xml:space="preserve"> </w:t>
      </w:r>
      <w:proofErr w:type="spellStart"/>
      <w:r w:rsidRPr="00415899">
        <w:rPr>
          <w:rFonts w:cs="Arial"/>
          <w:sz w:val="20"/>
          <w:szCs w:val="20"/>
        </w:rPr>
        <w:t>hrubě</w:t>
      </w:r>
      <w:proofErr w:type="spellEnd"/>
      <w:r w:rsidRPr="00415899">
        <w:rPr>
          <w:rFonts w:cs="Arial"/>
          <w:sz w:val="20"/>
          <w:szCs w:val="20"/>
        </w:rPr>
        <w:t xml:space="preserve"> </w:t>
      </w:r>
      <w:proofErr w:type="spellStart"/>
      <w:r w:rsidRPr="00415899">
        <w:rPr>
          <w:rFonts w:cs="Arial"/>
          <w:sz w:val="20"/>
          <w:szCs w:val="20"/>
        </w:rPr>
        <w:t>nevhodný</w:t>
      </w:r>
      <w:proofErr w:type="spellEnd"/>
      <w:r w:rsidRPr="00415899">
        <w:rPr>
          <w:rFonts w:cs="Arial"/>
          <w:sz w:val="20"/>
          <w:szCs w:val="20"/>
        </w:rPr>
        <w:t xml:space="preserve"> </w:t>
      </w:r>
      <w:proofErr w:type="spellStart"/>
      <w:r w:rsidRPr="00415899">
        <w:rPr>
          <w:rFonts w:cs="Arial"/>
          <w:sz w:val="20"/>
          <w:szCs w:val="20"/>
        </w:rPr>
        <w:t>obsah</w:t>
      </w:r>
      <w:proofErr w:type="spellEnd"/>
      <w:r w:rsidRPr="00415899">
        <w:rPr>
          <w:rFonts w:cs="Arial"/>
          <w:sz w:val="20"/>
          <w:szCs w:val="20"/>
        </w:rPr>
        <w:t>.</w:t>
      </w:r>
    </w:p>
    <w:p w14:paraId="60F28FDB" w14:textId="77777777" w:rsidR="003F3D56" w:rsidRPr="00415899" w:rsidRDefault="00DA020F">
      <w:pPr>
        <w:pStyle w:val="Seznamsodrkami"/>
        <w:spacing w:after="60"/>
        <w:ind w:left="547" w:hanging="274"/>
        <w:rPr>
          <w:rFonts w:cs="Arial"/>
          <w:sz w:val="20"/>
          <w:szCs w:val="20"/>
        </w:rPr>
      </w:pPr>
      <w:proofErr w:type="spellStart"/>
      <w:r w:rsidRPr="00415899">
        <w:rPr>
          <w:rFonts w:cs="Arial"/>
          <w:sz w:val="20"/>
          <w:szCs w:val="20"/>
        </w:rPr>
        <w:t>Návrh</w:t>
      </w:r>
      <w:proofErr w:type="spellEnd"/>
      <w:r w:rsidRPr="00415899">
        <w:rPr>
          <w:rFonts w:cs="Arial"/>
          <w:sz w:val="20"/>
          <w:szCs w:val="20"/>
        </w:rPr>
        <w:t xml:space="preserve"> </w:t>
      </w:r>
      <w:proofErr w:type="spellStart"/>
      <w:r w:rsidRPr="00415899">
        <w:rPr>
          <w:rFonts w:cs="Arial"/>
          <w:sz w:val="20"/>
          <w:szCs w:val="20"/>
        </w:rPr>
        <w:t>nesmí</w:t>
      </w:r>
      <w:proofErr w:type="spellEnd"/>
      <w:r w:rsidRPr="00415899">
        <w:rPr>
          <w:rFonts w:cs="Arial"/>
          <w:sz w:val="20"/>
          <w:szCs w:val="20"/>
        </w:rPr>
        <w:t xml:space="preserve"> </w:t>
      </w:r>
      <w:proofErr w:type="spellStart"/>
      <w:r w:rsidRPr="00415899">
        <w:rPr>
          <w:rFonts w:cs="Arial"/>
          <w:sz w:val="20"/>
          <w:szCs w:val="20"/>
        </w:rPr>
        <w:t>neoprávněně</w:t>
      </w:r>
      <w:proofErr w:type="spellEnd"/>
      <w:r w:rsidRPr="00415899">
        <w:rPr>
          <w:rFonts w:cs="Arial"/>
          <w:sz w:val="20"/>
          <w:szCs w:val="20"/>
        </w:rPr>
        <w:t xml:space="preserve"> </w:t>
      </w:r>
      <w:proofErr w:type="spellStart"/>
      <w:r w:rsidRPr="00415899">
        <w:rPr>
          <w:rFonts w:cs="Arial"/>
          <w:sz w:val="20"/>
          <w:szCs w:val="20"/>
        </w:rPr>
        <w:t>zasahovat</w:t>
      </w:r>
      <w:proofErr w:type="spellEnd"/>
      <w:r w:rsidRPr="00415899">
        <w:rPr>
          <w:rFonts w:cs="Arial"/>
          <w:sz w:val="20"/>
          <w:szCs w:val="20"/>
        </w:rPr>
        <w:t xml:space="preserve"> do </w:t>
      </w:r>
      <w:proofErr w:type="spellStart"/>
      <w:r w:rsidRPr="00415899">
        <w:rPr>
          <w:rFonts w:cs="Arial"/>
          <w:sz w:val="20"/>
          <w:szCs w:val="20"/>
        </w:rPr>
        <w:t>práv</w:t>
      </w:r>
      <w:proofErr w:type="spellEnd"/>
      <w:r w:rsidRPr="00415899">
        <w:rPr>
          <w:rFonts w:cs="Arial"/>
          <w:sz w:val="20"/>
          <w:szCs w:val="20"/>
        </w:rPr>
        <w:t xml:space="preserve"> </w:t>
      </w:r>
      <w:proofErr w:type="spellStart"/>
      <w:r w:rsidRPr="00415899">
        <w:rPr>
          <w:rFonts w:cs="Arial"/>
          <w:sz w:val="20"/>
          <w:szCs w:val="20"/>
        </w:rPr>
        <w:t>třetích</w:t>
      </w:r>
      <w:proofErr w:type="spellEnd"/>
      <w:r w:rsidRPr="00415899">
        <w:rPr>
          <w:rFonts w:cs="Arial"/>
          <w:sz w:val="20"/>
          <w:szCs w:val="20"/>
        </w:rPr>
        <w:t xml:space="preserve"> </w:t>
      </w:r>
      <w:proofErr w:type="spellStart"/>
      <w:r w:rsidRPr="00415899">
        <w:rPr>
          <w:rFonts w:cs="Arial"/>
          <w:sz w:val="20"/>
          <w:szCs w:val="20"/>
        </w:rPr>
        <w:t>osob</w:t>
      </w:r>
      <w:proofErr w:type="spellEnd"/>
      <w:r w:rsidRPr="00415899">
        <w:rPr>
          <w:rFonts w:cs="Arial"/>
          <w:sz w:val="20"/>
          <w:szCs w:val="20"/>
        </w:rPr>
        <w:t xml:space="preserve">, </w:t>
      </w:r>
      <w:proofErr w:type="spellStart"/>
      <w:r w:rsidRPr="00415899">
        <w:rPr>
          <w:rFonts w:cs="Arial"/>
          <w:sz w:val="20"/>
          <w:szCs w:val="20"/>
        </w:rPr>
        <w:t>zejména</w:t>
      </w:r>
      <w:proofErr w:type="spellEnd"/>
      <w:r w:rsidRPr="00415899">
        <w:rPr>
          <w:rFonts w:cs="Arial"/>
          <w:sz w:val="20"/>
          <w:szCs w:val="20"/>
        </w:rPr>
        <w:t xml:space="preserve"> </w:t>
      </w:r>
      <w:proofErr w:type="spellStart"/>
      <w:r w:rsidRPr="00415899">
        <w:rPr>
          <w:rFonts w:cs="Arial"/>
          <w:sz w:val="20"/>
          <w:szCs w:val="20"/>
        </w:rPr>
        <w:t>autorských</w:t>
      </w:r>
      <w:proofErr w:type="spellEnd"/>
      <w:r w:rsidRPr="00415899">
        <w:rPr>
          <w:rFonts w:cs="Arial"/>
          <w:sz w:val="20"/>
          <w:szCs w:val="20"/>
        </w:rPr>
        <w:t xml:space="preserve"> </w:t>
      </w:r>
      <w:proofErr w:type="spellStart"/>
      <w:r w:rsidRPr="00415899">
        <w:rPr>
          <w:rFonts w:cs="Arial"/>
          <w:sz w:val="20"/>
          <w:szCs w:val="20"/>
        </w:rPr>
        <w:t>práv</w:t>
      </w:r>
      <w:proofErr w:type="spellEnd"/>
      <w:r w:rsidRPr="00415899">
        <w:rPr>
          <w:rFonts w:cs="Arial"/>
          <w:sz w:val="20"/>
          <w:szCs w:val="20"/>
        </w:rPr>
        <w:t xml:space="preserve">, </w:t>
      </w:r>
      <w:proofErr w:type="spellStart"/>
      <w:r w:rsidRPr="00415899">
        <w:rPr>
          <w:rFonts w:cs="Arial"/>
          <w:sz w:val="20"/>
          <w:szCs w:val="20"/>
        </w:rPr>
        <w:t>ochranných</w:t>
      </w:r>
      <w:proofErr w:type="spellEnd"/>
      <w:r w:rsidRPr="00415899">
        <w:rPr>
          <w:rFonts w:cs="Arial"/>
          <w:sz w:val="20"/>
          <w:szCs w:val="20"/>
        </w:rPr>
        <w:t xml:space="preserve"> </w:t>
      </w:r>
      <w:proofErr w:type="spellStart"/>
      <w:r w:rsidRPr="00415899">
        <w:rPr>
          <w:rFonts w:cs="Arial"/>
          <w:sz w:val="20"/>
          <w:szCs w:val="20"/>
        </w:rPr>
        <w:t>známek</w:t>
      </w:r>
      <w:proofErr w:type="spellEnd"/>
      <w:r w:rsidRPr="00415899">
        <w:rPr>
          <w:rFonts w:cs="Arial"/>
          <w:sz w:val="20"/>
          <w:szCs w:val="20"/>
        </w:rPr>
        <w:t xml:space="preserve">, </w:t>
      </w:r>
      <w:proofErr w:type="spellStart"/>
      <w:r w:rsidRPr="00415899">
        <w:rPr>
          <w:rFonts w:cs="Arial"/>
          <w:sz w:val="20"/>
          <w:szCs w:val="20"/>
        </w:rPr>
        <w:t>osobnostních</w:t>
      </w:r>
      <w:proofErr w:type="spellEnd"/>
      <w:r w:rsidRPr="00415899">
        <w:rPr>
          <w:rFonts w:cs="Arial"/>
          <w:sz w:val="20"/>
          <w:szCs w:val="20"/>
        </w:rPr>
        <w:t xml:space="preserve"> </w:t>
      </w:r>
      <w:proofErr w:type="spellStart"/>
      <w:r w:rsidRPr="00415899">
        <w:rPr>
          <w:rFonts w:cs="Arial"/>
          <w:sz w:val="20"/>
          <w:szCs w:val="20"/>
        </w:rPr>
        <w:t>práv</w:t>
      </w:r>
      <w:proofErr w:type="spellEnd"/>
      <w:r w:rsidRPr="00415899">
        <w:rPr>
          <w:rFonts w:cs="Arial"/>
          <w:sz w:val="20"/>
          <w:szCs w:val="20"/>
        </w:rPr>
        <w:t xml:space="preserve"> ani </w:t>
      </w:r>
      <w:proofErr w:type="spellStart"/>
      <w:r w:rsidRPr="00415899">
        <w:rPr>
          <w:rFonts w:cs="Arial"/>
          <w:sz w:val="20"/>
          <w:szCs w:val="20"/>
        </w:rPr>
        <w:t>práva</w:t>
      </w:r>
      <w:proofErr w:type="spellEnd"/>
      <w:r w:rsidRPr="00415899">
        <w:rPr>
          <w:rFonts w:cs="Arial"/>
          <w:sz w:val="20"/>
          <w:szCs w:val="20"/>
        </w:rPr>
        <w:t xml:space="preserve"> </w:t>
      </w:r>
      <w:proofErr w:type="spellStart"/>
      <w:r w:rsidRPr="00415899">
        <w:rPr>
          <w:rFonts w:cs="Arial"/>
          <w:sz w:val="20"/>
          <w:szCs w:val="20"/>
        </w:rPr>
        <w:t>na</w:t>
      </w:r>
      <w:proofErr w:type="spellEnd"/>
      <w:r w:rsidRPr="00415899">
        <w:rPr>
          <w:rFonts w:cs="Arial"/>
          <w:sz w:val="20"/>
          <w:szCs w:val="20"/>
        </w:rPr>
        <w:t xml:space="preserve"> </w:t>
      </w:r>
      <w:proofErr w:type="spellStart"/>
      <w:r w:rsidRPr="00415899">
        <w:rPr>
          <w:rFonts w:cs="Arial"/>
          <w:sz w:val="20"/>
          <w:szCs w:val="20"/>
        </w:rPr>
        <w:t>ochranu</w:t>
      </w:r>
      <w:proofErr w:type="spellEnd"/>
      <w:r w:rsidRPr="00415899">
        <w:rPr>
          <w:rFonts w:cs="Arial"/>
          <w:sz w:val="20"/>
          <w:szCs w:val="20"/>
        </w:rPr>
        <w:t xml:space="preserve"> </w:t>
      </w:r>
      <w:proofErr w:type="spellStart"/>
      <w:r w:rsidRPr="00415899">
        <w:rPr>
          <w:rFonts w:cs="Arial"/>
          <w:sz w:val="20"/>
          <w:szCs w:val="20"/>
        </w:rPr>
        <w:t>podoby</w:t>
      </w:r>
      <w:proofErr w:type="spellEnd"/>
      <w:r w:rsidRPr="00415899">
        <w:rPr>
          <w:rFonts w:cs="Arial"/>
          <w:sz w:val="20"/>
          <w:szCs w:val="20"/>
        </w:rPr>
        <w:t xml:space="preserve">. </w:t>
      </w:r>
      <w:proofErr w:type="spellStart"/>
      <w:r w:rsidRPr="00415899">
        <w:rPr>
          <w:rFonts w:cs="Arial"/>
          <w:sz w:val="20"/>
          <w:szCs w:val="20"/>
        </w:rPr>
        <w:t>Rozpoznatelné</w:t>
      </w:r>
      <w:proofErr w:type="spellEnd"/>
      <w:r w:rsidRPr="00415899">
        <w:rPr>
          <w:rFonts w:cs="Arial"/>
          <w:sz w:val="20"/>
          <w:szCs w:val="20"/>
        </w:rPr>
        <w:t xml:space="preserve"> </w:t>
      </w:r>
      <w:proofErr w:type="spellStart"/>
      <w:r w:rsidRPr="00415899">
        <w:rPr>
          <w:rFonts w:cs="Arial"/>
          <w:sz w:val="20"/>
          <w:szCs w:val="20"/>
        </w:rPr>
        <w:t>osoby</w:t>
      </w:r>
      <w:proofErr w:type="spellEnd"/>
      <w:r w:rsidRPr="00415899">
        <w:rPr>
          <w:rFonts w:cs="Arial"/>
          <w:sz w:val="20"/>
          <w:szCs w:val="20"/>
        </w:rPr>
        <w:t xml:space="preserve"> </w:t>
      </w:r>
      <w:proofErr w:type="spellStart"/>
      <w:r w:rsidRPr="00415899">
        <w:rPr>
          <w:rFonts w:cs="Arial"/>
          <w:sz w:val="20"/>
          <w:szCs w:val="20"/>
        </w:rPr>
        <w:t>lze</w:t>
      </w:r>
      <w:proofErr w:type="spellEnd"/>
      <w:r w:rsidRPr="00415899">
        <w:rPr>
          <w:rFonts w:cs="Arial"/>
          <w:sz w:val="20"/>
          <w:szCs w:val="20"/>
        </w:rPr>
        <w:t xml:space="preserve"> </w:t>
      </w:r>
      <w:proofErr w:type="spellStart"/>
      <w:r w:rsidRPr="00415899">
        <w:rPr>
          <w:rFonts w:cs="Arial"/>
          <w:sz w:val="20"/>
          <w:szCs w:val="20"/>
        </w:rPr>
        <w:t>zobrazit</w:t>
      </w:r>
      <w:proofErr w:type="spellEnd"/>
      <w:r w:rsidRPr="00415899">
        <w:rPr>
          <w:rFonts w:cs="Arial"/>
          <w:sz w:val="20"/>
          <w:szCs w:val="20"/>
        </w:rPr>
        <w:t xml:space="preserve"> </w:t>
      </w:r>
      <w:proofErr w:type="spellStart"/>
      <w:r w:rsidRPr="00415899">
        <w:rPr>
          <w:rFonts w:cs="Arial"/>
          <w:sz w:val="20"/>
          <w:szCs w:val="20"/>
        </w:rPr>
        <w:t>jen</w:t>
      </w:r>
      <w:proofErr w:type="spellEnd"/>
      <w:r w:rsidRPr="00415899">
        <w:rPr>
          <w:rFonts w:cs="Arial"/>
          <w:sz w:val="20"/>
          <w:szCs w:val="20"/>
        </w:rPr>
        <w:t xml:space="preserve"> s </w:t>
      </w:r>
      <w:proofErr w:type="spellStart"/>
      <w:r w:rsidRPr="00415899">
        <w:rPr>
          <w:rFonts w:cs="Arial"/>
          <w:sz w:val="20"/>
          <w:szCs w:val="20"/>
        </w:rPr>
        <w:t>jejich</w:t>
      </w:r>
      <w:proofErr w:type="spellEnd"/>
      <w:r w:rsidRPr="00415899">
        <w:rPr>
          <w:rFonts w:cs="Arial"/>
          <w:sz w:val="20"/>
          <w:szCs w:val="20"/>
        </w:rPr>
        <w:t xml:space="preserve"> </w:t>
      </w:r>
      <w:proofErr w:type="spellStart"/>
      <w:r w:rsidRPr="00415899">
        <w:rPr>
          <w:rFonts w:cs="Arial"/>
          <w:sz w:val="20"/>
          <w:szCs w:val="20"/>
        </w:rPr>
        <w:t>doložitelným</w:t>
      </w:r>
      <w:proofErr w:type="spellEnd"/>
      <w:r w:rsidRPr="00415899">
        <w:rPr>
          <w:rFonts w:cs="Arial"/>
          <w:sz w:val="20"/>
          <w:szCs w:val="20"/>
        </w:rPr>
        <w:t xml:space="preserve"> </w:t>
      </w:r>
      <w:proofErr w:type="spellStart"/>
      <w:r w:rsidRPr="00415899">
        <w:rPr>
          <w:rFonts w:cs="Arial"/>
          <w:sz w:val="20"/>
          <w:szCs w:val="20"/>
        </w:rPr>
        <w:t>souhlasem</w:t>
      </w:r>
      <w:proofErr w:type="spellEnd"/>
      <w:r w:rsidRPr="00415899">
        <w:rPr>
          <w:rFonts w:cs="Arial"/>
          <w:sz w:val="20"/>
          <w:szCs w:val="20"/>
        </w:rPr>
        <w:t>.</w:t>
      </w:r>
    </w:p>
    <w:p w14:paraId="5485B03B" w14:textId="77777777" w:rsidR="003F3D56" w:rsidRPr="00415899" w:rsidRDefault="00DA020F">
      <w:pPr>
        <w:pStyle w:val="Seznamsodrkami"/>
        <w:spacing w:after="60"/>
        <w:ind w:left="547" w:hanging="274"/>
        <w:rPr>
          <w:rFonts w:cs="Arial"/>
          <w:sz w:val="20"/>
          <w:szCs w:val="20"/>
        </w:rPr>
      </w:pPr>
      <w:r w:rsidRPr="00415899">
        <w:rPr>
          <w:rFonts w:cs="Arial"/>
          <w:sz w:val="20"/>
          <w:szCs w:val="20"/>
        </w:rPr>
        <w:t xml:space="preserve">Logo icebreaker ani </w:t>
      </w:r>
      <w:proofErr w:type="spellStart"/>
      <w:r w:rsidRPr="00415899">
        <w:rPr>
          <w:rFonts w:cs="Arial"/>
          <w:sz w:val="20"/>
          <w:szCs w:val="20"/>
        </w:rPr>
        <w:t>jiné</w:t>
      </w:r>
      <w:proofErr w:type="spellEnd"/>
      <w:r w:rsidRPr="00415899">
        <w:rPr>
          <w:rFonts w:cs="Arial"/>
          <w:sz w:val="20"/>
          <w:szCs w:val="20"/>
        </w:rPr>
        <w:t xml:space="preserve"> </w:t>
      </w:r>
      <w:proofErr w:type="spellStart"/>
      <w:r w:rsidRPr="00415899">
        <w:rPr>
          <w:rFonts w:cs="Arial"/>
          <w:sz w:val="20"/>
          <w:szCs w:val="20"/>
        </w:rPr>
        <w:t>ochranné</w:t>
      </w:r>
      <w:proofErr w:type="spellEnd"/>
      <w:r w:rsidRPr="00415899">
        <w:rPr>
          <w:rFonts w:cs="Arial"/>
          <w:sz w:val="20"/>
          <w:szCs w:val="20"/>
        </w:rPr>
        <w:t xml:space="preserve"> </w:t>
      </w:r>
      <w:proofErr w:type="spellStart"/>
      <w:r w:rsidRPr="00415899">
        <w:rPr>
          <w:rFonts w:cs="Arial"/>
          <w:sz w:val="20"/>
          <w:szCs w:val="20"/>
        </w:rPr>
        <w:t>známky</w:t>
      </w:r>
      <w:proofErr w:type="spellEnd"/>
      <w:r w:rsidRPr="00415899">
        <w:rPr>
          <w:rFonts w:cs="Arial"/>
          <w:sz w:val="20"/>
          <w:szCs w:val="20"/>
        </w:rPr>
        <w:t xml:space="preserve"> se do </w:t>
      </w:r>
      <w:proofErr w:type="spellStart"/>
      <w:r w:rsidRPr="00415899">
        <w:rPr>
          <w:rFonts w:cs="Arial"/>
          <w:sz w:val="20"/>
          <w:szCs w:val="20"/>
        </w:rPr>
        <w:t>návrhu</w:t>
      </w:r>
      <w:proofErr w:type="spellEnd"/>
      <w:r w:rsidRPr="00415899">
        <w:rPr>
          <w:rFonts w:cs="Arial"/>
          <w:sz w:val="20"/>
          <w:szCs w:val="20"/>
        </w:rPr>
        <w:t xml:space="preserve"> </w:t>
      </w:r>
      <w:proofErr w:type="spellStart"/>
      <w:r w:rsidRPr="00415899">
        <w:rPr>
          <w:rFonts w:cs="Arial"/>
          <w:sz w:val="20"/>
          <w:szCs w:val="20"/>
        </w:rPr>
        <w:t>nevkládají</w:t>
      </w:r>
      <w:proofErr w:type="spellEnd"/>
      <w:r w:rsidRPr="00415899">
        <w:rPr>
          <w:rFonts w:cs="Arial"/>
          <w:sz w:val="20"/>
          <w:szCs w:val="20"/>
        </w:rPr>
        <w:t xml:space="preserve">, </w:t>
      </w:r>
      <w:proofErr w:type="spellStart"/>
      <w:r w:rsidRPr="00415899">
        <w:rPr>
          <w:rFonts w:cs="Arial"/>
          <w:sz w:val="20"/>
          <w:szCs w:val="20"/>
        </w:rPr>
        <w:t>pokud</w:t>
      </w:r>
      <w:proofErr w:type="spellEnd"/>
      <w:r w:rsidRPr="00415899">
        <w:rPr>
          <w:rFonts w:cs="Arial"/>
          <w:sz w:val="20"/>
          <w:szCs w:val="20"/>
        </w:rPr>
        <w:t xml:space="preserve"> </w:t>
      </w:r>
      <w:proofErr w:type="spellStart"/>
      <w:r w:rsidRPr="00415899">
        <w:rPr>
          <w:rFonts w:cs="Arial"/>
          <w:sz w:val="20"/>
          <w:szCs w:val="20"/>
        </w:rPr>
        <w:t>Pořadatel</w:t>
      </w:r>
      <w:proofErr w:type="spellEnd"/>
      <w:r w:rsidRPr="00415899">
        <w:rPr>
          <w:rFonts w:cs="Arial"/>
          <w:sz w:val="20"/>
          <w:szCs w:val="20"/>
        </w:rPr>
        <w:t xml:space="preserve"> </w:t>
      </w:r>
      <w:proofErr w:type="spellStart"/>
      <w:r w:rsidRPr="00415899">
        <w:rPr>
          <w:rFonts w:cs="Arial"/>
          <w:sz w:val="20"/>
          <w:szCs w:val="20"/>
        </w:rPr>
        <w:t>neposkytne</w:t>
      </w:r>
      <w:proofErr w:type="spellEnd"/>
      <w:r w:rsidRPr="00415899">
        <w:rPr>
          <w:rFonts w:cs="Arial"/>
          <w:sz w:val="20"/>
          <w:szCs w:val="20"/>
        </w:rPr>
        <w:t xml:space="preserve"> </w:t>
      </w:r>
      <w:proofErr w:type="spellStart"/>
      <w:r w:rsidRPr="00415899">
        <w:rPr>
          <w:rFonts w:cs="Arial"/>
          <w:sz w:val="20"/>
          <w:szCs w:val="20"/>
        </w:rPr>
        <w:t>závazný</w:t>
      </w:r>
      <w:proofErr w:type="spellEnd"/>
      <w:r w:rsidRPr="00415899">
        <w:rPr>
          <w:rFonts w:cs="Arial"/>
          <w:sz w:val="20"/>
          <w:szCs w:val="20"/>
        </w:rPr>
        <w:t xml:space="preserve"> </w:t>
      </w:r>
      <w:proofErr w:type="spellStart"/>
      <w:r w:rsidRPr="00415899">
        <w:rPr>
          <w:rFonts w:cs="Arial"/>
          <w:sz w:val="20"/>
          <w:szCs w:val="20"/>
        </w:rPr>
        <w:t>podklad</w:t>
      </w:r>
      <w:proofErr w:type="spellEnd"/>
      <w:r w:rsidRPr="00415899">
        <w:rPr>
          <w:rFonts w:cs="Arial"/>
          <w:sz w:val="20"/>
          <w:szCs w:val="20"/>
        </w:rPr>
        <w:t xml:space="preserve"> a </w:t>
      </w:r>
      <w:proofErr w:type="spellStart"/>
      <w:r w:rsidRPr="00415899">
        <w:rPr>
          <w:rFonts w:cs="Arial"/>
          <w:sz w:val="20"/>
          <w:szCs w:val="20"/>
        </w:rPr>
        <w:t>písemné</w:t>
      </w:r>
      <w:proofErr w:type="spellEnd"/>
      <w:r w:rsidRPr="00415899">
        <w:rPr>
          <w:rFonts w:cs="Arial"/>
          <w:sz w:val="20"/>
          <w:szCs w:val="20"/>
        </w:rPr>
        <w:t xml:space="preserve"> </w:t>
      </w:r>
      <w:proofErr w:type="spellStart"/>
      <w:r w:rsidRPr="00415899">
        <w:rPr>
          <w:rFonts w:cs="Arial"/>
          <w:sz w:val="20"/>
          <w:szCs w:val="20"/>
        </w:rPr>
        <w:t>pokyny</w:t>
      </w:r>
      <w:proofErr w:type="spellEnd"/>
      <w:r w:rsidRPr="00415899">
        <w:rPr>
          <w:rFonts w:cs="Arial"/>
          <w:sz w:val="20"/>
          <w:szCs w:val="20"/>
        </w:rPr>
        <w:t>.</w:t>
      </w:r>
    </w:p>
    <w:p w14:paraId="27C6A1F3" w14:textId="77777777" w:rsidR="003F3D56" w:rsidRPr="00415899" w:rsidRDefault="00DA020F">
      <w:pPr>
        <w:pStyle w:val="Seznamsodrkami"/>
        <w:spacing w:after="60"/>
        <w:ind w:left="547" w:hanging="274"/>
        <w:rPr>
          <w:rFonts w:cs="Arial"/>
          <w:sz w:val="20"/>
          <w:szCs w:val="20"/>
        </w:rPr>
      </w:pPr>
      <w:proofErr w:type="spellStart"/>
      <w:r w:rsidRPr="00415899">
        <w:rPr>
          <w:rFonts w:cs="Arial"/>
          <w:sz w:val="20"/>
          <w:szCs w:val="20"/>
        </w:rPr>
        <w:t>Návrh</w:t>
      </w:r>
      <w:proofErr w:type="spellEnd"/>
      <w:r w:rsidRPr="00415899">
        <w:rPr>
          <w:rFonts w:cs="Arial"/>
          <w:sz w:val="20"/>
          <w:szCs w:val="20"/>
        </w:rPr>
        <w:t xml:space="preserve"> </w:t>
      </w:r>
      <w:proofErr w:type="spellStart"/>
      <w:r w:rsidRPr="00415899">
        <w:rPr>
          <w:rFonts w:cs="Arial"/>
          <w:sz w:val="20"/>
          <w:szCs w:val="20"/>
        </w:rPr>
        <w:t>může</w:t>
      </w:r>
      <w:proofErr w:type="spellEnd"/>
      <w:r w:rsidRPr="00415899">
        <w:rPr>
          <w:rFonts w:cs="Arial"/>
          <w:sz w:val="20"/>
          <w:szCs w:val="20"/>
        </w:rPr>
        <w:t xml:space="preserve"> </w:t>
      </w:r>
      <w:proofErr w:type="spellStart"/>
      <w:r w:rsidRPr="00415899">
        <w:rPr>
          <w:rFonts w:cs="Arial"/>
          <w:sz w:val="20"/>
          <w:szCs w:val="20"/>
        </w:rPr>
        <w:t>být</w:t>
      </w:r>
      <w:proofErr w:type="spellEnd"/>
      <w:r w:rsidRPr="00415899">
        <w:rPr>
          <w:rFonts w:cs="Arial"/>
          <w:sz w:val="20"/>
          <w:szCs w:val="20"/>
        </w:rPr>
        <w:t xml:space="preserve"> </w:t>
      </w:r>
      <w:proofErr w:type="spellStart"/>
      <w:r w:rsidRPr="00415899">
        <w:rPr>
          <w:rFonts w:cs="Arial"/>
          <w:sz w:val="20"/>
          <w:szCs w:val="20"/>
        </w:rPr>
        <w:t>vytvořen</w:t>
      </w:r>
      <w:proofErr w:type="spellEnd"/>
      <w:r w:rsidRPr="00415899">
        <w:rPr>
          <w:rFonts w:cs="Arial"/>
          <w:sz w:val="20"/>
          <w:szCs w:val="20"/>
        </w:rPr>
        <w:t xml:space="preserve"> </w:t>
      </w:r>
      <w:proofErr w:type="spellStart"/>
      <w:r w:rsidRPr="00415899">
        <w:rPr>
          <w:rFonts w:cs="Arial"/>
          <w:sz w:val="20"/>
          <w:szCs w:val="20"/>
        </w:rPr>
        <w:t>vlastní</w:t>
      </w:r>
      <w:proofErr w:type="spellEnd"/>
      <w:r w:rsidRPr="00415899">
        <w:rPr>
          <w:rFonts w:cs="Arial"/>
          <w:sz w:val="20"/>
          <w:szCs w:val="20"/>
        </w:rPr>
        <w:t xml:space="preserve"> </w:t>
      </w:r>
      <w:proofErr w:type="spellStart"/>
      <w:r w:rsidRPr="00415899">
        <w:rPr>
          <w:rFonts w:cs="Arial"/>
          <w:sz w:val="20"/>
          <w:szCs w:val="20"/>
        </w:rPr>
        <w:t>tvorbou</w:t>
      </w:r>
      <w:proofErr w:type="spellEnd"/>
      <w:r w:rsidRPr="00415899">
        <w:rPr>
          <w:rFonts w:cs="Arial"/>
          <w:sz w:val="20"/>
          <w:szCs w:val="20"/>
        </w:rPr>
        <w:t xml:space="preserve">, s </w:t>
      </w:r>
      <w:proofErr w:type="spellStart"/>
      <w:r w:rsidRPr="00415899">
        <w:rPr>
          <w:rFonts w:cs="Arial"/>
          <w:sz w:val="20"/>
          <w:szCs w:val="20"/>
        </w:rPr>
        <w:t>pomocí</w:t>
      </w:r>
      <w:proofErr w:type="spellEnd"/>
      <w:r w:rsidRPr="00415899">
        <w:rPr>
          <w:rFonts w:cs="Arial"/>
          <w:sz w:val="20"/>
          <w:szCs w:val="20"/>
        </w:rPr>
        <w:t xml:space="preserve"> </w:t>
      </w:r>
      <w:proofErr w:type="spellStart"/>
      <w:r w:rsidRPr="00415899">
        <w:rPr>
          <w:rFonts w:cs="Arial"/>
          <w:sz w:val="20"/>
          <w:szCs w:val="20"/>
        </w:rPr>
        <w:t>umělé</w:t>
      </w:r>
      <w:proofErr w:type="spellEnd"/>
      <w:r w:rsidRPr="00415899">
        <w:rPr>
          <w:rFonts w:cs="Arial"/>
          <w:sz w:val="20"/>
          <w:szCs w:val="20"/>
        </w:rPr>
        <w:t xml:space="preserve"> </w:t>
      </w:r>
      <w:proofErr w:type="spellStart"/>
      <w:r w:rsidRPr="00415899">
        <w:rPr>
          <w:rFonts w:cs="Arial"/>
          <w:sz w:val="20"/>
          <w:szCs w:val="20"/>
        </w:rPr>
        <w:t>inteligence</w:t>
      </w:r>
      <w:proofErr w:type="spellEnd"/>
      <w:r w:rsidRPr="00415899">
        <w:rPr>
          <w:rFonts w:cs="Arial"/>
          <w:sz w:val="20"/>
          <w:szCs w:val="20"/>
        </w:rPr>
        <w:t xml:space="preserve"> </w:t>
      </w:r>
      <w:proofErr w:type="spellStart"/>
      <w:r w:rsidRPr="00415899">
        <w:rPr>
          <w:rFonts w:cs="Arial"/>
          <w:sz w:val="20"/>
          <w:szCs w:val="20"/>
        </w:rPr>
        <w:t>nebo</w:t>
      </w:r>
      <w:proofErr w:type="spellEnd"/>
      <w:r w:rsidRPr="00415899">
        <w:rPr>
          <w:rFonts w:cs="Arial"/>
          <w:sz w:val="20"/>
          <w:szCs w:val="20"/>
        </w:rPr>
        <w:t xml:space="preserve"> </w:t>
      </w:r>
      <w:proofErr w:type="spellStart"/>
      <w:r w:rsidRPr="00415899">
        <w:rPr>
          <w:rFonts w:cs="Arial"/>
          <w:sz w:val="20"/>
          <w:szCs w:val="20"/>
        </w:rPr>
        <w:t>převážně</w:t>
      </w:r>
      <w:proofErr w:type="spellEnd"/>
      <w:r w:rsidRPr="00415899">
        <w:rPr>
          <w:rFonts w:cs="Arial"/>
          <w:sz w:val="20"/>
          <w:szCs w:val="20"/>
        </w:rPr>
        <w:t xml:space="preserve"> </w:t>
      </w:r>
      <w:proofErr w:type="spellStart"/>
      <w:r w:rsidRPr="00415899">
        <w:rPr>
          <w:rFonts w:cs="Arial"/>
          <w:sz w:val="20"/>
          <w:szCs w:val="20"/>
        </w:rPr>
        <w:t>či</w:t>
      </w:r>
      <w:proofErr w:type="spellEnd"/>
      <w:r w:rsidRPr="00415899">
        <w:rPr>
          <w:rFonts w:cs="Arial"/>
          <w:sz w:val="20"/>
          <w:szCs w:val="20"/>
        </w:rPr>
        <w:t xml:space="preserve"> </w:t>
      </w:r>
      <w:proofErr w:type="spellStart"/>
      <w:r w:rsidRPr="00415899">
        <w:rPr>
          <w:rFonts w:cs="Arial"/>
          <w:sz w:val="20"/>
          <w:szCs w:val="20"/>
        </w:rPr>
        <w:t>zcela</w:t>
      </w:r>
      <w:proofErr w:type="spellEnd"/>
      <w:r w:rsidRPr="00415899">
        <w:rPr>
          <w:rFonts w:cs="Arial"/>
          <w:sz w:val="20"/>
          <w:szCs w:val="20"/>
        </w:rPr>
        <w:t xml:space="preserve"> </w:t>
      </w:r>
      <w:proofErr w:type="spellStart"/>
      <w:r w:rsidRPr="00415899">
        <w:rPr>
          <w:rFonts w:cs="Arial"/>
          <w:sz w:val="20"/>
          <w:szCs w:val="20"/>
        </w:rPr>
        <w:t>vygenerován</w:t>
      </w:r>
      <w:proofErr w:type="spellEnd"/>
      <w:r w:rsidRPr="00415899">
        <w:rPr>
          <w:rFonts w:cs="Arial"/>
          <w:sz w:val="20"/>
          <w:szCs w:val="20"/>
        </w:rPr>
        <w:t xml:space="preserve"> </w:t>
      </w:r>
      <w:proofErr w:type="spellStart"/>
      <w:r w:rsidRPr="00415899">
        <w:rPr>
          <w:rFonts w:cs="Arial"/>
          <w:sz w:val="20"/>
          <w:szCs w:val="20"/>
        </w:rPr>
        <w:t>nástrojem</w:t>
      </w:r>
      <w:proofErr w:type="spellEnd"/>
      <w:r w:rsidRPr="00415899">
        <w:rPr>
          <w:rFonts w:cs="Arial"/>
          <w:sz w:val="20"/>
          <w:szCs w:val="20"/>
        </w:rPr>
        <w:t xml:space="preserve"> </w:t>
      </w:r>
      <w:proofErr w:type="spellStart"/>
      <w:r w:rsidRPr="00415899">
        <w:rPr>
          <w:rFonts w:cs="Arial"/>
          <w:sz w:val="20"/>
          <w:szCs w:val="20"/>
        </w:rPr>
        <w:t>umělé</w:t>
      </w:r>
      <w:proofErr w:type="spellEnd"/>
      <w:r w:rsidRPr="00415899">
        <w:rPr>
          <w:rFonts w:cs="Arial"/>
          <w:sz w:val="20"/>
          <w:szCs w:val="20"/>
        </w:rPr>
        <w:t xml:space="preserve"> </w:t>
      </w:r>
      <w:proofErr w:type="spellStart"/>
      <w:r w:rsidRPr="00415899">
        <w:rPr>
          <w:rFonts w:cs="Arial"/>
          <w:sz w:val="20"/>
          <w:szCs w:val="20"/>
        </w:rPr>
        <w:t>inteligence</w:t>
      </w:r>
      <w:proofErr w:type="spellEnd"/>
      <w:r w:rsidRPr="00415899">
        <w:rPr>
          <w:rFonts w:cs="Arial"/>
          <w:sz w:val="20"/>
          <w:szCs w:val="20"/>
        </w:rPr>
        <w:t xml:space="preserve">. </w:t>
      </w:r>
      <w:proofErr w:type="spellStart"/>
      <w:r w:rsidRPr="00415899">
        <w:rPr>
          <w:rFonts w:cs="Arial"/>
          <w:sz w:val="20"/>
          <w:szCs w:val="20"/>
        </w:rPr>
        <w:t>Použití</w:t>
      </w:r>
      <w:proofErr w:type="spellEnd"/>
      <w:r w:rsidRPr="00415899">
        <w:rPr>
          <w:rFonts w:cs="Arial"/>
          <w:sz w:val="20"/>
          <w:szCs w:val="20"/>
        </w:rPr>
        <w:t xml:space="preserve"> AI </w:t>
      </w:r>
      <w:proofErr w:type="spellStart"/>
      <w:r w:rsidRPr="00415899">
        <w:rPr>
          <w:rFonts w:cs="Arial"/>
          <w:sz w:val="20"/>
          <w:szCs w:val="20"/>
        </w:rPr>
        <w:t>musí</w:t>
      </w:r>
      <w:proofErr w:type="spellEnd"/>
      <w:r w:rsidRPr="00415899">
        <w:rPr>
          <w:rFonts w:cs="Arial"/>
          <w:sz w:val="20"/>
          <w:szCs w:val="20"/>
        </w:rPr>
        <w:t xml:space="preserve"> </w:t>
      </w:r>
      <w:proofErr w:type="spellStart"/>
      <w:r w:rsidRPr="00415899">
        <w:rPr>
          <w:rFonts w:cs="Arial"/>
          <w:sz w:val="20"/>
          <w:szCs w:val="20"/>
        </w:rPr>
        <w:t>být</w:t>
      </w:r>
      <w:proofErr w:type="spellEnd"/>
      <w:r w:rsidRPr="00415899">
        <w:rPr>
          <w:rFonts w:cs="Arial"/>
          <w:sz w:val="20"/>
          <w:szCs w:val="20"/>
        </w:rPr>
        <w:t xml:space="preserve"> v </w:t>
      </w:r>
      <w:proofErr w:type="spellStart"/>
      <w:r w:rsidRPr="00415899">
        <w:rPr>
          <w:rFonts w:cs="Arial"/>
          <w:sz w:val="20"/>
          <w:szCs w:val="20"/>
        </w:rPr>
        <w:t>přihlášce</w:t>
      </w:r>
      <w:proofErr w:type="spellEnd"/>
      <w:r w:rsidRPr="00415899">
        <w:rPr>
          <w:rFonts w:cs="Arial"/>
          <w:sz w:val="20"/>
          <w:szCs w:val="20"/>
        </w:rPr>
        <w:t xml:space="preserve"> </w:t>
      </w:r>
      <w:proofErr w:type="spellStart"/>
      <w:r w:rsidRPr="00415899">
        <w:rPr>
          <w:rFonts w:cs="Arial"/>
          <w:sz w:val="20"/>
          <w:szCs w:val="20"/>
        </w:rPr>
        <w:t>výslovně</w:t>
      </w:r>
      <w:proofErr w:type="spellEnd"/>
      <w:r w:rsidRPr="00415899">
        <w:rPr>
          <w:rFonts w:cs="Arial"/>
          <w:sz w:val="20"/>
          <w:szCs w:val="20"/>
        </w:rPr>
        <w:t xml:space="preserve"> a </w:t>
      </w:r>
      <w:proofErr w:type="spellStart"/>
      <w:r w:rsidRPr="00415899">
        <w:rPr>
          <w:rFonts w:cs="Arial"/>
          <w:sz w:val="20"/>
          <w:szCs w:val="20"/>
        </w:rPr>
        <w:t>pravdivě</w:t>
      </w:r>
      <w:proofErr w:type="spellEnd"/>
      <w:r w:rsidRPr="00415899">
        <w:rPr>
          <w:rFonts w:cs="Arial"/>
          <w:sz w:val="20"/>
          <w:szCs w:val="20"/>
        </w:rPr>
        <w:t xml:space="preserve"> </w:t>
      </w:r>
      <w:proofErr w:type="spellStart"/>
      <w:r w:rsidRPr="00415899">
        <w:rPr>
          <w:rFonts w:cs="Arial"/>
          <w:sz w:val="20"/>
          <w:szCs w:val="20"/>
        </w:rPr>
        <w:t>označeno</w:t>
      </w:r>
      <w:proofErr w:type="spellEnd"/>
      <w:r w:rsidRPr="00415899">
        <w:rPr>
          <w:rFonts w:cs="Arial"/>
          <w:sz w:val="20"/>
          <w:szCs w:val="20"/>
        </w:rPr>
        <w:t xml:space="preserve"> </w:t>
      </w:r>
      <w:proofErr w:type="spellStart"/>
      <w:r w:rsidRPr="00415899">
        <w:rPr>
          <w:rFonts w:cs="Arial"/>
          <w:sz w:val="20"/>
          <w:szCs w:val="20"/>
        </w:rPr>
        <w:t>podle</w:t>
      </w:r>
      <w:proofErr w:type="spellEnd"/>
      <w:r w:rsidRPr="00415899">
        <w:rPr>
          <w:rFonts w:cs="Arial"/>
          <w:sz w:val="20"/>
          <w:szCs w:val="20"/>
        </w:rPr>
        <w:t xml:space="preserve"> </w:t>
      </w:r>
      <w:proofErr w:type="spellStart"/>
      <w:r w:rsidRPr="00415899">
        <w:rPr>
          <w:rFonts w:cs="Arial"/>
          <w:sz w:val="20"/>
          <w:szCs w:val="20"/>
        </w:rPr>
        <w:t>čl</w:t>
      </w:r>
      <w:proofErr w:type="spellEnd"/>
      <w:r w:rsidRPr="00415899">
        <w:rPr>
          <w:rFonts w:cs="Arial"/>
          <w:sz w:val="20"/>
          <w:szCs w:val="20"/>
        </w:rPr>
        <w:t xml:space="preserve">. 7. </w:t>
      </w:r>
      <w:proofErr w:type="spellStart"/>
      <w:r w:rsidRPr="00415899">
        <w:rPr>
          <w:rFonts w:cs="Arial"/>
          <w:sz w:val="20"/>
          <w:szCs w:val="20"/>
        </w:rPr>
        <w:t>Soutěžící</w:t>
      </w:r>
      <w:proofErr w:type="spellEnd"/>
      <w:r w:rsidRPr="00415899">
        <w:rPr>
          <w:rFonts w:cs="Arial"/>
          <w:sz w:val="20"/>
          <w:szCs w:val="20"/>
        </w:rPr>
        <w:t xml:space="preserve"> </w:t>
      </w:r>
      <w:proofErr w:type="spellStart"/>
      <w:r w:rsidRPr="00415899">
        <w:rPr>
          <w:rFonts w:cs="Arial"/>
          <w:sz w:val="20"/>
          <w:szCs w:val="20"/>
        </w:rPr>
        <w:t>musí</w:t>
      </w:r>
      <w:proofErr w:type="spellEnd"/>
      <w:r w:rsidRPr="00415899">
        <w:rPr>
          <w:rFonts w:cs="Arial"/>
          <w:sz w:val="20"/>
          <w:szCs w:val="20"/>
        </w:rPr>
        <w:t xml:space="preserve"> </w:t>
      </w:r>
      <w:proofErr w:type="spellStart"/>
      <w:r w:rsidRPr="00415899">
        <w:rPr>
          <w:rFonts w:cs="Arial"/>
          <w:sz w:val="20"/>
          <w:szCs w:val="20"/>
        </w:rPr>
        <w:t>být</w:t>
      </w:r>
      <w:proofErr w:type="spellEnd"/>
      <w:r w:rsidRPr="00415899">
        <w:rPr>
          <w:rFonts w:cs="Arial"/>
          <w:sz w:val="20"/>
          <w:szCs w:val="20"/>
        </w:rPr>
        <w:t xml:space="preserve"> </w:t>
      </w:r>
      <w:proofErr w:type="spellStart"/>
      <w:r w:rsidRPr="00415899">
        <w:rPr>
          <w:rFonts w:cs="Arial"/>
          <w:sz w:val="20"/>
          <w:szCs w:val="20"/>
        </w:rPr>
        <w:t>oprávněn</w:t>
      </w:r>
      <w:proofErr w:type="spellEnd"/>
      <w:r w:rsidRPr="00415899">
        <w:rPr>
          <w:rFonts w:cs="Arial"/>
          <w:sz w:val="20"/>
          <w:szCs w:val="20"/>
        </w:rPr>
        <w:t xml:space="preserve"> </w:t>
      </w:r>
      <w:proofErr w:type="spellStart"/>
      <w:r w:rsidRPr="00415899">
        <w:rPr>
          <w:rFonts w:cs="Arial"/>
          <w:sz w:val="20"/>
          <w:szCs w:val="20"/>
        </w:rPr>
        <w:t>výstup</w:t>
      </w:r>
      <w:proofErr w:type="spellEnd"/>
      <w:r w:rsidRPr="00415899">
        <w:rPr>
          <w:rFonts w:cs="Arial"/>
          <w:sz w:val="20"/>
          <w:szCs w:val="20"/>
        </w:rPr>
        <w:t xml:space="preserve"> </w:t>
      </w:r>
      <w:proofErr w:type="spellStart"/>
      <w:r w:rsidRPr="00415899">
        <w:rPr>
          <w:rFonts w:cs="Arial"/>
          <w:sz w:val="20"/>
          <w:szCs w:val="20"/>
        </w:rPr>
        <w:t>použít</w:t>
      </w:r>
      <w:proofErr w:type="spellEnd"/>
      <w:r w:rsidRPr="00415899">
        <w:rPr>
          <w:rFonts w:cs="Arial"/>
          <w:sz w:val="20"/>
          <w:szCs w:val="20"/>
        </w:rPr>
        <w:t xml:space="preserve"> a </w:t>
      </w:r>
      <w:proofErr w:type="spellStart"/>
      <w:r w:rsidRPr="00415899">
        <w:rPr>
          <w:rFonts w:cs="Arial"/>
          <w:sz w:val="20"/>
          <w:szCs w:val="20"/>
        </w:rPr>
        <w:t>poskytnout</w:t>
      </w:r>
      <w:proofErr w:type="spellEnd"/>
      <w:r w:rsidRPr="00415899">
        <w:rPr>
          <w:rFonts w:cs="Arial"/>
          <w:sz w:val="20"/>
          <w:szCs w:val="20"/>
        </w:rPr>
        <w:t xml:space="preserve"> k </w:t>
      </w:r>
      <w:proofErr w:type="spellStart"/>
      <w:r w:rsidRPr="00415899">
        <w:rPr>
          <w:rFonts w:cs="Arial"/>
          <w:sz w:val="20"/>
          <w:szCs w:val="20"/>
        </w:rPr>
        <w:t>němu</w:t>
      </w:r>
      <w:proofErr w:type="spellEnd"/>
      <w:r w:rsidRPr="00415899">
        <w:rPr>
          <w:rFonts w:cs="Arial"/>
          <w:sz w:val="20"/>
          <w:szCs w:val="20"/>
        </w:rPr>
        <w:t xml:space="preserve"> </w:t>
      </w:r>
      <w:proofErr w:type="spellStart"/>
      <w:r w:rsidRPr="00415899">
        <w:rPr>
          <w:rFonts w:cs="Arial"/>
          <w:sz w:val="20"/>
          <w:szCs w:val="20"/>
        </w:rPr>
        <w:t>práva</w:t>
      </w:r>
      <w:proofErr w:type="spellEnd"/>
      <w:r w:rsidRPr="00415899">
        <w:rPr>
          <w:rFonts w:cs="Arial"/>
          <w:sz w:val="20"/>
          <w:szCs w:val="20"/>
        </w:rPr>
        <w:t xml:space="preserve"> v </w:t>
      </w:r>
      <w:proofErr w:type="spellStart"/>
      <w:r w:rsidRPr="00415899">
        <w:rPr>
          <w:rFonts w:cs="Arial"/>
          <w:sz w:val="20"/>
          <w:szCs w:val="20"/>
        </w:rPr>
        <w:t>rozsahu</w:t>
      </w:r>
      <w:proofErr w:type="spellEnd"/>
      <w:r w:rsidRPr="00415899">
        <w:rPr>
          <w:rFonts w:cs="Arial"/>
          <w:sz w:val="20"/>
          <w:szCs w:val="20"/>
        </w:rPr>
        <w:t xml:space="preserve"> </w:t>
      </w:r>
      <w:proofErr w:type="spellStart"/>
      <w:r w:rsidRPr="00415899">
        <w:rPr>
          <w:rFonts w:cs="Arial"/>
          <w:sz w:val="20"/>
          <w:szCs w:val="20"/>
        </w:rPr>
        <w:t>těchto</w:t>
      </w:r>
      <w:proofErr w:type="spellEnd"/>
      <w:r w:rsidRPr="00415899">
        <w:rPr>
          <w:rFonts w:cs="Arial"/>
          <w:sz w:val="20"/>
          <w:szCs w:val="20"/>
        </w:rPr>
        <w:t xml:space="preserve"> </w:t>
      </w:r>
      <w:proofErr w:type="spellStart"/>
      <w:r w:rsidRPr="00415899">
        <w:rPr>
          <w:rFonts w:cs="Arial"/>
          <w:sz w:val="20"/>
          <w:szCs w:val="20"/>
        </w:rPr>
        <w:t>pravidel</w:t>
      </w:r>
      <w:proofErr w:type="spellEnd"/>
      <w:r w:rsidRPr="00415899">
        <w:rPr>
          <w:rFonts w:cs="Arial"/>
          <w:sz w:val="20"/>
          <w:szCs w:val="20"/>
        </w:rPr>
        <w:t xml:space="preserve"> </w:t>
      </w:r>
      <w:proofErr w:type="spellStart"/>
      <w:r w:rsidRPr="00415899">
        <w:rPr>
          <w:rFonts w:cs="Arial"/>
          <w:sz w:val="20"/>
          <w:szCs w:val="20"/>
        </w:rPr>
        <w:t>podle</w:t>
      </w:r>
      <w:proofErr w:type="spellEnd"/>
      <w:r w:rsidRPr="00415899">
        <w:rPr>
          <w:rFonts w:cs="Arial"/>
          <w:sz w:val="20"/>
          <w:szCs w:val="20"/>
        </w:rPr>
        <w:t xml:space="preserve"> </w:t>
      </w:r>
      <w:proofErr w:type="spellStart"/>
      <w:r w:rsidRPr="00415899">
        <w:rPr>
          <w:rFonts w:cs="Arial"/>
          <w:sz w:val="20"/>
          <w:szCs w:val="20"/>
        </w:rPr>
        <w:t>podmínek</w:t>
      </w:r>
      <w:proofErr w:type="spellEnd"/>
      <w:r w:rsidRPr="00415899">
        <w:rPr>
          <w:rFonts w:cs="Arial"/>
          <w:sz w:val="20"/>
          <w:szCs w:val="20"/>
        </w:rPr>
        <w:t xml:space="preserve"> </w:t>
      </w:r>
      <w:proofErr w:type="spellStart"/>
      <w:r w:rsidRPr="00415899">
        <w:rPr>
          <w:rFonts w:cs="Arial"/>
          <w:sz w:val="20"/>
          <w:szCs w:val="20"/>
        </w:rPr>
        <w:t>použitého</w:t>
      </w:r>
      <w:proofErr w:type="spellEnd"/>
      <w:r w:rsidRPr="00415899">
        <w:rPr>
          <w:rFonts w:cs="Arial"/>
          <w:sz w:val="20"/>
          <w:szCs w:val="20"/>
        </w:rPr>
        <w:t xml:space="preserve"> </w:t>
      </w:r>
      <w:proofErr w:type="spellStart"/>
      <w:r w:rsidRPr="00415899">
        <w:rPr>
          <w:rFonts w:cs="Arial"/>
          <w:sz w:val="20"/>
          <w:szCs w:val="20"/>
        </w:rPr>
        <w:t>nástroje</w:t>
      </w:r>
      <w:proofErr w:type="spellEnd"/>
      <w:r w:rsidRPr="00415899">
        <w:rPr>
          <w:rFonts w:cs="Arial"/>
          <w:sz w:val="20"/>
          <w:szCs w:val="20"/>
        </w:rPr>
        <w:t>.</w:t>
      </w:r>
    </w:p>
    <w:p w14:paraId="0A3FAAF1" w14:textId="77777777" w:rsidR="003F3D56" w:rsidRPr="00415899" w:rsidRDefault="00DA020F">
      <w:pPr>
        <w:pStyle w:val="Seznamsodrkami"/>
        <w:spacing w:after="60"/>
        <w:ind w:left="547" w:hanging="274"/>
        <w:rPr>
          <w:rFonts w:cs="Arial"/>
          <w:sz w:val="20"/>
          <w:szCs w:val="20"/>
        </w:rPr>
      </w:pPr>
      <w:proofErr w:type="spellStart"/>
      <w:r w:rsidRPr="00415899">
        <w:rPr>
          <w:rFonts w:cs="Arial"/>
          <w:sz w:val="20"/>
          <w:szCs w:val="20"/>
        </w:rPr>
        <w:t>Pořadatel</w:t>
      </w:r>
      <w:proofErr w:type="spellEnd"/>
      <w:r w:rsidRPr="00415899">
        <w:rPr>
          <w:rFonts w:cs="Arial"/>
          <w:sz w:val="20"/>
          <w:szCs w:val="20"/>
        </w:rPr>
        <w:t xml:space="preserve"> </w:t>
      </w:r>
      <w:proofErr w:type="spellStart"/>
      <w:r w:rsidRPr="00415899">
        <w:rPr>
          <w:rFonts w:cs="Arial"/>
          <w:sz w:val="20"/>
          <w:szCs w:val="20"/>
        </w:rPr>
        <w:t>může</w:t>
      </w:r>
      <w:proofErr w:type="spellEnd"/>
      <w:r w:rsidRPr="00415899">
        <w:rPr>
          <w:rFonts w:cs="Arial"/>
          <w:sz w:val="20"/>
          <w:szCs w:val="20"/>
        </w:rPr>
        <w:t xml:space="preserve"> </w:t>
      </w:r>
      <w:proofErr w:type="spellStart"/>
      <w:r w:rsidRPr="00415899">
        <w:rPr>
          <w:rFonts w:cs="Arial"/>
          <w:sz w:val="20"/>
          <w:szCs w:val="20"/>
        </w:rPr>
        <w:t>požadovat</w:t>
      </w:r>
      <w:proofErr w:type="spellEnd"/>
      <w:r w:rsidRPr="00415899">
        <w:rPr>
          <w:rFonts w:cs="Arial"/>
          <w:sz w:val="20"/>
          <w:szCs w:val="20"/>
        </w:rPr>
        <w:t xml:space="preserve"> </w:t>
      </w:r>
      <w:proofErr w:type="spellStart"/>
      <w:r w:rsidRPr="00415899">
        <w:rPr>
          <w:rFonts w:cs="Arial"/>
          <w:sz w:val="20"/>
          <w:szCs w:val="20"/>
        </w:rPr>
        <w:t>název</w:t>
      </w:r>
      <w:proofErr w:type="spellEnd"/>
      <w:r w:rsidRPr="00415899">
        <w:rPr>
          <w:rFonts w:cs="Arial"/>
          <w:sz w:val="20"/>
          <w:szCs w:val="20"/>
        </w:rPr>
        <w:t xml:space="preserve"> </w:t>
      </w:r>
      <w:proofErr w:type="spellStart"/>
      <w:r w:rsidRPr="00415899">
        <w:rPr>
          <w:rFonts w:cs="Arial"/>
          <w:sz w:val="20"/>
          <w:szCs w:val="20"/>
        </w:rPr>
        <w:t>použitého</w:t>
      </w:r>
      <w:proofErr w:type="spellEnd"/>
      <w:r w:rsidRPr="00415899">
        <w:rPr>
          <w:rFonts w:cs="Arial"/>
          <w:sz w:val="20"/>
          <w:szCs w:val="20"/>
        </w:rPr>
        <w:t xml:space="preserve"> AI </w:t>
      </w:r>
      <w:proofErr w:type="spellStart"/>
      <w:r w:rsidRPr="00415899">
        <w:rPr>
          <w:rFonts w:cs="Arial"/>
          <w:sz w:val="20"/>
          <w:szCs w:val="20"/>
        </w:rPr>
        <w:t>nástroje</w:t>
      </w:r>
      <w:proofErr w:type="spellEnd"/>
      <w:r w:rsidRPr="00415899">
        <w:rPr>
          <w:rFonts w:cs="Arial"/>
          <w:sz w:val="20"/>
          <w:szCs w:val="20"/>
        </w:rPr>
        <w:t xml:space="preserve"> a </w:t>
      </w:r>
      <w:proofErr w:type="spellStart"/>
      <w:r w:rsidRPr="00415899">
        <w:rPr>
          <w:rFonts w:cs="Arial"/>
          <w:sz w:val="20"/>
          <w:szCs w:val="20"/>
        </w:rPr>
        <w:t>modelu</w:t>
      </w:r>
      <w:proofErr w:type="spellEnd"/>
      <w:r w:rsidRPr="00415899">
        <w:rPr>
          <w:rFonts w:cs="Arial"/>
          <w:sz w:val="20"/>
          <w:szCs w:val="20"/>
        </w:rPr>
        <w:t xml:space="preserve">, </w:t>
      </w:r>
      <w:proofErr w:type="spellStart"/>
      <w:r w:rsidRPr="00415899">
        <w:rPr>
          <w:rFonts w:cs="Arial"/>
          <w:sz w:val="20"/>
          <w:szCs w:val="20"/>
        </w:rPr>
        <w:t>zadání</w:t>
      </w:r>
      <w:proofErr w:type="spellEnd"/>
      <w:r w:rsidRPr="00415899">
        <w:rPr>
          <w:rFonts w:cs="Arial"/>
          <w:sz w:val="20"/>
          <w:szCs w:val="20"/>
        </w:rPr>
        <w:t xml:space="preserve"> (</w:t>
      </w:r>
      <w:proofErr w:type="spellStart"/>
      <w:r w:rsidRPr="00415899">
        <w:rPr>
          <w:rFonts w:cs="Arial"/>
          <w:sz w:val="20"/>
          <w:szCs w:val="20"/>
        </w:rPr>
        <w:t>prompty</w:t>
      </w:r>
      <w:proofErr w:type="spellEnd"/>
      <w:r w:rsidRPr="00415899">
        <w:rPr>
          <w:rFonts w:cs="Arial"/>
          <w:sz w:val="20"/>
          <w:szCs w:val="20"/>
        </w:rPr>
        <w:t xml:space="preserve">), </w:t>
      </w:r>
      <w:proofErr w:type="spellStart"/>
      <w:r w:rsidRPr="00415899">
        <w:rPr>
          <w:rFonts w:cs="Arial"/>
          <w:sz w:val="20"/>
          <w:szCs w:val="20"/>
        </w:rPr>
        <w:t>zdrojové</w:t>
      </w:r>
      <w:proofErr w:type="spellEnd"/>
      <w:r w:rsidRPr="00415899">
        <w:rPr>
          <w:rFonts w:cs="Arial"/>
          <w:sz w:val="20"/>
          <w:szCs w:val="20"/>
        </w:rPr>
        <w:t xml:space="preserve"> </w:t>
      </w:r>
      <w:proofErr w:type="spellStart"/>
      <w:r w:rsidRPr="00415899">
        <w:rPr>
          <w:rFonts w:cs="Arial"/>
          <w:sz w:val="20"/>
          <w:szCs w:val="20"/>
        </w:rPr>
        <w:t>podklady</w:t>
      </w:r>
      <w:proofErr w:type="spellEnd"/>
      <w:r w:rsidRPr="00415899">
        <w:rPr>
          <w:rFonts w:cs="Arial"/>
          <w:sz w:val="20"/>
          <w:szCs w:val="20"/>
        </w:rPr>
        <w:t xml:space="preserve">, </w:t>
      </w:r>
      <w:proofErr w:type="spellStart"/>
      <w:r w:rsidRPr="00415899">
        <w:rPr>
          <w:rFonts w:cs="Arial"/>
          <w:sz w:val="20"/>
          <w:szCs w:val="20"/>
        </w:rPr>
        <w:t>výstupy</w:t>
      </w:r>
      <w:proofErr w:type="spellEnd"/>
      <w:r w:rsidRPr="00415899">
        <w:rPr>
          <w:rFonts w:cs="Arial"/>
          <w:sz w:val="20"/>
          <w:szCs w:val="20"/>
        </w:rPr>
        <w:t xml:space="preserve"> </w:t>
      </w:r>
      <w:proofErr w:type="spellStart"/>
      <w:r w:rsidRPr="00415899">
        <w:rPr>
          <w:rFonts w:cs="Arial"/>
          <w:sz w:val="20"/>
          <w:szCs w:val="20"/>
        </w:rPr>
        <w:t>nebo</w:t>
      </w:r>
      <w:proofErr w:type="spellEnd"/>
      <w:r w:rsidRPr="00415899">
        <w:rPr>
          <w:rFonts w:cs="Arial"/>
          <w:sz w:val="20"/>
          <w:szCs w:val="20"/>
        </w:rPr>
        <w:t xml:space="preserve"> </w:t>
      </w:r>
      <w:proofErr w:type="spellStart"/>
      <w:r w:rsidRPr="00415899">
        <w:rPr>
          <w:rFonts w:cs="Arial"/>
          <w:sz w:val="20"/>
          <w:szCs w:val="20"/>
        </w:rPr>
        <w:t>stručný</w:t>
      </w:r>
      <w:proofErr w:type="spellEnd"/>
      <w:r w:rsidRPr="00415899">
        <w:rPr>
          <w:rFonts w:cs="Arial"/>
          <w:sz w:val="20"/>
          <w:szCs w:val="20"/>
        </w:rPr>
        <w:t xml:space="preserve"> </w:t>
      </w:r>
      <w:proofErr w:type="spellStart"/>
      <w:r w:rsidRPr="00415899">
        <w:rPr>
          <w:rFonts w:cs="Arial"/>
          <w:sz w:val="20"/>
          <w:szCs w:val="20"/>
        </w:rPr>
        <w:t>popis</w:t>
      </w:r>
      <w:proofErr w:type="spellEnd"/>
      <w:r w:rsidRPr="00415899">
        <w:rPr>
          <w:rFonts w:cs="Arial"/>
          <w:sz w:val="20"/>
          <w:szCs w:val="20"/>
        </w:rPr>
        <w:t xml:space="preserve"> </w:t>
      </w:r>
      <w:proofErr w:type="spellStart"/>
      <w:r w:rsidRPr="00415899">
        <w:rPr>
          <w:rFonts w:cs="Arial"/>
          <w:sz w:val="20"/>
          <w:szCs w:val="20"/>
        </w:rPr>
        <w:t>následných</w:t>
      </w:r>
      <w:proofErr w:type="spellEnd"/>
      <w:r w:rsidRPr="00415899">
        <w:rPr>
          <w:rFonts w:cs="Arial"/>
          <w:sz w:val="20"/>
          <w:szCs w:val="20"/>
        </w:rPr>
        <w:t xml:space="preserve"> </w:t>
      </w:r>
      <w:proofErr w:type="spellStart"/>
      <w:r w:rsidRPr="00415899">
        <w:rPr>
          <w:rFonts w:cs="Arial"/>
          <w:sz w:val="20"/>
          <w:szCs w:val="20"/>
        </w:rPr>
        <w:t>lidských</w:t>
      </w:r>
      <w:proofErr w:type="spellEnd"/>
      <w:r w:rsidRPr="00415899">
        <w:rPr>
          <w:rFonts w:cs="Arial"/>
          <w:sz w:val="20"/>
          <w:szCs w:val="20"/>
        </w:rPr>
        <w:t xml:space="preserve"> </w:t>
      </w:r>
      <w:proofErr w:type="spellStart"/>
      <w:r w:rsidRPr="00415899">
        <w:rPr>
          <w:rFonts w:cs="Arial"/>
          <w:sz w:val="20"/>
          <w:szCs w:val="20"/>
        </w:rPr>
        <w:t>úprav</w:t>
      </w:r>
      <w:proofErr w:type="spellEnd"/>
      <w:r w:rsidRPr="00415899">
        <w:rPr>
          <w:rFonts w:cs="Arial"/>
          <w:sz w:val="20"/>
          <w:szCs w:val="20"/>
        </w:rPr>
        <w:t xml:space="preserve">. </w:t>
      </w:r>
      <w:proofErr w:type="spellStart"/>
      <w:r w:rsidRPr="00415899">
        <w:rPr>
          <w:rFonts w:cs="Arial"/>
          <w:sz w:val="20"/>
          <w:szCs w:val="20"/>
        </w:rPr>
        <w:t>Neuvedení</w:t>
      </w:r>
      <w:proofErr w:type="spellEnd"/>
      <w:r w:rsidRPr="00415899">
        <w:rPr>
          <w:rFonts w:cs="Arial"/>
          <w:sz w:val="20"/>
          <w:szCs w:val="20"/>
        </w:rPr>
        <w:t xml:space="preserve"> </w:t>
      </w:r>
      <w:proofErr w:type="spellStart"/>
      <w:r w:rsidRPr="00415899">
        <w:rPr>
          <w:rFonts w:cs="Arial"/>
          <w:sz w:val="20"/>
          <w:szCs w:val="20"/>
        </w:rPr>
        <w:t>použití</w:t>
      </w:r>
      <w:proofErr w:type="spellEnd"/>
      <w:r w:rsidRPr="00415899">
        <w:rPr>
          <w:rFonts w:cs="Arial"/>
          <w:sz w:val="20"/>
          <w:szCs w:val="20"/>
        </w:rPr>
        <w:t xml:space="preserve"> AI je </w:t>
      </w:r>
      <w:proofErr w:type="spellStart"/>
      <w:r w:rsidRPr="00415899">
        <w:rPr>
          <w:rFonts w:cs="Arial"/>
          <w:sz w:val="20"/>
          <w:szCs w:val="20"/>
        </w:rPr>
        <w:t>důvodem</w:t>
      </w:r>
      <w:proofErr w:type="spellEnd"/>
      <w:r w:rsidRPr="00415899">
        <w:rPr>
          <w:rFonts w:cs="Arial"/>
          <w:sz w:val="20"/>
          <w:szCs w:val="20"/>
        </w:rPr>
        <w:t xml:space="preserve"> k </w:t>
      </w:r>
      <w:proofErr w:type="spellStart"/>
      <w:r w:rsidRPr="00415899">
        <w:rPr>
          <w:rFonts w:cs="Arial"/>
          <w:sz w:val="20"/>
          <w:szCs w:val="20"/>
        </w:rPr>
        <w:t>vyřazení</w:t>
      </w:r>
      <w:proofErr w:type="spellEnd"/>
      <w:r w:rsidRPr="00415899">
        <w:rPr>
          <w:rFonts w:cs="Arial"/>
          <w:sz w:val="20"/>
          <w:szCs w:val="20"/>
        </w:rPr>
        <w:t xml:space="preserve"> </w:t>
      </w:r>
      <w:proofErr w:type="spellStart"/>
      <w:r w:rsidRPr="00415899">
        <w:rPr>
          <w:rFonts w:cs="Arial"/>
          <w:sz w:val="20"/>
          <w:szCs w:val="20"/>
        </w:rPr>
        <w:t>návrhu</w:t>
      </w:r>
      <w:proofErr w:type="spellEnd"/>
      <w:r w:rsidRPr="00415899">
        <w:rPr>
          <w:rFonts w:cs="Arial"/>
          <w:sz w:val="20"/>
          <w:szCs w:val="20"/>
        </w:rPr>
        <w:t xml:space="preserve"> </w:t>
      </w:r>
      <w:proofErr w:type="spellStart"/>
      <w:r w:rsidRPr="00415899">
        <w:rPr>
          <w:rFonts w:cs="Arial"/>
          <w:sz w:val="20"/>
          <w:szCs w:val="20"/>
        </w:rPr>
        <w:t>nebo</w:t>
      </w:r>
      <w:proofErr w:type="spellEnd"/>
      <w:r w:rsidRPr="00415899">
        <w:rPr>
          <w:rFonts w:cs="Arial"/>
          <w:sz w:val="20"/>
          <w:szCs w:val="20"/>
        </w:rPr>
        <w:t xml:space="preserve"> </w:t>
      </w:r>
      <w:proofErr w:type="spellStart"/>
      <w:r w:rsidRPr="00415899">
        <w:rPr>
          <w:rFonts w:cs="Arial"/>
          <w:sz w:val="20"/>
          <w:szCs w:val="20"/>
        </w:rPr>
        <w:t>odnětí</w:t>
      </w:r>
      <w:proofErr w:type="spellEnd"/>
      <w:r w:rsidRPr="00415899">
        <w:rPr>
          <w:rFonts w:cs="Arial"/>
          <w:sz w:val="20"/>
          <w:szCs w:val="20"/>
        </w:rPr>
        <w:t xml:space="preserve"> </w:t>
      </w:r>
      <w:proofErr w:type="spellStart"/>
      <w:r w:rsidRPr="00415899">
        <w:rPr>
          <w:rFonts w:cs="Arial"/>
          <w:sz w:val="20"/>
          <w:szCs w:val="20"/>
        </w:rPr>
        <w:t>ceny</w:t>
      </w:r>
      <w:proofErr w:type="spellEnd"/>
      <w:r w:rsidRPr="00415899">
        <w:rPr>
          <w:rFonts w:cs="Arial"/>
          <w:sz w:val="20"/>
          <w:szCs w:val="20"/>
        </w:rPr>
        <w:t>.</w:t>
      </w:r>
    </w:p>
    <w:p w14:paraId="478D93DA" w14:textId="77777777" w:rsidR="003F3D56" w:rsidRPr="00415899" w:rsidRDefault="00DA020F">
      <w:pPr>
        <w:pStyle w:val="Nadpis1"/>
        <w:rPr>
          <w:rFonts w:ascii="Arial" w:hAnsi="Arial" w:cs="Arial"/>
          <w:sz w:val="20"/>
          <w:szCs w:val="20"/>
        </w:rPr>
      </w:pPr>
      <w:r w:rsidRPr="00415899">
        <w:rPr>
          <w:rFonts w:ascii="Arial" w:hAnsi="Arial" w:cs="Arial"/>
          <w:sz w:val="20"/>
          <w:szCs w:val="20"/>
        </w:rPr>
        <w:t xml:space="preserve">6. </w:t>
      </w:r>
      <w:proofErr w:type="spellStart"/>
      <w:r w:rsidRPr="00415899">
        <w:rPr>
          <w:rFonts w:ascii="Arial" w:hAnsi="Arial" w:cs="Arial"/>
          <w:sz w:val="20"/>
          <w:szCs w:val="20"/>
        </w:rPr>
        <w:t>Technické</w:t>
      </w:r>
      <w:proofErr w:type="spellEnd"/>
      <w:r w:rsidRPr="00415899">
        <w:rPr>
          <w:rFonts w:ascii="Arial" w:hAnsi="Arial" w:cs="Arial"/>
          <w:sz w:val="20"/>
          <w:szCs w:val="20"/>
        </w:rPr>
        <w:t xml:space="preserve"> </w:t>
      </w:r>
      <w:proofErr w:type="spellStart"/>
      <w:r w:rsidRPr="00415899">
        <w:rPr>
          <w:rFonts w:ascii="Arial" w:hAnsi="Arial" w:cs="Arial"/>
          <w:sz w:val="20"/>
          <w:szCs w:val="20"/>
        </w:rPr>
        <w:t>podmínky</w:t>
      </w:r>
      <w:proofErr w:type="spellEnd"/>
    </w:p>
    <w:p w14:paraId="1D6DE3CB" w14:textId="77777777" w:rsidR="003F3D56" w:rsidRPr="00415899" w:rsidRDefault="00DA020F">
      <w:pPr>
        <w:pStyle w:val="Seznamsodrkami"/>
        <w:spacing w:after="60"/>
        <w:ind w:left="547" w:hanging="274"/>
        <w:rPr>
          <w:rFonts w:cs="Arial"/>
          <w:sz w:val="20"/>
          <w:szCs w:val="20"/>
        </w:rPr>
      </w:pPr>
      <w:r w:rsidRPr="00415899">
        <w:rPr>
          <w:rFonts w:cs="Arial"/>
          <w:sz w:val="20"/>
          <w:szCs w:val="20"/>
        </w:rPr>
        <w:t xml:space="preserve">Pro </w:t>
      </w:r>
      <w:proofErr w:type="spellStart"/>
      <w:r w:rsidRPr="00415899">
        <w:rPr>
          <w:rFonts w:cs="Arial"/>
          <w:sz w:val="20"/>
          <w:szCs w:val="20"/>
        </w:rPr>
        <w:t>hodnocení</w:t>
      </w:r>
      <w:proofErr w:type="spellEnd"/>
      <w:r w:rsidRPr="00415899">
        <w:rPr>
          <w:rFonts w:cs="Arial"/>
          <w:sz w:val="20"/>
          <w:szCs w:val="20"/>
        </w:rPr>
        <w:t xml:space="preserve"> se </w:t>
      </w:r>
      <w:proofErr w:type="spellStart"/>
      <w:r w:rsidRPr="00415899">
        <w:rPr>
          <w:rFonts w:cs="Arial"/>
          <w:sz w:val="20"/>
          <w:szCs w:val="20"/>
        </w:rPr>
        <w:t>zasílá</w:t>
      </w:r>
      <w:proofErr w:type="spellEnd"/>
      <w:r w:rsidRPr="00415899">
        <w:rPr>
          <w:rFonts w:cs="Arial"/>
          <w:sz w:val="20"/>
          <w:szCs w:val="20"/>
        </w:rPr>
        <w:t xml:space="preserve"> </w:t>
      </w:r>
      <w:proofErr w:type="spellStart"/>
      <w:r w:rsidRPr="00415899">
        <w:rPr>
          <w:rFonts w:cs="Arial"/>
          <w:sz w:val="20"/>
          <w:szCs w:val="20"/>
        </w:rPr>
        <w:t>náhled</w:t>
      </w:r>
      <w:proofErr w:type="spellEnd"/>
      <w:r w:rsidRPr="00415899">
        <w:rPr>
          <w:rFonts w:cs="Arial"/>
          <w:sz w:val="20"/>
          <w:szCs w:val="20"/>
        </w:rPr>
        <w:t xml:space="preserve"> </w:t>
      </w:r>
      <w:proofErr w:type="spellStart"/>
      <w:r w:rsidRPr="00415899">
        <w:rPr>
          <w:rFonts w:cs="Arial"/>
          <w:sz w:val="20"/>
          <w:szCs w:val="20"/>
        </w:rPr>
        <w:t>ve</w:t>
      </w:r>
      <w:proofErr w:type="spellEnd"/>
      <w:r w:rsidRPr="00415899">
        <w:rPr>
          <w:rFonts w:cs="Arial"/>
          <w:sz w:val="20"/>
          <w:szCs w:val="20"/>
        </w:rPr>
        <w:t xml:space="preserve"> </w:t>
      </w:r>
      <w:proofErr w:type="spellStart"/>
      <w:r w:rsidRPr="00415899">
        <w:rPr>
          <w:rFonts w:cs="Arial"/>
          <w:sz w:val="20"/>
          <w:szCs w:val="20"/>
        </w:rPr>
        <w:t>formátu</w:t>
      </w:r>
      <w:proofErr w:type="spellEnd"/>
      <w:r w:rsidRPr="00415899">
        <w:rPr>
          <w:rFonts w:cs="Arial"/>
          <w:sz w:val="20"/>
          <w:szCs w:val="20"/>
        </w:rPr>
        <w:t xml:space="preserve"> PDF, JPG </w:t>
      </w:r>
      <w:proofErr w:type="spellStart"/>
      <w:r w:rsidRPr="00415899">
        <w:rPr>
          <w:rFonts w:cs="Arial"/>
          <w:sz w:val="20"/>
          <w:szCs w:val="20"/>
        </w:rPr>
        <w:t>nebo</w:t>
      </w:r>
      <w:proofErr w:type="spellEnd"/>
      <w:r w:rsidRPr="00415899">
        <w:rPr>
          <w:rFonts w:cs="Arial"/>
          <w:sz w:val="20"/>
          <w:szCs w:val="20"/>
        </w:rPr>
        <w:t xml:space="preserve"> PNG, v </w:t>
      </w:r>
      <w:proofErr w:type="spellStart"/>
      <w:r w:rsidRPr="00415899">
        <w:rPr>
          <w:rFonts w:cs="Arial"/>
          <w:sz w:val="20"/>
          <w:szCs w:val="20"/>
        </w:rPr>
        <w:t>barevném</w:t>
      </w:r>
      <w:proofErr w:type="spellEnd"/>
      <w:r w:rsidRPr="00415899">
        <w:rPr>
          <w:rFonts w:cs="Arial"/>
          <w:sz w:val="20"/>
          <w:szCs w:val="20"/>
        </w:rPr>
        <w:t xml:space="preserve"> </w:t>
      </w:r>
      <w:proofErr w:type="spellStart"/>
      <w:r w:rsidRPr="00415899">
        <w:rPr>
          <w:rFonts w:cs="Arial"/>
          <w:sz w:val="20"/>
          <w:szCs w:val="20"/>
        </w:rPr>
        <w:t>režimu</w:t>
      </w:r>
      <w:proofErr w:type="spellEnd"/>
      <w:r w:rsidRPr="00415899">
        <w:rPr>
          <w:rFonts w:cs="Arial"/>
          <w:sz w:val="20"/>
          <w:szCs w:val="20"/>
        </w:rPr>
        <w:t xml:space="preserve"> RGB, </w:t>
      </w:r>
      <w:proofErr w:type="spellStart"/>
      <w:r w:rsidRPr="00415899">
        <w:rPr>
          <w:rFonts w:cs="Arial"/>
          <w:sz w:val="20"/>
          <w:szCs w:val="20"/>
        </w:rPr>
        <w:t>doporučené</w:t>
      </w:r>
      <w:proofErr w:type="spellEnd"/>
      <w:r w:rsidRPr="00415899">
        <w:rPr>
          <w:rFonts w:cs="Arial"/>
          <w:sz w:val="20"/>
          <w:szCs w:val="20"/>
        </w:rPr>
        <w:t xml:space="preserve"> </w:t>
      </w:r>
      <w:proofErr w:type="spellStart"/>
      <w:r w:rsidRPr="00415899">
        <w:rPr>
          <w:rFonts w:cs="Arial"/>
          <w:sz w:val="20"/>
          <w:szCs w:val="20"/>
        </w:rPr>
        <w:t>rozlišení</w:t>
      </w:r>
      <w:proofErr w:type="spellEnd"/>
      <w:r w:rsidRPr="00415899">
        <w:rPr>
          <w:rFonts w:cs="Arial"/>
          <w:sz w:val="20"/>
          <w:szCs w:val="20"/>
        </w:rPr>
        <w:t xml:space="preserve"> </w:t>
      </w:r>
      <w:proofErr w:type="spellStart"/>
      <w:r w:rsidRPr="00415899">
        <w:rPr>
          <w:rFonts w:cs="Arial"/>
          <w:sz w:val="20"/>
          <w:szCs w:val="20"/>
        </w:rPr>
        <w:t>nejméně</w:t>
      </w:r>
      <w:proofErr w:type="spellEnd"/>
      <w:r w:rsidRPr="00415899">
        <w:rPr>
          <w:rFonts w:cs="Arial"/>
          <w:sz w:val="20"/>
          <w:szCs w:val="20"/>
        </w:rPr>
        <w:t xml:space="preserve"> 2 000 </w:t>
      </w:r>
      <w:proofErr w:type="spellStart"/>
      <w:r w:rsidRPr="00415899">
        <w:rPr>
          <w:rFonts w:cs="Arial"/>
          <w:sz w:val="20"/>
          <w:szCs w:val="20"/>
        </w:rPr>
        <w:t>px</w:t>
      </w:r>
      <w:proofErr w:type="spellEnd"/>
      <w:r w:rsidRPr="00415899">
        <w:rPr>
          <w:rFonts w:cs="Arial"/>
          <w:sz w:val="20"/>
          <w:szCs w:val="20"/>
        </w:rPr>
        <w:t xml:space="preserve"> </w:t>
      </w:r>
      <w:proofErr w:type="spellStart"/>
      <w:r w:rsidRPr="00415899">
        <w:rPr>
          <w:rFonts w:cs="Arial"/>
          <w:sz w:val="20"/>
          <w:szCs w:val="20"/>
        </w:rPr>
        <w:t>na</w:t>
      </w:r>
      <w:proofErr w:type="spellEnd"/>
      <w:r w:rsidRPr="00415899">
        <w:rPr>
          <w:rFonts w:cs="Arial"/>
          <w:sz w:val="20"/>
          <w:szCs w:val="20"/>
        </w:rPr>
        <w:t xml:space="preserve"> </w:t>
      </w:r>
      <w:proofErr w:type="spellStart"/>
      <w:r w:rsidRPr="00415899">
        <w:rPr>
          <w:rFonts w:cs="Arial"/>
          <w:sz w:val="20"/>
          <w:szCs w:val="20"/>
        </w:rPr>
        <w:t>delší</w:t>
      </w:r>
      <w:proofErr w:type="spellEnd"/>
      <w:r w:rsidRPr="00415899">
        <w:rPr>
          <w:rFonts w:cs="Arial"/>
          <w:sz w:val="20"/>
          <w:szCs w:val="20"/>
        </w:rPr>
        <w:t xml:space="preserve"> </w:t>
      </w:r>
      <w:proofErr w:type="spellStart"/>
      <w:r w:rsidRPr="00415899">
        <w:rPr>
          <w:rFonts w:cs="Arial"/>
          <w:sz w:val="20"/>
          <w:szCs w:val="20"/>
        </w:rPr>
        <w:t>straně</w:t>
      </w:r>
      <w:proofErr w:type="spellEnd"/>
      <w:r w:rsidRPr="00415899">
        <w:rPr>
          <w:rFonts w:cs="Arial"/>
          <w:sz w:val="20"/>
          <w:szCs w:val="20"/>
        </w:rPr>
        <w:t xml:space="preserve"> a </w:t>
      </w:r>
      <w:proofErr w:type="spellStart"/>
      <w:r w:rsidRPr="00415899">
        <w:rPr>
          <w:rFonts w:cs="Arial"/>
          <w:sz w:val="20"/>
          <w:szCs w:val="20"/>
        </w:rPr>
        <w:t>maximální</w:t>
      </w:r>
      <w:proofErr w:type="spellEnd"/>
      <w:r w:rsidRPr="00415899">
        <w:rPr>
          <w:rFonts w:cs="Arial"/>
          <w:sz w:val="20"/>
          <w:szCs w:val="20"/>
        </w:rPr>
        <w:t xml:space="preserve"> </w:t>
      </w:r>
      <w:proofErr w:type="spellStart"/>
      <w:r w:rsidRPr="00415899">
        <w:rPr>
          <w:rFonts w:cs="Arial"/>
          <w:sz w:val="20"/>
          <w:szCs w:val="20"/>
        </w:rPr>
        <w:t>velikost</w:t>
      </w:r>
      <w:proofErr w:type="spellEnd"/>
      <w:r w:rsidRPr="00415899">
        <w:rPr>
          <w:rFonts w:cs="Arial"/>
          <w:sz w:val="20"/>
          <w:szCs w:val="20"/>
        </w:rPr>
        <w:t xml:space="preserve"> </w:t>
      </w:r>
      <w:proofErr w:type="spellStart"/>
      <w:r w:rsidRPr="00415899">
        <w:rPr>
          <w:rFonts w:cs="Arial"/>
          <w:sz w:val="20"/>
          <w:szCs w:val="20"/>
        </w:rPr>
        <w:t>jednoho</w:t>
      </w:r>
      <w:proofErr w:type="spellEnd"/>
      <w:r w:rsidRPr="00415899">
        <w:rPr>
          <w:rFonts w:cs="Arial"/>
          <w:sz w:val="20"/>
          <w:szCs w:val="20"/>
        </w:rPr>
        <w:t xml:space="preserve"> </w:t>
      </w:r>
      <w:proofErr w:type="spellStart"/>
      <w:r w:rsidRPr="00415899">
        <w:rPr>
          <w:rFonts w:cs="Arial"/>
          <w:sz w:val="20"/>
          <w:szCs w:val="20"/>
        </w:rPr>
        <w:t>souboru</w:t>
      </w:r>
      <w:proofErr w:type="spellEnd"/>
      <w:r w:rsidRPr="00415899">
        <w:rPr>
          <w:rFonts w:cs="Arial"/>
          <w:sz w:val="20"/>
          <w:szCs w:val="20"/>
        </w:rPr>
        <w:t xml:space="preserve"> 20 MB.</w:t>
      </w:r>
    </w:p>
    <w:p w14:paraId="1BC8B52B" w14:textId="77777777" w:rsidR="003F3D56" w:rsidRPr="00415899" w:rsidRDefault="00DA020F">
      <w:pPr>
        <w:pStyle w:val="Seznamsodrkami"/>
        <w:spacing w:after="60"/>
        <w:ind w:left="547" w:hanging="274"/>
        <w:rPr>
          <w:rFonts w:cs="Arial"/>
          <w:sz w:val="20"/>
          <w:szCs w:val="20"/>
        </w:rPr>
      </w:pPr>
      <w:proofErr w:type="spellStart"/>
      <w:r w:rsidRPr="00415899">
        <w:rPr>
          <w:rFonts w:cs="Arial"/>
          <w:sz w:val="20"/>
          <w:szCs w:val="20"/>
        </w:rPr>
        <w:t>Návrh</w:t>
      </w:r>
      <w:proofErr w:type="spellEnd"/>
      <w:r w:rsidRPr="00415899">
        <w:rPr>
          <w:rFonts w:cs="Arial"/>
          <w:sz w:val="20"/>
          <w:szCs w:val="20"/>
        </w:rPr>
        <w:t xml:space="preserve"> </w:t>
      </w:r>
      <w:proofErr w:type="spellStart"/>
      <w:r w:rsidRPr="00415899">
        <w:rPr>
          <w:rFonts w:cs="Arial"/>
          <w:sz w:val="20"/>
          <w:szCs w:val="20"/>
        </w:rPr>
        <w:t>má</w:t>
      </w:r>
      <w:proofErr w:type="spellEnd"/>
      <w:r w:rsidRPr="00415899">
        <w:rPr>
          <w:rFonts w:cs="Arial"/>
          <w:sz w:val="20"/>
          <w:szCs w:val="20"/>
        </w:rPr>
        <w:t xml:space="preserve"> </w:t>
      </w:r>
      <w:proofErr w:type="spellStart"/>
      <w:r w:rsidRPr="00415899">
        <w:rPr>
          <w:rFonts w:cs="Arial"/>
          <w:sz w:val="20"/>
          <w:szCs w:val="20"/>
        </w:rPr>
        <w:t>obsahovat</w:t>
      </w:r>
      <w:proofErr w:type="spellEnd"/>
      <w:r w:rsidRPr="00415899">
        <w:rPr>
          <w:rFonts w:cs="Arial"/>
          <w:sz w:val="20"/>
          <w:szCs w:val="20"/>
        </w:rPr>
        <w:t xml:space="preserve"> </w:t>
      </w:r>
      <w:proofErr w:type="spellStart"/>
      <w:r w:rsidRPr="00415899">
        <w:rPr>
          <w:rFonts w:cs="Arial"/>
          <w:sz w:val="20"/>
          <w:szCs w:val="20"/>
        </w:rPr>
        <w:t>samotnou</w:t>
      </w:r>
      <w:proofErr w:type="spellEnd"/>
      <w:r w:rsidRPr="00415899">
        <w:rPr>
          <w:rFonts w:cs="Arial"/>
          <w:sz w:val="20"/>
          <w:szCs w:val="20"/>
        </w:rPr>
        <w:t xml:space="preserve"> </w:t>
      </w:r>
      <w:proofErr w:type="spellStart"/>
      <w:r w:rsidRPr="00415899">
        <w:rPr>
          <w:rFonts w:cs="Arial"/>
          <w:sz w:val="20"/>
          <w:szCs w:val="20"/>
        </w:rPr>
        <w:t>grafiku</w:t>
      </w:r>
      <w:proofErr w:type="spellEnd"/>
      <w:r w:rsidRPr="00415899">
        <w:rPr>
          <w:rFonts w:cs="Arial"/>
          <w:sz w:val="20"/>
          <w:szCs w:val="20"/>
        </w:rPr>
        <w:t xml:space="preserve"> </w:t>
      </w:r>
      <w:proofErr w:type="gramStart"/>
      <w:r w:rsidRPr="00415899">
        <w:rPr>
          <w:rFonts w:cs="Arial"/>
          <w:sz w:val="20"/>
          <w:szCs w:val="20"/>
        </w:rPr>
        <w:t>a</w:t>
      </w:r>
      <w:proofErr w:type="gramEnd"/>
      <w:r w:rsidRPr="00415899">
        <w:rPr>
          <w:rFonts w:cs="Arial"/>
          <w:sz w:val="20"/>
          <w:szCs w:val="20"/>
        </w:rPr>
        <w:t xml:space="preserve"> </w:t>
      </w:r>
      <w:proofErr w:type="spellStart"/>
      <w:r w:rsidRPr="00415899">
        <w:rPr>
          <w:rFonts w:cs="Arial"/>
          <w:sz w:val="20"/>
          <w:szCs w:val="20"/>
        </w:rPr>
        <w:t>alespoň</w:t>
      </w:r>
      <w:proofErr w:type="spellEnd"/>
      <w:r w:rsidRPr="00415899">
        <w:rPr>
          <w:rFonts w:cs="Arial"/>
          <w:sz w:val="20"/>
          <w:szCs w:val="20"/>
        </w:rPr>
        <w:t xml:space="preserve"> </w:t>
      </w:r>
      <w:proofErr w:type="spellStart"/>
      <w:r w:rsidRPr="00415899">
        <w:rPr>
          <w:rFonts w:cs="Arial"/>
          <w:sz w:val="20"/>
          <w:szCs w:val="20"/>
        </w:rPr>
        <w:t>jednu</w:t>
      </w:r>
      <w:proofErr w:type="spellEnd"/>
      <w:r w:rsidRPr="00415899">
        <w:rPr>
          <w:rFonts w:cs="Arial"/>
          <w:sz w:val="20"/>
          <w:szCs w:val="20"/>
        </w:rPr>
        <w:t xml:space="preserve"> </w:t>
      </w:r>
      <w:proofErr w:type="spellStart"/>
      <w:r w:rsidRPr="00415899">
        <w:rPr>
          <w:rFonts w:cs="Arial"/>
          <w:sz w:val="20"/>
          <w:szCs w:val="20"/>
        </w:rPr>
        <w:t>vizualizaci</w:t>
      </w:r>
      <w:proofErr w:type="spellEnd"/>
      <w:r w:rsidRPr="00415899">
        <w:rPr>
          <w:rFonts w:cs="Arial"/>
          <w:sz w:val="20"/>
          <w:szCs w:val="20"/>
        </w:rPr>
        <w:t xml:space="preserve"> </w:t>
      </w:r>
      <w:proofErr w:type="spellStart"/>
      <w:r w:rsidRPr="00415899">
        <w:rPr>
          <w:rFonts w:cs="Arial"/>
          <w:sz w:val="20"/>
          <w:szCs w:val="20"/>
        </w:rPr>
        <w:t>jejího</w:t>
      </w:r>
      <w:proofErr w:type="spellEnd"/>
      <w:r w:rsidRPr="00415899">
        <w:rPr>
          <w:rFonts w:cs="Arial"/>
          <w:sz w:val="20"/>
          <w:szCs w:val="20"/>
        </w:rPr>
        <w:t xml:space="preserve"> </w:t>
      </w:r>
      <w:proofErr w:type="spellStart"/>
      <w:r w:rsidRPr="00415899">
        <w:rPr>
          <w:rFonts w:cs="Arial"/>
          <w:sz w:val="20"/>
          <w:szCs w:val="20"/>
        </w:rPr>
        <w:t>umístění</w:t>
      </w:r>
      <w:proofErr w:type="spellEnd"/>
      <w:r w:rsidRPr="00415899">
        <w:rPr>
          <w:rFonts w:cs="Arial"/>
          <w:sz w:val="20"/>
          <w:szCs w:val="20"/>
        </w:rPr>
        <w:t xml:space="preserve"> </w:t>
      </w:r>
      <w:proofErr w:type="spellStart"/>
      <w:r w:rsidRPr="00415899">
        <w:rPr>
          <w:rFonts w:cs="Arial"/>
          <w:sz w:val="20"/>
          <w:szCs w:val="20"/>
        </w:rPr>
        <w:t>na</w:t>
      </w:r>
      <w:proofErr w:type="spellEnd"/>
      <w:r w:rsidRPr="00415899">
        <w:rPr>
          <w:rFonts w:cs="Arial"/>
          <w:sz w:val="20"/>
          <w:szCs w:val="20"/>
        </w:rPr>
        <w:t xml:space="preserve"> </w:t>
      </w:r>
      <w:proofErr w:type="spellStart"/>
      <w:r w:rsidRPr="00415899">
        <w:rPr>
          <w:rFonts w:cs="Arial"/>
          <w:sz w:val="20"/>
          <w:szCs w:val="20"/>
        </w:rPr>
        <w:t>přední</w:t>
      </w:r>
      <w:proofErr w:type="spellEnd"/>
      <w:r w:rsidRPr="00415899">
        <w:rPr>
          <w:rFonts w:cs="Arial"/>
          <w:sz w:val="20"/>
          <w:szCs w:val="20"/>
        </w:rPr>
        <w:t xml:space="preserve"> </w:t>
      </w:r>
      <w:proofErr w:type="spellStart"/>
      <w:r w:rsidRPr="00415899">
        <w:rPr>
          <w:rFonts w:cs="Arial"/>
          <w:sz w:val="20"/>
          <w:szCs w:val="20"/>
        </w:rPr>
        <w:t>nebo</w:t>
      </w:r>
      <w:proofErr w:type="spellEnd"/>
      <w:r w:rsidRPr="00415899">
        <w:rPr>
          <w:rFonts w:cs="Arial"/>
          <w:sz w:val="20"/>
          <w:szCs w:val="20"/>
        </w:rPr>
        <w:t xml:space="preserve"> </w:t>
      </w:r>
      <w:proofErr w:type="spellStart"/>
      <w:r w:rsidRPr="00415899">
        <w:rPr>
          <w:rFonts w:cs="Arial"/>
          <w:sz w:val="20"/>
          <w:szCs w:val="20"/>
        </w:rPr>
        <w:t>zadní</w:t>
      </w:r>
      <w:proofErr w:type="spellEnd"/>
      <w:r w:rsidRPr="00415899">
        <w:rPr>
          <w:rFonts w:cs="Arial"/>
          <w:sz w:val="20"/>
          <w:szCs w:val="20"/>
        </w:rPr>
        <w:t xml:space="preserve"> </w:t>
      </w:r>
      <w:proofErr w:type="spellStart"/>
      <w:r w:rsidRPr="00415899">
        <w:rPr>
          <w:rFonts w:cs="Arial"/>
          <w:sz w:val="20"/>
          <w:szCs w:val="20"/>
        </w:rPr>
        <w:t>straně</w:t>
      </w:r>
      <w:proofErr w:type="spellEnd"/>
      <w:r w:rsidRPr="00415899">
        <w:rPr>
          <w:rFonts w:cs="Arial"/>
          <w:sz w:val="20"/>
          <w:szCs w:val="20"/>
        </w:rPr>
        <w:t xml:space="preserve"> </w:t>
      </w:r>
      <w:proofErr w:type="spellStart"/>
      <w:r w:rsidRPr="00415899">
        <w:rPr>
          <w:rFonts w:cs="Arial"/>
          <w:sz w:val="20"/>
          <w:szCs w:val="20"/>
        </w:rPr>
        <w:t>trička</w:t>
      </w:r>
      <w:proofErr w:type="spellEnd"/>
      <w:r w:rsidRPr="00415899">
        <w:rPr>
          <w:rFonts w:cs="Arial"/>
          <w:sz w:val="20"/>
          <w:szCs w:val="20"/>
        </w:rPr>
        <w:t>.</w:t>
      </w:r>
    </w:p>
    <w:p w14:paraId="7DDB04F7" w14:textId="77777777" w:rsidR="003F3D56" w:rsidRPr="00415899" w:rsidRDefault="00DA020F">
      <w:pPr>
        <w:pStyle w:val="Seznamsodrkami"/>
        <w:spacing w:after="60"/>
        <w:ind w:left="547" w:hanging="274"/>
        <w:rPr>
          <w:rFonts w:cs="Arial"/>
          <w:sz w:val="20"/>
          <w:szCs w:val="20"/>
        </w:rPr>
      </w:pPr>
      <w:proofErr w:type="spellStart"/>
      <w:r w:rsidRPr="00415899">
        <w:rPr>
          <w:rFonts w:cs="Arial"/>
          <w:sz w:val="20"/>
          <w:szCs w:val="20"/>
        </w:rPr>
        <w:t>Finalisté</w:t>
      </w:r>
      <w:proofErr w:type="spellEnd"/>
      <w:r w:rsidRPr="00415899">
        <w:rPr>
          <w:rFonts w:cs="Arial"/>
          <w:sz w:val="20"/>
          <w:szCs w:val="20"/>
        </w:rPr>
        <w:t xml:space="preserve"> </w:t>
      </w:r>
      <w:proofErr w:type="spellStart"/>
      <w:r w:rsidRPr="00415899">
        <w:rPr>
          <w:rFonts w:cs="Arial"/>
          <w:sz w:val="20"/>
          <w:szCs w:val="20"/>
        </w:rPr>
        <w:t>na</w:t>
      </w:r>
      <w:proofErr w:type="spellEnd"/>
      <w:r w:rsidRPr="00415899">
        <w:rPr>
          <w:rFonts w:cs="Arial"/>
          <w:sz w:val="20"/>
          <w:szCs w:val="20"/>
        </w:rPr>
        <w:t xml:space="preserve"> </w:t>
      </w:r>
      <w:proofErr w:type="spellStart"/>
      <w:r w:rsidRPr="00415899">
        <w:rPr>
          <w:rFonts w:cs="Arial"/>
          <w:sz w:val="20"/>
          <w:szCs w:val="20"/>
        </w:rPr>
        <w:t>vyžádání</w:t>
      </w:r>
      <w:proofErr w:type="spellEnd"/>
      <w:r w:rsidRPr="00415899">
        <w:rPr>
          <w:rFonts w:cs="Arial"/>
          <w:sz w:val="20"/>
          <w:szCs w:val="20"/>
        </w:rPr>
        <w:t xml:space="preserve"> </w:t>
      </w:r>
      <w:proofErr w:type="spellStart"/>
      <w:r w:rsidRPr="00415899">
        <w:rPr>
          <w:rFonts w:cs="Arial"/>
          <w:sz w:val="20"/>
          <w:szCs w:val="20"/>
        </w:rPr>
        <w:t>dodají</w:t>
      </w:r>
      <w:proofErr w:type="spellEnd"/>
      <w:r w:rsidRPr="00415899">
        <w:rPr>
          <w:rFonts w:cs="Arial"/>
          <w:sz w:val="20"/>
          <w:szCs w:val="20"/>
        </w:rPr>
        <w:t xml:space="preserve"> do 5 </w:t>
      </w:r>
      <w:proofErr w:type="spellStart"/>
      <w:r w:rsidRPr="00415899">
        <w:rPr>
          <w:rFonts w:cs="Arial"/>
          <w:sz w:val="20"/>
          <w:szCs w:val="20"/>
        </w:rPr>
        <w:t>pracovních</w:t>
      </w:r>
      <w:proofErr w:type="spellEnd"/>
      <w:r w:rsidRPr="00415899">
        <w:rPr>
          <w:rFonts w:cs="Arial"/>
          <w:sz w:val="20"/>
          <w:szCs w:val="20"/>
        </w:rPr>
        <w:t xml:space="preserve"> </w:t>
      </w:r>
      <w:proofErr w:type="spellStart"/>
      <w:r w:rsidRPr="00415899">
        <w:rPr>
          <w:rFonts w:cs="Arial"/>
          <w:sz w:val="20"/>
          <w:szCs w:val="20"/>
        </w:rPr>
        <w:t>dnů</w:t>
      </w:r>
      <w:proofErr w:type="spellEnd"/>
      <w:r w:rsidRPr="00415899">
        <w:rPr>
          <w:rFonts w:cs="Arial"/>
          <w:sz w:val="20"/>
          <w:szCs w:val="20"/>
        </w:rPr>
        <w:t xml:space="preserve"> </w:t>
      </w:r>
      <w:proofErr w:type="spellStart"/>
      <w:r w:rsidRPr="00415899">
        <w:rPr>
          <w:rFonts w:cs="Arial"/>
          <w:sz w:val="20"/>
          <w:szCs w:val="20"/>
        </w:rPr>
        <w:t>tisková</w:t>
      </w:r>
      <w:proofErr w:type="spellEnd"/>
      <w:r w:rsidRPr="00415899">
        <w:rPr>
          <w:rFonts w:cs="Arial"/>
          <w:sz w:val="20"/>
          <w:szCs w:val="20"/>
        </w:rPr>
        <w:t xml:space="preserve"> data, </w:t>
      </w:r>
      <w:proofErr w:type="spellStart"/>
      <w:r w:rsidRPr="00415899">
        <w:rPr>
          <w:rFonts w:cs="Arial"/>
          <w:sz w:val="20"/>
          <w:szCs w:val="20"/>
        </w:rPr>
        <w:t>ideálně</w:t>
      </w:r>
      <w:proofErr w:type="spellEnd"/>
      <w:r w:rsidRPr="00415899">
        <w:rPr>
          <w:rFonts w:cs="Arial"/>
          <w:sz w:val="20"/>
          <w:szCs w:val="20"/>
        </w:rPr>
        <w:t xml:space="preserve"> v </w:t>
      </w:r>
      <w:proofErr w:type="spellStart"/>
      <w:r w:rsidRPr="00415899">
        <w:rPr>
          <w:rFonts w:cs="Arial"/>
          <w:sz w:val="20"/>
          <w:szCs w:val="20"/>
        </w:rPr>
        <w:t>editovatelném</w:t>
      </w:r>
      <w:proofErr w:type="spellEnd"/>
      <w:r w:rsidRPr="00415899">
        <w:rPr>
          <w:rFonts w:cs="Arial"/>
          <w:sz w:val="20"/>
          <w:szCs w:val="20"/>
        </w:rPr>
        <w:t xml:space="preserve"> </w:t>
      </w:r>
      <w:proofErr w:type="spellStart"/>
      <w:r w:rsidRPr="00415899">
        <w:rPr>
          <w:rFonts w:cs="Arial"/>
          <w:sz w:val="20"/>
          <w:szCs w:val="20"/>
        </w:rPr>
        <w:t>vektorovém</w:t>
      </w:r>
      <w:proofErr w:type="spellEnd"/>
      <w:r w:rsidRPr="00415899">
        <w:rPr>
          <w:rFonts w:cs="Arial"/>
          <w:sz w:val="20"/>
          <w:szCs w:val="20"/>
        </w:rPr>
        <w:t xml:space="preserve"> </w:t>
      </w:r>
      <w:proofErr w:type="spellStart"/>
      <w:r w:rsidRPr="00415899">
        <w:rPr>
          <w:rFonts w:cs="Arial"/>
          <w:sz w:val="20"/>
          <w:szCs w:val="20"/>
        </w:rPr>
        <w:t>formátu</w:t>
      </w:r>
      <w:proofErr w:type="spellEnd"/>
      <w:r w:rsidRPr="00415899">
        <w:rPr>
          <w:rFonts w:cs="Arial"/>
          <w:sz w:val="20"/>
          <w:szCs w:val="20"/>
        </w:rPr>
        <w:t xml:space="preserve"> AI, EPS, SVG </w:t>
      </w:r>
      <w:proofErr w:type="spellStart"/>
      <w:r w:rsidRPr="00415899">
        <w:rPr>
          <w:rFonts w:cs="Arial"/>
          <w:sz w:val="20"/>
          <w:szCs w:val="20"/>
        </w:rPr>
        <w:t>nebo</w:t>
      </w:r>
      <w:proofErr w:type="spellEnd"/>
      <w:r w:rsidRPr="00415899">
        <w:rPr>
          <w:rFonts w:cs="Arial"/>
          <w:sz w:val="20"/>
          <w:szCs w:val="20"/>
        </w:rPr>
        <w:t xml:space="preserve"> PDF, </w:t>
      </w:r>
      <w:proofErr w:type="spellStart"/>
      <w:r w:rsidRPr="00415899">
        <w:rPr>
          <w:rFonts w:cs="Arial"/>
          <w:sz w:val="20"/>
          <w:szCs w:val="20"/>
        </w:rPr>
        <w:t>případně</w:t>
      </w:r>
      <w:proofErr w:type="spellEnd"/>
      <w:r w:rsidRPr="00415899">
        <w:rPr>
          <w:rFonts w:cs="Arial"/>
          <w:sz w:val="20"/>
          <w:szCs w:val="20"/>
        </w:rPr>
        <w:t xml:space="preserve"> </w:t>
      </w:r>
      <w:proofErr w:type="spellStart"/>
      <w:r w:rsidRPr="00415899">
        <w:rPr>
          <w:rFonts w:cs="Arial"/>
          <w:sz w:val="20"/>
          <w:szCs w:val="20"/>
        </w:rPr>
        <w:t>rastrová</w:t>
      </w:r>
      <w:proofErr w:type="spellEnd"/>
      <w:r w:rsidRPr="00415899">
        <w:rPr>
          <w:rFonts w:cs="Arial"/>
          <w:sz w:val="20"/>
          <w:szCs w:val="20"/>
        </w:rPr>
        <w:t xml:space="preserve"> data v </w:t>
      </w:r>
      <w:proofErr w:type="spellStart"/>
      <w:r w:rsidRPr="00415899">
        <w:rPr>
          <w:rFonts w:cs="Arial"/>
          <w:sz w:val="20"/>
          <w:szCs w:val="20"/>
        </w:rPr>
        <w:t>rozlišení</w:t>
      </w:r>
      <w:proofErr w:type="spellEnd"/>
      <w:r w:rsidRPr="00415899">
        <w:rPr>
          <w:rFonts w:cs="Arial"/>
          <w:sz w:val="20"/>
          <w:szCs w:val="20"/>
        </w:rPr>
        <w:t xml:space="preserve"> </w:t>
      </w:r>
      <w:proofErr w:type="spellStart"/>
      <w:r w:rsidRPr="00415899">
        <w:rPr>
          <w:rFonts w:cs="Arial"/>
          <w:sz w:val="20"/>
          <w:szCs w:val="20"/>
        </w:rPr>
        <w:t>nejméně</w:t>
      </w:r>
      <w:proofErr w:type="spellEnd"/>
      <w:r w:rsidRPr="00415899">
        <w:rPr>
          <w:rFonts w:cs="Arial"/>
          <w:sz w:val="20"/>
          <w:szCs w:val="20"/>
        </w:rPr>
        <w:t xml:space="preserve"> 300 dpi v </w:t>
      </w:r>
      <w:proofErr w:type="spellStart"/>
      <w:r w:rsidRPr="00415899">
        <w:rPr>
          <w:rFonts w:cs="Arial"/>
          <w:sz w:val="20"/>
          <w:szCs w:val="20"/>
        </w:rPr>
        <w:t>požadované</w:t>
      </w:r>
      <w:proofErr w:type="spellEnd"/>
      <w:r w:rsidRPr="00415899">
        <w:rPr>
          <w:rFonts w:cs="Arial"/>
          <w:sz w:val="20"/>
          <w:szCs w:val="20"/>
        </w:rPr>
        <w:t xml:space="preserve"> </w:t>
      </w:r>
      <w:proofErr w:type="spellStart"/>
      <w:r w:rsidRPr="00415899">
        <w:rPr>
          <w:rFonts w:cs="Arial"/>
          <w:sz w:val="20"/>
          <w:szCs w:val="20"/>
        </w:rPr>
        <w:t>tiskové</w:t>
      </w:r>
      <w:proofErr w:type="spellEnd"/>
      <w:r w:rsidRPr="00415899">
        <w:rPr>
          <w:rFonts w:cs="Arial"/>
          <w:sz w:val="20"/>
          <w:szCs w:val="20"/>
        </w:rPr>
        <w:t xml:space="preserve"> </w:t>
      </w:r>
      <w:proofErr w:type="spellStart"/>
      <w:r w:rsidRPr="00415899">
        <w:rPr>
          <w:rFonts w:cs="Arial"/>
          <w:sz w:val="20"/>
          <w:szCs w:val="20"/>
        </w:rPr>
        <w:t>velikosti</w:t>
      </w:r>
      <w:proofErr w:type="spellEnd"/>
      <w:r w:rsidRPr="00415899">
        <w:rPr>
          <w:rFonts w:cs="Arial"/>
          <w:sz w:val="20"/>
          <w:szCs w:val="20"/>
        </w:rPr>
        <w:t xml:space="preserve">, a </w:t>
      </w:r>
      <w:proofErr w:type="spellStart"/>
      <w:r w:rsidRPr="00415899">
        <w:rPr>
          <w:rFonts w:cs="Arial"/>
          <w:sz w:val="20"/>
          <w:szCs w:val="20"/>
        </w:rPr>
        <w:t>použitá</w:t>
      </w:r>
      <w:proofErr w:type="spellEnd"/>
      <w:r w:rsidRPr="00415899">
        <w:rPr>
          <w:rFonts w:cs="Arial"/>
          <w:sz w:val="20"/>
          <w:szCs w:val="20"/>
        </w:rPr>
        <w:t xml:space="preserve"> </w:t>
      </w:r>
      <w:proofErr w:type="spellStart"/>
      <w:r w:rsidRPr="00415899">
        <w:rPr>
          <w:rFonts w:cs="Arial"/>
          <w:sz w:val="20"/>
          <w:szCs w:val="20"/>
        </w:rPr>
        <w:t>písma</w:t>
      </w:r>
      <w:proofErr w:type="spellEnd"/>
      <w:r w:rsidRPr="00415899">
        <w:rPr>
          <w:rFonts w:cs="Arial"/>
          <w:sz w:val="20"/>
          <w:szCs w:val="20"/>
        </w:rPr>
        <w:t xml:space="preserve"> </w:t>
      </w:r>
      <w:proofErr w:type="spellStart"/>
      <w:r w:rsidRPr="00415899">
        <w:rPr>
          <w:rFonts w:cs="Arial"/>
          <w:sz w:val="20"/>
          <w:szCs w:val="20"/>
        </w:rPr>
        <w:t>převedená</w:t>
      </w:r>
      <w:proofErr w:type="spellEnd"/>
      <w:r w:rsidRPr="00415899">
        <w:rPr>
          <w:rFonts w:cs="Arial"/>
          <w:sz w:val="20"/>
          <w:szCs w:val="20"/>
        </w:rPr>
        <w:t xml:space="preserve"> do </w:t>
      </w:r>
      <w:proofErr w:type="spellStart"/>
      <w:r w:rsidRPr="00415899">
        <w:rPr>
          <w:rFonts w:cs="Arial"/>
          <w:sz w:val="20"/>
          <w:szCs w:val="20"/>
        </w:rPr>
        <w:t>křivek</w:t>
      </w:r>
      <w:proofErr w:type="spellEnd"/>
      <w:r w:rsidRPr="00415899">
        <w:rPr>
          <w:rFonts w:cs="Arial"/>
          <w:sz w:val="20"/>
          <w:szCs w:val="20"/>
        </w:rPr>
        <w:t xml:space="preserve"> </w:t>
      </w:r>
      <w:proofErr w:type="spellStart"/>
      <w:r w:rsidRPr="00415899">
        <w:rPr>
          <w:rFonts w:cs="Arial"/>
          <w:sz w:val="20"/>
          <w:szCs w:val="20"/>
        </w:rPr>
        <w:t>nebo</w:t>
      </w:r>
      <w:proofErr w:type="spellEnd"/>
      <w:r w:rsidRPr="00415899">
        <w:rPr>
          <w:rFonts w:cs="Arial"/>
          <w:sz w:val="20"/>
          <w:szCs w:val="20"/>
        </w:rPr>
        <w:t xml:space="preserve"> </w:t>
      </w:r>
      <w:proofErr w:type="spellStart"/>
      <w:r w:rsidRPr="00415899">
        <w:rPr>
          <w:rFonts w:cs="Arial"/>
          <w:sz w:val="20"/>
          <w:szCs w:val="20"/>
        </w:rPr>
        <w:t>řádně</w:t>
      </w:r>
      <w:proofErr w:type="spellEnd"/>
      <w:r w:rsidRPr="00415899">
        <w:rPr>
          <w:rFonts w:cs="Arial"/>
          <w:sz w:val="20"/>
          <w:szCs w:val="20"/>
        </w:rPr>
        <w:t xml:space="preserve"> </w:t>
      </w:r>
      <w:proofErr w:type="spellStart"/>
      <w:r w:rsidRPr="00415899">
        <w:rPr>
          <w:rFonts w:cs="Arial"/>
          <w:sz w:val="20"/>
          <w:szCs w:val="20"/>
        </w:rPr>
        <w:t>licencovaná</w:t>
      </w:r>
      <w:proofErr w:type="spellEnd"/>
      <w:r w:rsidRPr="00415899">
        <w:rPr>
          <w:rFonts w:cs="Arial"/>
          <w:sz w:val="20"/>
          <w:szCs w:val="20"/>
        </w:rPr>
        <w:t>.</w:t>
      </w:r>
    </w:p>
    <w:p w14:paraId="565A6978" w14:textId="77777777" w:rsidR="003F3D56" w:rsidRPr="00415899" w:rsidRDefault="00DA020F">
      <w:pPr>
        <w:pStyle w:val="Seznamsodrkami"/>
        <w:spacing w:after="60"/>
        <w:ind w:left="547" w:hanging="274"/>
        <w:rPr>
          <w:rFonts w:cs="Arial"/>
          <w:sz w:val="20"/>
          <w:szCs w:val="20"/>
        </w:rPr>
      </w:pPr>
      <w:proofErr w:type="spellStart"/>
      <w:r w:rsidRPr="00415899">
        <w:rPr>
          <w:rFonts w:cs="Arial"/>
          <w:sz w:val="20"/>
          <w:szCs w:val="20"/>
        </w:rPr>
        <w:t>Pořadatel</w:t>
      </w:r>
      <w:proofErr w:type="spellEnd"/>
      <w:r w:rsidRPr="00415899">
        <w:rPr>
          <w:rFonts w:cs="Arial"/>
          <w:sz w:val="20"/>
          <w:szCs w:val="20"/>
        </w:rPr>
        <w:t xml:space="preserve"> </w:t>
      </w:r>
      <w:proofErr w:type="spellStart"/>
      <w:r w:rsidRPr="00415899">
        <w:rPr>
          <w:rFonts w:cs="Arial"/>
          <w:sz w:val="20"/>
          <w:szCs w:val="20"/>
        </w:rPr>
        <w:t>může</w:t>
      </w:r>
      <w:proofErr w:type="spellEnd"/>
      <w:r w:rsidRPr="00415899">
        <w:rPr>
          <w:rFonts w:cs="Arial"/>
          <w:sz w:val="20"/>
          <w:szCs w:val="20"/>
        </w:rPr>
        <w:t xml:space="preserve"> s </w:t>
      </w:r>
      <w:proofErr w:type="spellStart"/>
      <w:r w:rsidRPr="00415899">
        <w:rPr>
          <w:rFonts w:cs="Arial"/>
          <w:sz w:val="20"/>
          <w:szCs w:val="20"/>
        </w:rPr>
        <w:t>finalistou</w:t>
      </w:r>
      <w:proofErr w:type="spellEnd"/>
      <w:r w:rsidRPr="00415899">
        <w:rPr>
          <w:rFonts w:cs="Arial"/>
          <w:sz w:val="20"/>
          <w:szCs w:val="20"/>
        </w:rPr>
        <w:t xml:space="preserve"> </w:t>
      </w:r>
      <w:proofErr w:type="spellStart"/>
      <w:r w:rsidRPr="00415899">
        <w:rPr>
          <w:rFonts w:cs="Arial"/>
          <w:sz w:val="20"/>
          <w:szCs w:val="20"/>
        </w:rPr>
        <w:t>konzultovat</w:t>
      </w:r>
      <w:proofErr w:type="spellEnd"/>
      <w:r w:rsidRPr="00415899">
        <w:rPr>
          <w:rFonts w:cs="Arial"/>
          <w:sz w:val="20"/>
          <w:szCs w:val="20"/>
        </w:rPr>
        <w:t xml:space="preserve"> </w:t>
      </w:r>
      <w:proofErr w:type="spellStart"/>
      <w:r w:rsidRPr="00415899">
        <w:rPr>
          <w:rFonts w:cs="Arial"/>
          <w:sz w:val="20"/>
          <w:szCs w:val="20"/>
        </w:rPr>
        <w:t>barevnost</w:t>
      </w:r>
      <w:proofErr w:type="spellEnd"/>
      <w:r w:rsidRPr="00415899">
        <w:rPr>
          <w:rFonts w:cs="Arial"/>
          <w:sz w:val="20"/>
          <w:szCs w:val="20"/>
        </w:rPr>
        <w:t xml:space="preserve">, </w:t>
      </w:r>
      <w:proofErr w:type="spellStart"/>
      <w:r w:rsidRPr="00415899">
        <w:rPr>
          <w:rFonts w:cs="Arial"/>
          <w:sz w:val="20"/>
          <w:szCs w:val="20"/>
        </w:rPr>
        <w:t>rozměry</w:t>
      </w:r>
      <w:proofErr w:type="spellEnd"/>
      <w:r w:rsidRPr="00415899">
        <w:rPr>
          <w:rFonts w:cs="Arial"/>
          <w:sz w:val="20"/>
          <w:szCs w:val="20"/>
        </w:rPr>
        <w:t xml:space="preserve">, </w:t>
      </w:r>
      <w:proofErr w:type="spellStart"/>
      <w:r w:rsidRPr="00415899">
        <w:rPr>
          <w:rFonts w:cs="Arial"/>
          <w:sz w:val="20"/>
          <w:szCs w:val="20"/>
        </w:rPr>
        <w:t>umístění</w:t>
      </w:r>
      <w:proofErr w:type="spellEnd"/>
      <w:r w:rsidRPr="00415899">
        <w:rPr>
          <w:rFonts w:cs="Arial"/>
          <w:sz w:val="20"/>
          <w:szCs w:val="20"/>
        </w:rPr>
        <w:t xml:space="preserve"> a </w:t>
      </w:r>
      <w:proofErr w:type="spellStart"/>
      <w:r w:rsidRPr="00415899">
        <w:rPr>
          <w:rFonts w:cs="Arial"/>
          <w:sz w:val="20"/>
          <w:szCs w:val="20"/>
        </w:rPr>
        <w:t>technologické</w:t>
      </w:r>
      <w:proofErr w:type="spellEnd"/>
      <w:r w:rsidRPr="00415899">
        <w:rPr>
          <w:rFonts w:cs="Arial"/>
          <w:sz w:val="20"/>
          <w:szCs w:val="20"/>
        </w:rPr>
        <w:t xml:space="preserve"> </w:t>
      </w:r>
      <w:proofErr w:type="spellStart"/>
      <w:r w:rsidRPr="00415899">
        <w:rPr>
          <w:rFonts w:cs="Arial"/>
          <w:sz w:val="20"/>
          <w:szCs w:val="20"/>
        </w:rPr>
        <w:t>úpravy</w:t>
      </w:r>
      <w:proofErr w:type="spellEnd"/>
      <w:r w:rsidRPr="00415899">
        <w:rPr>
          <w:rFonts w:cs="Arial"/>
          <w:sz w:val="20"/>
          <w:szCs w:val="20"/>
        </w:rPr>
        <w:t xml:space="preserve"> </w:t>
      </w:r>
      <w:proofErr w:type="spellStart"/>
      <w:r w:rsidRPr="00415899">
        <w:rPr>
          <w:rFonts w:cs="Arial"/>
          <w:sz w:val="20"/>
          <w:szCs w:val="20"/>
        </w:rPr>
        <w:t>nutné</w:t>
      </w:r>
      <w:proofErr w:type="spellEnd"/>
      <w:r w:rsidRPr="00415899">
        <w:rPr>
          <w:rFonts w:cs="Arial"/>
          <w:sz w:val="20"/>
          <w:szCs w:val="20"/>
        </w:rPr>
        <w:t xml:space="preserve"> pro </w:t>
      </w:r>
      <w:proofErr w:type="spellStart"/>
      <w:r w:rsidRPr="00415899">
        <w:rPr>
          <w:rFonts w:cs="Arial"/>
          <w:sz w:val="20"/>
          <w:szCs w:val="20"/>
        </w:rPr>
        <w:t>výrobu</w:t>
      </w:r>
      <w:proofErr w:type="spellEnd"/>
      <w:r w:rsidRPr="00415899">
        <w:rPr>
          <w:rFonts w:cs="Arial"/>
          <w:sz w:val="20"/>
          <w:szCs w:val="20"/>
        </w:rPr>
        <w:t>.</w:t>
      </w:r>
    </w:p>
    <w:p w14:paraId="658D169B" w14:textId="77777777" w:rsidR="003F3D56" w:rsidRPr="00415899" w:rsidRDefault="00DA020F">
      <w:pPr>
        <w:pStyle w:val="Nadpis1"/>
        <w:rPr>
          <w:rFonts w:ascii="Arial" w:hAnsi="Arial" w:cs="Arial"/>
          <w:sz w:val="20"/>
          <w:szCs w:val="20"/>
        </w:rPr>
      </w:pPr>
      <w:r w:rsidRPr="00415899">
        <w:rPr>
          <w:rFonts w:ascii="Arial" w:hAnsi="Arial" w:cs="Arial"/>
          <w:sz w:val="20"/>
          <w:szCs w:val="20"/>
        </w:rPr>
        <w:t xml:space="preserve">7. </w:t>
      </w:r>
      <w:proofErr w:type="spellStart"/>
      <w:r w:rsidRPr="00415899">
        <w:rPr>
          <w:rFonts w:ascii="Arial" w:hAnsi="Arial" w:cs="Arial"/>
          <w:sz w:val="20"/>
          <w:szCs w:val="20"/>
        </w:rPr>
        <w:t>Přihlášení</w:t>
      </w:r>
      <w:proofErr w:type="spellEnd"/>
      <w:r w:rsidRPr="00415899">
        <w:rPr>
          <w:rFonts w:ascii="Arial" w:hAnsi="Arial" w:cs="Arial"/>
          <w:sz w:val="20"/>
          <w:szCs w:val="20"/>
        </w:rPr>
        <w:t xml:space="preserve"> </w:t>
      </w:r>
      <w:proofErr w:type="spellStart"/>
      <w:r w:rsidRPr="00415899">
        <w:rPr>
          <w:rFonts w:ascii="Arial" w:hAnsi="Arial" w:cs="Arial"/>
          <w:sz w:val="20"/>
          <w:szCs w:val="20"/>
        </w:rPr>
        <w:t>návrhu</w:t>
      </w:r>
      <w:proofErr w:type="spellEnd"/>
    </w:p>
    <w:p w14:paraId="3D1639E4" w14:textId="77777777" w:rsidR="00415899" w:rsidRPr="00415899" w:rsidRDefault="00415899" w:rsidP="00415899">
      <w:pPr>
        <w:rPr>
          <w:lang w:val="cs-CZ"/>
        </w:rPr>
      </w:pPr>
      <w:r w:rsidRPr="00415899">
        <w:rPr>
          <w:lang w:val="cs-CZ"/>
        </w:rPr>
        <w:t xml:space="preserve">Návrh se zasílá e-mailem na </w:t>
      </w:r>
      <w:hyperlink r:id="rId10" w:history="1">
        <w:r w:rsidRPr="00415899">
          <w:rPr>
            <w:rStyle w:val="Hypertextovodkaz"/>
            <w:rFonts w:cs="Arial"/>
            <w:b/>
            <w:bCs/>
            <w:sz w:val="20"/>
            <w:szCs w:val="20"/>
            <w:lang w:val="cs-CZ"/>
          </w:rPr>
          <w:t>info@merinoobchod.cz</w:t>
        </w:r>
      </w:hyperlink>
      <w:r w:rsidRPr="00415899">
        <w:rPr>
          <w:lang w:val="cs-CZ"/>
        </w:rPr>
        <w:t xml:space="preserve"> s předmětem „SOUTĚŽ – PRAHA V MOJÍ STOPĚ“. Pokud velikost souboru neumožní přílohu, může soutěžící vložit odkaz ke stažení s platností alespoň do 7. 12. 2026.</w:t>
      </w:r>
    </w:p>
    <w:p w14:paraId="18B7B88C" w14:textId="77777777" w:rsidR="00415899" w:rsidRPr="00415899" w:rsidRDefault="00415899" w:rsidP="00415899">
      <w:pPr>
        <w:rPr>
          <w:lang w:val="cs-CZ"/>
        </w:rPr>
      </w:pPr>
      <w:r w:rsidRPr="00415899">
        <w:rPr>
          <w:lang w:val="cs-CZ"/>
        </w:rPr>
        <w:t>Přihláška musí obsahovat:</w:t>
      </w:r>
    </w:p>
    <w:p w14:paraId="5B2F88BB" w14:textId="77777777" w:rsidR="00415899" w:rsidRPr="00415899" w:rsidRDefault="00415899" w:rsidP="00415899">
      <w:pPr>
        <w:pStyle w:val="Odstavecseseznamem"/>
        <w:numPr>
          <w:ilvl w:val="0"/>
          <w:numId w:val="12"/>
        </w:numPr>
        <w:rPr>
          <w:lang w:val="cs-CZ"/>
        </w:rPr>
      </w:pPr>
      <w:r w:rsidRPr="00415899">
        <w:rPr>
          <w:lang w:val="cs-CZ"/>
        </w:rPr>
        <w:t>jméno a příjmení soutěžícího (přihlašovatele), rok narození, město a stát bydliště;</w:t>
      </w:r>
    </w:p>
    <w:p w14:paraId="499D5EC6" w14:textId="77777777" w:rsidR="00415899" w:rsidRPr="00415899" w:rsidRDefault="00415899" w:rsidP="00415899">
      <w:pPr>
        <w:pStyle w:val="Odstavecseseznamem"/>
        <w:numPr>
          <w:ilvl w:val="0"/>
          <w:numId w:val="12"/>
        </w:numPr>
        <w:rPr>
          <w:lang w:val="cs-CZ"/>
        </w:rPr>
      </w:pPr>
      <w:r w:rsidRPr="00415899">
        <w:rPr>
          <w:lang w:val="cs-CZ"/>
        </w:rPr>
        <w:t>kontaktní e-mail a telefon;</w:t>
      </w:r>
    </w:p>
    <w:p w14:paraId="3549C0E6" w14:textId="77777777" w:rsidR="00415899" w:rsidRPr="00415899" w:rsidRDefault="00415899" w:rsidP="00415899">
      <w:pPr>
        <w:pStyle w:val="Odstavecseseznamem"/>
        <w:numPr>
          <w:ilvl w:val="0"/>
          <w:numId w:val="12"/>
        </w:numPr>
        <w:rPr>
          <w:lang w:val="cs-CZ"/>
        </w:rPr>
      </w:pPr>
      <w:r w:rsidRPr="00415899">
        <w:rPr>
          <w:lang w:val="cs-CZ"/>
        </w:rPr>
        <w:t>název návrhu a krátkou anotaci do 500 znaků;</w:t>
      </w:r>
    </w:p>
    <w:p w14:paraId="697A11C4" w14:textId="77777777" w:rsidR="00415899" w:rsidRPr="00415899" w:rsidRDefault="00415899" w:rsidP="00415899">
      <w:pPr>
        <w:pStyle w:val="Odstavecseseznamem"/>
        <w:numPr>
          <w:ilvl w:val="0"/>
          <w:numId w:val="12"/>
        </w:numPr>
        <w:rPr>
          <w:lang w:val="cs-CZ"/>
        </w:rPr>
      </w:pPr>
      <w:r w:rsidRPr="00415899">
        <w:rPr>
          <w:lang w:val="cs-CZ"/>
        </w:rPr>
        <w:t>soutěžní soubor a případně odkaz ke stažení;</w:t>
      </w:r>
    </w:p>
    <w:p w14:paraId="0B0880B8" w14:textId="77777777" w:rsidR="00415899" w:rsidRPr="00415899" w:rsidRDefault="00415899" w:rsidP="00415899">
      <w:pPr>
        <w:pStyle w:val="Odstavecseseznamem"/>
        <w:numPr>
          <w:ilvl w:val="0"/>
          <w:numId w:val="12"/>
        </w:numPr>
        <w:rPr>
          <w:lang w:val="cs-CZ"/>
        </w:rPr>
      </w:pPr>
      <w:r w:rsidRPr="00415899">
        <w:rPr>
          <w:lang w:val="cs-CZ"/>
        </w:rPr>
        <w:t>povinný údaj „Způsob vytvoření“ s jednou z možností: (a) vlastní tvorba bez generativní AI, (b) vlastní tvorba s využitím generativní AI, nebo (c) převážně či zcela generováno AI. Tento údaj nenahrazuje povinnost samostatně uvést případné podklady třetích osob;</w:t>
      </w:r>
    </w:p>
    <w:p w14:paraId="603ED7A0" w14:textId="77777777" w:rsidR="00415899" w:rsidRPr="00415899" w:rsidRDefault="00415899" w:rsidP="00415899">
      <w:pPr>
        <w:pStyle w:val="Odstavecseseznamem"/>
        <w:numPr>
          <w:ilvl w:val="0"/>
          <w:numId w:val="12"/>
        </w:numPr>
        <w:rPr>
          <w:lang w:val="cs-CZ"/>
        </w:rPr>
      </w:pPr>
      <w:r w:rsidRPr="00415899">
        <w:rPr>
          <w:lang w:val="cs-CZ"/>
        </w:rPr>
        <w:t>stručný popis vlastních autorských částí návrhu a vlastního tvůrčího přínosu soutěžícího; pokud návrh vlastní autorské části neobsahuje, soutěžící tuto skutečnost výslovně uvede;</w:t>
      </w:r>
    </w:p>
    <w:p w14:paraId="65E30B96" w14:textId="77777777" w:rsidR="00415899" w:rsidRPr="00415899" w:rsidRDefault="00415899" w:rsidP="00415899">
      <w:pPr>
        <w:pStyle w:val="Odstavecseseznamem"/>
        <w:numPr>
          <w:ilvl w:val="0"/>
          <w:numId w:val="12"/>
        </w:numPr>
        <w:rPr>
          <w:lang w:val="cs-CZ"/>
        </w:rPr>
      </w:pPr>
      <w:r w:rsidRPr="00415899">
        <w:rPr>
          <w:lang w:val="cs-CZ"/>
        </w:rPr>
        <w:t>při použití generativní AI název použitého nástroje, označení částí návrhu vytvořených nebo upravených pomocí AI a stručný popis následných vlastních úprav; pokud generativní AI použita nebyla, soutěžící uvede „Generativní AI nebyla použita“;</w:t>
      </w:r>
    </w:p>
    <w:p w14:paraId="52405A00" w14:textId="77777777" w:rsidR="00415899" w:rsidRPr="00415899" w:rsidRDefault="00415899" w:rsidP="00415899">
      <w:pPr>
        <w:pStyle w:val="Odstavecseseznamem"/>
        <w:numPr>
          <w:ilvl w:val="0"/>
          <w:numId w:val="12"/>
        </w:numPr>
        <w:rPr>
          <w:lang w:val="cs-CZ"/>
        </w:rPr>
      </w:pPr>
      <w:r w:rsidRPr="00415899">
        <w:rPr>
          <w:lang w:val="cs-CZ"/>
        </w:rPr>
        <w:lastRenderedPageBreak/>
        <w:t>při spoluautorství jména a příjmení všech spoluautorů, stručný popis jejich tvůrčích příspěvků a potvrzení přihlašovatele, že zajistil jejich souhlas s přihlášením návrhu a poskytnutím práv podle čl. 11; pokud návrh nemá spoluautory, uvede „Bez spoluautorů“;</w:t>
      </w:r>
    </w:p>
    <w:p w14:paraId="09C98A0B" w14:textId="77777777" w:rsidR="00415899" w:rsidRPr="00415899" w:rsidRDefault="00415899" w:rsidP="00415899">
      <w:pPr>
        <w:pStyle w:val="Odstavecseseznamem"/>
        <w:numPr>
          <w:ilvl w:val="0"/>
          <w:numId w:val="12"/>
        </w:numPr>
        <w:rPr>
          <w:lang w:val="cs-CZ"/>
        </w:rPr>
      </w:pPr>
      <w:r w:rsidRPr="00415899">
        <w:rPr>
          <w:lang w:val="cs-CZ"/>
        </w:rPr>
        <w:t>při použití podkladů třetích osob jejich seznam, označení způsobu jejich použití v návrhu, zdroj a autora či jiného nositele práv, je-li znám, a právní důvod použití, například konkrétní licenci nebo individuální souhlas. Soutěžící přiloží odkaz na příslušné licenční podmínky nebo kopii souhlasu a uvede případná omezení či požadavky na uvedení autora. To se týká také cizích podkladů vložených do AI nástroje při tvorbě návrhu. Pokud žádné podklady třetích osob použity nebyly, uvede „Bez podkladů třetích osob“;</w:t>
      </w:r>
    </w:p>
    <w:p w14:paraId="13C18BE2" w14:textId="77777777" w:rsidR="00415899" w:rsidRPr="00415899" w:rsidRDefault="00415899" w:rsidP="00415899">
      <w:pPr>
        <w:pStyle w:val="Odstavecseseznamem"/>
        <w:numPr>
          <w:ilvl w:val="0"/>
          <w:numId w:val="12"/>
        </w:numPr>
        <w:rPr>
          <w:lang w:val="cs-CZ"/>
        </w:rPr>
      </w:pPr>
      <w:r w:rsidRPr="00415899">
        <w:rPr>
          <w:lang w:val="cs-CZ"/>
        </w:rPr>
        <w:t>požadovaný způsob veřejného označení: jméno, pseudonym nebo anonymně; u převážně či zcela AI generovaného návrhu například „Generováno pomocí AI; přihlásil/a: [jméno/pseudonym]“;</w:t>
      </w:r>
    </w:p>
    <w:p w14:paraId="0320264F" w14:textId="77777777" w:rsidR="00415899" w:rsidRPr="00415899" w:rsidRDefault="00415899" w:rsidP="00415899">
      <w:pPr>
        <w:pStyle w:val="Odstavecseseznamem"/>
        <w:numPr>
          <w:ilvl w:val="0"/>
          <w:numId w:val="12"/>
        </w:numPr>
        <w:rPr>
          <w:lang w:val="cs-CZ"/>
        </w:rPr>
      </w:pPr>
      <w:r w:rsidRPr="00415899">
        <w:rPr>
          <w:lang w:val="cs-CZ"/>
        </w:rPr>
        <w:t>u soutěžícího mladšího 18 let čitelný sken nebo fotografii podepsaného souhlasu zákonného zástupce s náležitostmi podle čl. 4;</w:t>
      </w:r>
    </w:p>
    <w:p w14:paraId="036A69F0" w14:textId="77777777" w:rsidR="00415899" w:rsidRPr="00415899" w:rsidRDefault="00415899" w:rsidP="00415899">
      <w:pPr>
        <w:pStyle w:val="Odstavecseseznamem"/>
        <w:numPr>
          <w:ilvl w:val="0"/>
          <w:numId w:val="12"/>
        </w:numPr>
        <w:rPr>
          <w:lang w:val="cs-CZ"/>
        </w:rPr>
      </w:pPr>
      <w:r w:rsidRPr="00415899">
        <w:rPr>
          <w:lang w:val="cs-CZ"/>
        </w:rPr>
        <w:t>prohlášení: „Potvrzuji, že jsem se seznámil/a s úplnými pravidly soutěže Praha v mojí stopě a souhlasím s nimi. Údaje o způsobu vytvoření návrhu, spoluautorství a použitých podkladech jsou pravdivé a úplné. Jsem oprávněn/a návrh přihlásit a zajistil/a jsem oprávnění potřebná k jeho užití v rozsahu čl. 11 pravidel.“</w:t>
      </w:r>
    </w:p>
    <w:p w14:paraId="246EC960" w14:textId="77777777" w:rsidR="00415899" w:rsidRPr="00415899" w:rsidRDefault="00415899" w:rsidP="00415899">
      <w:pPr>
        <w:rPr>
          <w:lang w:val="cs-CZ"/>
        </w:rPr>
      </w:pPr>
      <w:r w:rsidRPr="00415899">
        <w:rPr>
          <w:lang w:val="cs-CZ"/>
        </w:rPr>
        <w:t>AI se v přihlášce ani při zveřejnění neuvádí jako autor namísto soutěžícího. Autorem ve smyslu autorského práva může být pouze fyzická osoba. U převážně nebo zcela AI generovaného návrhu se proto používá označení „Generováno pomocí AI“ a samostatně se uvede osoba, která návrh do Soutěže přihlásila.</w:t>
      </w:r>
    </w:p>
    <w:p w14:paraId="49302049" w14:textId="77777777" w:rsidR="00415899" w:rsidRPr="00415899" w:rsidRDefault="00415899" w:rsidP="00415899">
      <w:pPr>
        <w:pStyle w:val="Nadpis1"/>
        <w:rPr>
          <w:rFonts w:ascii="Arial" w:hAnsi="Arial" w:cs="Arial"/>
          <w:b w:val="0"/>
          <w:bCs w:val="0"/>
          <w:sz w:val="20"/>
          <w:szCs w:val="20"/>
          <w:lang w:val="cs-CZ"/>
        </w:rPr>
      </w:pPr>
      <w:r w:rsidRPr="00415899">
        <w:rPr>
          <w:rFonts w:ascii="Arial" w:hAnsi="Arial" w:cs="Arial"/>
          <w:b w:val="0"/>
          <w:bCs w:val="0"/>
          <w:sz w:val="20"/>
          <w:szCs w:val="20"/>
          <w:lang w:val="cs-CZ"/>
        </w:rPr>
        <w:t>Pořadatel může vyžádat doplnění přihlášky nebo doložení oprávnění podle čl. 11. Soutěžící požadované údaje a podklady doplní do 5 pracovních dnů od odeslání výzvy. Pokud přihláška nebude v této lhůtě řádně doplněna nebo nebudou doložena potřebná oprávnění, může Pořadatel návrh ze Soutěže vyřadit. Pro doložení souhlasu zákonného zástupce se použije postup podle čl. 4.</w:t>
      </w:r>
    </w:p>
    <w:p w14:paraId="565378DB" w14:textId="77777777" w:rsidR="00415899" w:rsidRPr="00415899" w:rsidRDefault="00415899" w:rsidP="00415899">
      <w:pPr>
        <w:pStyle w:val="Nadpis1"/>
        <w:rPr>
          <w:rFonts w:ascii="Arial" w:hAnsi="Arial" w:cs="Arial"/>
          <w:b w:val="0"/>
          <w:bCs w:val="0"/>
          <w:sz w:val="20"/>
          <w:szCs w:val="20"/>
          <w:lang w:val="cs-CZ"/>
        </w:rPr>
      </w:pPr>
      <w:r w:rsidRPr="00415899">
        <w:rPr>
          <w:rFonts w:ascii="Arial" w:hAnsi="Arial" w:cs="Arial"/>
          <w:b w:val="0"/>
          <w:bCs w:val="0"/>
          <w:sz w:val="20"/>
          <w:szCs w:val="20"/>
          <w:lang w:val="cs-CZ"/>
        </w:rPr>
        <w:t>Přijetí návrhu může Pořadatel potvrdit e-mailem. Potvrzení přijetí neznamená splnění podmínek ani postup mezi finalisty.</w:t>
      </w:r>
    </w:p>
    <w:p w14:paraId="521AA8E5" w14:textId="77777777" w:rsidR="003F3D56" w:rsidRPr="00415899" w:rsidRDefault="00DA020F">
      <w:pPr>
        <w:pStyle w:val="Nadpis1"/>
        <w:rPr>
          <w:rFonts w:ascii="Arial" w:hAnsi="Arial" w:cs="Arial"/>
          <w:sz w:val="20"/>
          <w:szCs w:val="20"/>
        </w:rPr>
      </w:pPr>
      <w:r w:rsidRPr="00415899">
        <w:rPr>
          <w:rFonts w:ascii="Arial" w:hAnsi="Arial" w:cs="Arial"/>
          <w:sz w:val="20"/>
          <w:szCs w:val="20"/>
        </w:rPr>
        <w:t xml:space="preserve">8. </w:t>
      </w:r>
      <w:proofErr w:type="spellStart"/>
      <w:r w:rsidRPr="00415899">
        <w:rPr>
          <w:rFonts w:ascii="Arial" w:hAnsi="Arial" w:cs="Arial"/>
          <w:sz w:val="20"/>
          <w:szCs w:val="20"/>
        </w:rPr>
        <w:t>Hodnocení</w:t>
      </w:r>
      <w:proofErr w:type="spellEnd"/>
    </w:p>
    <w:p w14:paraId="63CE2A69" w14:textId="0868380F" w:rsidR="003F3D56" w:rsidRPr="00415899" w:rsidRDefault="00950F06">
      <w:pPr>
        <w:rPr>
          <w:rFonts w:cs="Arial"/>
          <w:sz w:val="20"/>
          <w:szCs w:val="20"/>
        </w:rPr>
      </w:pPr>
      <w:r w:rsidRPr="00415899">
        <w:rPr>
          <w:rFonts w:cs="Arial"/>
          <w:sz w:val="20"/>
          <w:szCs w:val="20"/>
        </w:rPr>
        <w:t xml:space="preserve">V </w:t>
      </w:r>
      <w:proofErr w:type="spellStart"/>
      <w:r w:rsidRPr="00415899">
        <w:rPr>
          <w:rFonts w:cs="Arial"/>
          <w:sz w:val="20"/>
          <w:szCs w:val="20"/>
        </w:rPr>
        <w:t>období</w:t>
      </w:r>
      <w:proofErr w:type="spellEnd"/>
      <w:r w:rsidRPr="00415899">
        <w:rPr>
          <w:rFonts w:cs="Arial"/>
          <w:sz w:val="20"/>
          <w:szCs w:val="20"/>
        </w:rPr>
        <w:t xml:space="preserve"> o</w:t>
      </w:r>
      <w:r w:rsidRPr="00415899">
        <w:rPr>
          <w:rFonts w:cs="Arial"/>
          <w:sz w:val="20"/>
          <w:szCs w:val="20"/>
        </w:rPr>
        <w:t xml:space="preserve">d 1. 12. </w:t>
      </w:r>
      <w:proofErr w:type="spellStart"/>
      <w:r w:rsidRPr="00415899">
        <w:rPr>
          <w:rFonts w:cs="Arial"/>
          <w:sz w:val="20"/>
          <w:szCs w:val="20"/>
        </w:rPr>
        <w:t>do</w:t>
      </w:r>
      <w:proofErr w:type="spellEnd"/>
      <w:r w:rsidRPr="00415899">
        <w:rPr>
          <w:rFonts w:cs="Arial"/>
          <w:sz w:val="20"/>
          <w:szCs w:val="20"/>
        </w:rPr>
        <w:t xml:space="preserve"> 6. 12. 2026 </w:t>
      </w:r>
      <w:proofErr w:type="spellStart"/>
      <w:r w:rsidRPr="00415899">
        <w:rPr>
          <w:rFonts w:cs="Arial"/>
          <w:sz w:val="20"/>
          <w:szCs w:val="20"/>
        </w:rPr>
        <w:t>proběhne</w:t>
      </w:r>
      <w:proofErr w:type="spellEnd"/>
      <w:r w:rsidRPr="00415899">
        <w:rPr>
          <w:rFonts w:cs="Arial"/>
          <w:sz w:val="20"/>
          <w:szCs w:val="20"/>
        </w:rPr>
        <w:t xml:space="preserve"> </w:t>
      </w:r>
      <w:proofErr w:type="spellStart"/>
      <w:r w:rsidRPr="00415899">
        <w:rPr>
          <w:rFonts w:cs="Arial"/>
          <w:sz w:val="20"/>
          <w:szCs w:val="20"/>
        </w:rPr>
        <w:t>hodnocení</w:t>
      </w:r>
      <w:proofErr w:type="spellEnd"/>
      <w:r w:rsidRPr="00415899">
        <w:rPr>
          <w:rFonts w:cs="Arial"/>
          <w:sz w:val="20"/>
          <w:szCs w:val="20"/>
        </w:rPr>
        <w:t xml:space="preserve">. </w:t>
      </w:r>
      <w:proofErr w:type="spellStart"/>
      <w:r w:rsidRPr="00415899">
        <w:rPr>
          <w:rFonts w:cs="Arial"/>
          <w:sz w:val="20"/>
          <w:szCs w:val="20"/>
        </w:rPr>
        <w:t>N</w:t>
      </w:r>
      <w:r w:rsidR="00DA020F" w:rsidRPr="00415899">
        <w:rPr>
          <w:rFonts w:cs="Arial"/>
          <w:sz w:val="20"/>
          <w:szCs w:val="20"/>
        </w:rPr>
        <w:t>ávrhy</w:t>
      </w:r>
      <w:proofErr w:type="spellEnd"/>
      <w:r w:rsidR="00DA020F" w:rsidRPr="00415899">
        <w:rPr>
          <w:rFonts w:cs="Arial"/>
          <w:sz w:val="20"/>
          <w:szCs w:val="20"/>
        </w:rPr>
        <w:t xml:space="preserve"> </w:t>
      </w:r>
      <w:proofErr w:type="spellStart"/>
      <w:r w:rsidR="00DA020F" w:rsidRPr="00415899">
        <w:rPr>
          <w:rFonts w:cs="Arial"/>
          <w:sz w:val="20"/>
          <w:szCs w:val="20"/>
        </w:rPr>
        <w:t>posoudí</w:t>
      </w:r>
      <w:proofErr w:type="spellEnd"/>
      <w:r w:rsidR="00DA020F" w:rsidRPr="00415899">
        <w:rPr>
          <w:rFonts w:cs="Arial"/>
          <w:sz w:val="20"/>
          <w:szCs w:val="20"/>
        </w:rPr>
        <w:t xml:space="preserve"> </w:t>
      </w:r>
      <w:proofErr w:type="spellStart"/>
      <w:r w:rsidR="00DA020F" w:rsidRPr="00415899">
        <w:rPr>
          <w:rFonts w:cs="Arial"/>
          <w:sz w:val="20"/>
          <w:szCs w:val="20"/>
        </w:rPr>
        <w:t>tříčlenná</w:t>
      </w:r>
      <w:proofErr w:type="spellEnd"/>
      <w:r w:rsidR="00DA020F" w:rsidRPr="00415899">
        <w:rPr>
          <w:rFonts w:cs="Arial"/>
          <w:sz w:val="20"/>
          <w:szCs w:val="20"/>
        </w:rPr>
        <w:t xml:space="preserve"> </w:t>
      </w:r>
      <w:proofErr w:type="spellStart"/>
      <w:r w:rsidR="00DA020F" w:rsidRPr="00415899">
        <w:rPr>
          <w:rFonts w:cs="Arial"/>
          <w:sz w:val="20"/>
          <w:szCs w:val="20"/>
        </w:rPr>
        <w:t>komise</w:t>
      </w:r>
      <w:proofErr w:type="spellEnd"/>
      <w:r w:rsidR="00DA020F" w:rsidRPr="00415899">
        <w:rPr>
          <w:rFonts w:cs="Arial"/>
          <w:sz w:val="20"/>
          <w:szCs w:val="20"/>
        </w:rPr>
        <w:t xml:space="preserve"> </w:t>
      </w:r>
      <w:proofErr w:type="spellStart"/>
      <w:r w:rsidR="00DA020F" w:rsidRPr="00415899">
        <w:rPr>
          <w:rFonts w:cs="Arial"/>
          <w:sz w:val="20"/>
          <w:szCs w:val="20"/>
        </w:rPr>
        <w:t>jmenovaná</w:t>
      </w:r>
      <w:proofErr w:type="spellEnd"/>
      <w:r w:rsidR="00DA020F" w:rsidRPr="00415899">
        <w:rPr>
          <w:rFonts w:cs="Arial"/>
          <w:sz w:val="20"/>
          <w:szCs w:val="20"/>
        </w:rPr>
        <w:t xml:space="preserve"> Pořadatelem. Komise vybere nejvýše tři nejlepší návrhy a určí jejich pořadí; možnost neobsazení jednotlivých míst a neudělení cen upravuje čl. 13. </w:t>
      </w:r>
      <w:proofErr w:type="spellStart"/>
      <w:r w:rsidR="00DA020F" w:rsidRPr="00415899">
        <w:rPr>
          <w:rFonts w:cs="Arial"/>
          <w:sz w:val="20"/>
          <w:szCs w:val="20"/>
        </w:rPr>
        <w:t>Hodnotí</w:t>
      </w:r>
      <w:proofErr w:type="spellEnd"/>
      <w:r w:rsidR="00DA020F" w:rsidRPr="00415899">
        <w:rPr>
          <w:rFonts w:cs="Arial"/>
          <w:sz w:val="20"/>
          <w:szCs w:val="20"/>
        </w:rPr>
        <w:t xml:space="preserve"> </w:t>
      </w:r>
      <w:proofErr w:type="spellStart"/>
      <w:r w:rsidR="00DA020F" w:rsidRPr="00415899">
        <w:rPr>
          <w:rFonts w:cs="Arial"/>
          <w:sz w:val="20"/>
          <w:szCs w:val="20"/>
        </w:rPr>
        <w:t>zejména</w:t>
      </w:r>
      <w:proofErr w:type="spellEnd"/>
      <w:r w:rsidR="00DA020F" w:rsidRPr="00415899">
        <w:rPr>
          <w:rFonts w:cs="Arial"/>
          <w:sz w:val="20"/>
          <w:szCs w:val="20"/>
        </w:rPr>
        <w:t>:</w:t>
      </w:r>
    </w:p>
    <w:p w14:paraId="773DFA73" w14:textId="77777777" w:rsidR="003F3D56" w:rsidRPr="00415899" w:rsidRDefault="00DA020F">
      <w:pPr>
        <w:pStyle w:val="Seznamsodrkami"/>
        <w:spacing w:after="60"/>
        <w:ind w:left="547" w:hanging="274"/>
        <w:rPr>
          <w:rFonts w:cs="Arial"/>
          <w:sz w:val="20"/>
          <w:szCs w:val="20"/>
        </w:rPr>
      </w:pPr>
      <w:proofErr w:type="spellStart"/>
      <w:r w:rsidRPr="00415899">
        <w:rPr>
          <w:rFonts w:cs="Arial"/>
          <w:sz w:val="20"/>
          <w:szCs w:val="20"/>
        </w:rPr>
        <w:t>originalitu</w:t>
      </w:r>
      <w:proofErr w:type="spellEnd"/>
      <w:r w:rsidRPr="00415899">
        <w:rPr>
          <w:rFonts w:cs="Arial"/>
          <w:sz w:val="20"/>
          <w:szCs w:val="20"/>
        </w:rPr>
        <w:t xml:space="preserve"> a </w:t>
      </w:r>
      <w:proofErr w:type="spellStart"/>
      <w:r w:rsidRPr="00415899">
        <w:rPr>
          <w:rFonts w:cs="Arial"/>
          <w:sz w:val="20"/>
          <w:szCs w:val="20"/>
        </w:rPr>
        <w:t>sílu</w:t>
      </w:r>
      <w:proofErr w:type="spellEnd"/>
      <w:r w:rsidRPr="00415899">
        <w:rPr>
          <w:rFonts w:cs="Arial"/>
          <w:sz w:val="20"/>
          <w:szCs w:val="20"/>
        </w:rPr>
        <w:t xml:space="preserve"> </w:t>
      </w:r>
      <w:proofErr w:type="spellStart"/>
      <w:proofErr w:type="gramStart"/>
      <w:r w:rsidRPr="00415899">
        <w:rPr>
          <w:rFonts w:cs="Arial"/>
          <w:sz w:val="20"/>
          <w:szCs w:val="20"/>
        </w:rPr>
        <w:t>nápadu</w:t>
      </w:r>
      <w:proofErr w:type="spellEnd"/>
      <w:r w:rsidRPr="00415899">
        <w:rPr>
          <w:rFonts w:cs="Arial"/>
          <w:sz w:val="20"/>
          <w:szCs w:val="20"/>
        </w:rPr>
        <w:t>;</w:t>
      </w:r>
      <w:proofErr w:type="gramEnd"/>
    </w:p>
    <w:p w14:paraId="1FBDF4BB" w14:textId="77777777" w:rsidR="003F3D56" w:rsidRPr="00415899" w:rsidRDefault="00DA020F">
      <w:pPr>
        <w:pStyle w:val="Seznamsodrkami"/>
        <w:spacing w:after="60"/>
        <w:ind w:left="547" w:hanging="274"/>
        <w:rPr>
          <w:rFonts w:cs="Arial"/>
          <w:sz w:val="20"/>
          <w:szCs w:val="20"/>
        </w:rPr>
      </w:pPr>
      <w:proofErr w:type="spellStart"/>
      <w:r w:rsidRPr="00415899">
        <w:rPr>
          <w:rFonts w:cs="Arial"/>
          <w:sz w:val="20"/>
          <w:szCs w:val="20"/>
        </w:rPr>
        <w:t>vztah</w:t>
      </w:r>
      <w:proofErr w:type="spellEnd"/>
      <w:r w:rsidRPr="00415899">
        <w:rPr>
          <w:rFonts w:cs="Arial"/>
          <w:sz w:val="20"/>
          <w:szCs w:val="20"/>
        </w:rPr>
        <w:t xml:space="preserve"> k </w:t>
      </w:r>
      <w:proofErr w:type="spellStart"/>
      <w:r w:rsidRPr="00415899">
        <w:rPr>
          <w:rFonts w:cs="Arial"/>
          <w:sz w:val="20"/>
          <w:szCs w:val="20"/>
        </w:rPr>
        <w:t>tématu</w:t>
      </w:r>
      <w:proofErr w:type="spellEnd"/>
      <w:r w:rsidRPr="00415899">
        <w:rPr>
          <w:rFonts w:cs="Arial"/>
          <w:sz w:val="20"/>
          <w:szCs w:val="20"/>
        </w:rPr>
        <w:t xml:space="preserve"> Praha / jak </w:t>
      </w:r>
      <w:proofErr w:type="spellStart"/>
      <w:r w:rsidRPr="00415899">
        <w:rPr>
          <w:rFonts w:cs="Arial"/>
          <w:sz w:val="20"/>
          <w:szCs w:val="20"/>
        </w:rPr>
        <w:t>vidím</w:t>
      </w:r>
      <w:proofErr w:type="spellEnd"/>
      <w:r w:rsidRPr="00415899">
        <w:rPr>
          <w:rFonts w:cs="Arial"/>
          <w:sz w:val="20"/>
          <w:szCs w:val="20"/>
        </w:rPr>
        <w:t xml:space="preserve"> </w:t>
      </w:r>
      <w:proofErr w:type="gramStart"/>
      <w:r w:rsidRPr="00415899">
        <w:rPr>
          <w:rFonts w:cs="Arial"/>
          <w:sz w:val="20"/>
          <w:szCs w:val="20"/>
        </w:rPr>
        <w:t>Prahu;</w:t>
      </w:r>
      <w:proofErr w:type="gramEnd"/>
    </w:p>
    <w:p w14:paraId="55627396" w14:textId="77777777" w:rsidR="003F3D56" w:rsidRPr="00415899" w:rsidRDefault="00DA020F">
      <w:pPr>
        <w:pStyle w:val="Seznamsodrkami"/>
        <w:spacing w:after="60"/>
        <w:ind w:left="547" w:hanging="274"/>
        <w:rPr>
          <w:rFonts w:cs="Arial"/>
          <w:sz w:val="20"/>
          <w:szCs w:val="20"/>
        </w:rPr>
      </w:pPr>
      <w:proofErr w:type="spellStart"/>
      <w:r w:rsidRPr="00415899">
        <w:rPr>
          <w:rFonts w:cs="Arial"/>
          <w:sz w:val="20"/>
          <w:szCs w:val="20"/>
        </w:rPr>
        <w:t>výtvarnou</w:t>
      </w:r>
      <w:proofErr w:type="spellEnd"/>
      <w:r w:rsidRPr="00415899">
        <w:rPr>
          <w:rFonts w:cs="Arial"/>
          <w:sz w:val="20"/>
          <w:szCs w:val="20"/>
        </w:rPr>
        <w:t xml:space="preserve"> </w:t>
      </w:r>
      <w:proofErr w:type="spellStart"/>
      <w:r w:rsidRPr="00415899">
        <w:rPr>
          <w:rFonts w:cs="Arial"/>
          <w:sz w:val="20"/>
          <w:szCs w:val="20"/>
        </w:rPr>
        <w:t>kvalitu</w:t>
      </w:r>
      <w:proofErr w:type="spellEnd"/>
      <w:r w:rsidRPr="00415899">
        <w:rPr>
          <w:rFonts w:cs="Arial"/>
          <w:sz w:val="20"/>
          <w:szCs w:val="20"/>
        </w:rPr>
        <w:t xml:space="preserve"> a </w:t>
      </w:r>
      <w:proofErr w:type="spellStart"/>
      <w:proofErr w:type="gramStart"/>
      <w:r w:rsidRPr="00415899">
        <w:rPr>
          <w:rFonts w:cs="Arial"/>
          <w:sz w:val="20"/>
          <w:szCs w:val="20"/>
        </w:rPr>
        <w:t>srozumitelnost</w:t>
      </w:r>
      <w:proofErr w:type="spellEnd"/>
      <w:r w:rsidRPr="00415899">
        <w:rPr>
          <w:rFonts w:cs="Arial"/>
          <w:sz w:val="20"/>
          <w:szCs w:val="20"/>
        </w:rPr>
        <w:t>;</w:t>
      </w:r>
      <w:proofErr w:type="gramEnd"/>
    </w:p>
    <w:p w14:paraId="4C3F89A8" w14:textId="77777777" w:rsidR="006A1B7B" w:rsidRPr="00415899" w:rsidRDefault="00DA020F" w:rsidP="006A1B7B">
      <w:pPr>
        <w:pStyle w:val="Seznamsodrkami"/>
        <w:spacing w:after="60"/>
        <w:ind w:left="547" w:hanging="274"/>
        <w:rPr>
          <w:rFonts w:cs="Arial"/>
          <w:sz w:val="20"/>
          <w:szCs w:val="20"/>
        </w:rPr>
      </w:pPr>
      <w:proofErr w:type="spellStart"/>
      <w:r w:rsidRPr="00415899">
        <w:rPr>
          <w:rFonts w:cs="Arial"/>
          <w:sz w:val="20"/>
          <w:szCs w:val="20"/>
        </w:rPr>
        <w:t>soulad</w:t>
      </w:r>
      <w:proofErr w:type="spellEnd"/>
      <w:r w:rsidRPr="00415899">
        <w:rPr>
          <w:rFonts w:cs="Arial"/>
          <w:sz w:val="20"/>
          <w:szCs w:val="20"/>
        </w:rPr>
        <w:t xml:space="preserve"> s </w:t>
      </w:r>
      <w:proofErr w:type="spellStart"/>
      <w:r w:rsidRPr="00415899">
        <w:rPr>
          <w:rFonts w:cs="Arial"/>
          <w:sz w:val="20"/>
          <w:szCs w:val="20"/>
        </w:rPr>
        <w:t>charakterem</w:t>
      </w:r>
      <w:proofErr w:type="spellEnd"/>
      <w:r w:rsidRPr="00415899">
        <w:rPr>
          <w:rFonts w:cs="Arial"/>
          <w:sz w:val="20"/>
          <w:szCs w:val="20"/>
        </w:rPr>
        <w:t xml:space="preserve"> </w:t>
      </w:r>
      <w:proofErr w:type="spellStart"/>
      <w:r w:rsidRPr="00415899">
        <w:rPr>
          <w:rFonts w:cs="Arial"/>
          <w:sz w:val="20"/>
          <w:szCs w:val="20"/>
        </w:rPr>
        <w:t>značky</w:t>
      </w:r>
      <w:proofErr w:type="spellEnd"/>
      <w:r w:rsidRPr="00415899">
        <w:rPr>
          <w:rFonts w:cs="Arial"/>
          <w:sz w:val="20"/>
          <w:szCs w:val="20"/>
        </w:rPr>
        <w:t xml:space="preserve"> </w:t>
      </w:r>
      <w:proofErr w:type="gramStart"/>
      <w:r w:rsidRPr="00415899">
        <w:rPr>
          <w:rFonts w:cs="Arial"/>
          <w:sz w:val="20"/>
          <w:szCs w:val="20"/>
        </w:rPr>
        <w:t>icebreaker;</w:t>
      </w:r>
      <w:proofErr w:type="gramEnd"/>
    </w:p>
    <w:p w14:paraId="6D1262D4" w14:textId="23C80A4A" w:rsidR="006A1B7B" w:rsidRPr="00415899" w:rsidRDefault="006A1B7B" w:rsidP="006A1B7B">
      <w:pPr>
        <w:pStyle w:val="Seznamsodrkami"/>
        <w:spacing w:after="60"/>
        <w:ind w:left="547" w:hanging="274"/>
        <w:rPr>
          <w:rFonts w:cs="Arial"/>
          <w:sz w:val="20"/>
          <w:szCs w:val="20"/>
        </w:rPr>
      </w:pPr>
      <w:r w:rsidRPr="00415899">
        <w:rPr>
          <w:rFonts w:cs="Arial"/>
          <w:sz w:val="20"/>
          <w:szCs w:val="20"/>
          <w:lang w:val="cs-CZ" w:eastAsia="cs-CZ"/>
        </w:rPr>
        <w:t>proveditelnost návrhu jako textilního potisku.</w:t>
      </w:r>
    </w:p>
    <w:p w14:paraId="13DAD2AC" w14:textId="77777777" w:rsidR="003F3D56" w:rsidRPr="00415899" w:rsidRDefault="00DA020F">
      <w:pPr>
        <w:rPr>
          <w:rFonts w:cs="Arial"/>
          <w:sz w:val="20"/>
          <w:szCs w:val="20"/>
        </w:rPr>
      </w:pPr>
      <w:proofErr w:type="spellStart"/>
      <w:r w:rsidRPr="00415899">
        <w:rPr>
          <w:rFonts w:cs="Arial"/>
          <w:sz w:val="20"/>
          <w:szCs w:val="20"/>
        </w:rPr>
        <w:t>Komise</w:t>
      </w:r>
      <w:proofErr w:type="spellEnd"/>
      <w:r w:rsidRPr="00415899">
        <w:rPr>
          <w:rFonts w:cs="Arial"/>
          <w:sz w:val="20"/>
          <w:szCs w:val="20"/>
        </w:rPr>
        <w:t xml:space="preserve"> </w:t>
      </w:r>
      <w:proofErr w:type="spellStart"/>
      <w:r w:rsidRPr="00415899">
        <w:rPr>
          <w:rFonts w:cs="Arial"/>
          <w:sz w:val="20"/>
          <w:szCs w:val="20"/>
        </w:rPr>
        <w:t>rozhoduje</w:t>
      </w:r>
      <w:proofErr w:type="spellEnd"/>
      <w:r w:rsidRPr="00415899">
        <w:rPr>
          <w:rFonts w:cs="Arial"/>
          <w:sz w:val="20"/>
          <w:szCs w:val="20"/>
        </w:rPr>
        <w:t xml:space="preserve"> </w:t>
      </w:r>
      <w:proofErr w:type="spellStart"/>
      <w:r w:rsidRPr="00415899">
        <w:rPr>
          <w:rFonts w:cs="Arial"/>
          <w:sz w:val="20"/>
          <w:szCs w:val="20"/>
        </w:rPr>
        <w:t>většinou</w:t>
      </w:r>
      <w:proofErr w:type="spellEnd"/>
      <w:r w:rsidRPr="00415899">
        <w:rPr>
          <w:rFonts w:cs="Arial"/>
          <w:sz w:val="20"/>
          <w:szCs w:val="20"/>
        </w:rPr>
        <w:t xml:space="preserve"> </w:t>
      </w:r>
      <w:proofErr w:type="spellStart"/>
      <w:r w:rsidRPr="00415899">
        <w:rPr>
          <w:rFonts w:cs="Arial"/>
          <w:sz w:val="20"/>
          <w:szCs w:val="20"/>
        </w:rPr>
        <w:t>hlasů</w:t>
      </w:r>
      <w:proofErr w:type="spellEnd"/>
      <w:r w:rsidRPr="00415899">
        <w:rPr>
          <w:rFonts w:cs="Arial"/>
          <w:sz w:val="20"/>
          <w:szCs w:val="20"/>
        </w:rPr>
        <w:t xml:space="preserve">. </w:t>
      </w:r>
      <w:proofErr w:type="spellStart"/>
      <w:r w:rsidRPr="00415899">
        <w:rPr>
          <w:rFonts w:cs="Arial"/>
          <w:sz w:val="20"/>
          <w:szCs w:val="20"/>
        </w:rPr>
        <w:t>Její</w:t>
      </w:r>
      <w:proofErr w:type="spellEnd"/>
      <w:r w:rsidRPr="00415899">
        <w:rPr>
          <w:rFonts w:cs="Arial"/>
          <w:sz w:val="20"/>
          <w:szCs w:val="20"/>
        </w:rPr>
        <w:t xml:space="preserve"> </w:t>
      </w:r>
      <w:proofErr w:type="spellStart"/>
      <w:r w:rsidRPr="00415899">
        <w:rPr>
          <w:rFonts w:cs="Arial"/>
          <w:sz w:val="20"/>
          <w:szCs w:val="20"/>
        </w:rPr>
        <w:t>rozhodnutí</w:t>
      </w:r>
      <w:proofErr w:type="spellEnd"/>
      <w:r w:rsidRPr="00415899">
        <w:rPr>
          <w:rFonts w:cs="Arial"/>
          <w:sz w:val="20"/>
          <w:szCs w:val="20"/>
        </w:rPr>
        <w:t xml:space="preserve"> je </w:t>
      </w:r>
      <w:proofErr w:type="spellStart"/>
      <w:r w:rsidRPr="00415899">
        <w:rPr>
          <w:rFonts w:cs="Arial"/>
          <w:sz w:val="20"/>
          <w:szCs w:val="20"/>
        </w:rPr>
        <w:t>konečné</w:t>
      </w:r>
      <w:proofErr w:type="spellEnd"/>
      <w:r w:rsidRPr="00415899">
        <w:rPr>
          <w:rFonts w:cs="Arial"/>
          <w:sz w:val="20"/>
          <w:szCs w:val="20"/>
        </w:rPr>
        <w:t xml:space="preserve"> a </w:t>
      </w:r>
      <w:proofErr w:type="spellStart"/>
      <w:r w:rsidRPr="00415899">
        <w:rPr>
          <w:rFonts w:cs="Arial"/>
          <w:sz w:val="20"/>
          <w:szCs w:val="20"/>
        </w:rPr>
        <w:t>nelze</w:t>
      </w:r>
      <w:proofErr w:type="spellEnd"/>
      <w:r w:rsidRPr="00415899">
        <w:rPr>
          <w:rFonts w:cs="Arial"/>
          <w:sz w:val="20"/>
          <w:szCs w:val="20"/>
        </w:rPr>
        <w:t xml:space="preserve"> se </w:t>
      </w:r>
      <w:proofErr w:type="spellStart"/>
      <w:r w:rsidRPr="00415899">
        <w:rPr>
          <w:rFonts w:cs="Arial"/>
          <w:sz w:val="20"/>
          <w:szCs w:val="20"/>
        </w:rPr>
        <w:t>proti</w:t>
      </w:r>
      <w:proofErr w:type="spellEnd"/>
      <w:r w:rsidRPr="00415899">
        <w:rPr>
          <w:rFonts w:cs="Arial"/>
          <w:sz w:val="20"/>
          <w:szCs w:val="20"/>
        </w:rPr>
        <w:t xml:space="preserve"> </w:t>
      </w:r>
      <w:proofErr w:type="spellStart"/>
      <w:r w:rsidRPr="00415899">
        <w:rPr>
          <w:rFonts w:cs="Arial"/>
          <w:sz w:val="20"/>
          <w:szCs w:val="20"/>
        </w:rPr>
        <w:t>němu</w:t>
      </w:r>
      <w:proofErr w:type="spellEnd"/>
      <w:r w:rsidRPr="00415899">
        <w:rPr>
          <w:rFonts w:cs="Arial"/>
          <w:sz w:val="20"/>
          <w:szCs w:val="20"/>
        </w:rPr>
        <w:t xml:space="preserve"> </w:t>
      </w:r>
      <w:proofErr w:type="spellStart"/>
      <w:r w:rsidRPr="00415899">
        <w:rPr>
          <w:rFonts w:cs="Arial"/>
          <w:sz w:val="20"/>
          <w:szCs w:val="20"/>
        </w:rPr>
        <w:t>odvolat</w:t>
      </w:r>
      <w:proofErr w:type="spellEnd"/>
      <w:r w:rsidRPr="00415899">
        <w:rPr>
          <w:rFonts w:cs="Arial"/>
          <w:sz w:val="20"/>
          <w:szCs w:val="20"/>
        </w:rPr>
        <w:t xml:space="preserve">. </w:t>
      </w:r>
      <w:proofErr w:type="spellStart"/>
      <w:r w:rsidRPr="00415899">
        <w:rPr>
          <w:rFonts w:cs="Arial"/>
          <w:sz w:val="20"/>
          <w:szCs w:val="20"/>
        </w:rPr>
        <w:t>Pořadatel</w:t>
      </w:r>
      <w:proofErr w:type="spellEnd"/>
      <w:r w:rsidRPr="00415899">
        <w:rPr>
          <w:rFonts w:cs="Arial"/>
          <w:sz w:val="20"/>
          <w:szCs w:val="20"/>
        </w:rPr>
        <w:t xml:space="preserve"> </w:t>
      </w:r>
      <w:proofErr w:type="spellStart"/>
      <w:r w:rsidRPr="00415899">
        <w:rPr>
          <w:rFonts w:cs="Arial"/>
          <w:sz w:val="20"/>
          <w:szCs w:val="20"/>
        </w:rPr>
        <w:t>může</w:t>
      </w:r>
      <w:proofErr w:type="spellEnd"/>
      <w:r w:rsidRPr="00415899">
        <w:rPr>
          <w:rFonts w:cs="Arial"/>
          <w:sz w:val="20"/>
          <w:szCs w:val="20"/>
        </w:rPr>
        <w:t xml:space="preserve"> </w:t>
      </w:r>
      <w:proofErr w:type="spellStart"/>
      <w:r w:rsidRPr="00415899">
        <w:rPr>
          <w:rFonts w:cs="Arial"/>
          <w:sz w:val="20"/>
          <w:szCs w:val="20"/>
        </w:rPr>
        <w:t>vyřadit</w:t>
      </w:r>
      <w:proofErr w:type="spellEnd"/>
      <w:r w:rsidRPr="00415899">
        <w:rPr>
          <w:rFonts w:cs="Arial"/>
          <w:sz w:val="20"/>
          <w:szCs w:val="20"/>
        </w:rPr>
        <w:t xml:space="preserve"> </w:t>
      </w:r>
      <w:proofErr w:type="spellStart"/>
      <w:r w:rsidRPr="00415899">
        <w:rPr>
          <w:rFonts w:cs="Arial"/>
          <w:sz w:val="20"/>
          <w:szCs w:val="20"/>
        </w:rPr>
        <w:t>návrh</w:t>
      </w:r>
      <w:proofErr w:type="spellEnd"/>
      <w:r w:rsidRPr="00415899">
        <w:rPr>
          <w:rFonts w:cs="Arial"/>
          <w:sz w:val="20"/>
          <w:szCs w:val="20"/>
        </w:rPr>
        <w:t xml:space="preserve">, </w:t>
      </w:r>
      <w:proofErr w:type="spellStart"/>
      <w:r w:rsidRPr="00415899">
        <w:rPr>
          <w:rFonts w:cs="Arial"/>
          <w:sz w:val="20"/>
          <w:szCs w:val="20"/>
        </w:rPr>
        <w:t>který</w:t>
      </w:r>
      <w:proofErr w:type="spellEnd"/>
      <w:r w:rsidRPr="00415899">
        <w:rPr>
          <w:rFonts w:cs="Arial"/>
          <w:sz w:val="20"/>
          <w:szCs w:val="20"/>
        </w:rPr>
        <w:t xml:space="preserve"> </w:t>
      </w:r>
      <w:proofErr w:type="spellStart"/>
      <w:r w:rsidRPr="00415899">
        <w:rPr>
          <w:rFonts w:cs="Arial"/>
          <w:sz w:val="20"/>
          <w:szCs w:val="20"/>
        </w:rPr>
        <w:t>nesplňuje</w:t>
      </w:r>
      <w:proofErr w:type="spellEnd"/>
      <w:r w:rsidRPr="00415899">
        <w:rPr>
          <w:rFonts w:cs="Arial"/>
          <w:sz w:val="20"/>
          <w:szCs w:val="20"/>
        </w:rPr>
        <w:t xml:space="preserve"> </w:t>
      </w:r>
      <w:proofErr w:type="spellStart"/>
      <w:r w:rsidRPr="00415899">
        <w:rPr>
          <w:rFonts w:cs="Arial"/>
          <w:sz w:val="20"/>
          <w:szCs w:val="20"/>
        </w:rPr>
        <w:t>pravidla</w:t>
      </w:r>
      <w:proofErr w:type="spellEnd"/>
      <w:r w:rsidRPr="00415899">
        <w:rPr>
          <w:rFonts w:cs="Arial"/>
          <w:sz w:val="20"/>
          <w:szCs w:val="20"/>
        </w:rPr>
        <w:t xml:space="preserve">, a v </w:t>
      </w:r>
      <w:proofErr w:type="spellStart"/>
      <w:r w:rsidRPr="00415899">
        <w:rPr>
          <w:rFonts w:cs="Arial"/>
          <w:sz w:val="20"/>
          <w:szCs w:val="20"/>
        </w:rPr>
        <w:t>případě</w:t>
      </w:r>
      <w:proofErr w:type="spellEnd"/>
      <w:r w:rsidRPr="00415899">
        <w:rPr>
          <w:rFonts w:cs="Arial"/>
          <w:sz w:val="20"/>
          <w:szCs w:val="20"/>
        </w:rPr>
        <w:t xml:space="preserve"> </w:t>
      </w:r>
      <w:proofErr w:type="spellStart"/>
      <w:r w:rsidRPr="00415899">
        <w:rPr>
          <w:rFonts w:cs="Arial"/>
          <w:sz w:val="20"/>
          <w:szCs w:val="20"/>
        </w:rPr>
        <w:t>závažných</w:t>
      </w:r>
      <w:proofErr w:type="spellEnd"/>
      <w:r w:rsidRPr="00415899">
        <w:rPr>
          <w:rFonts w:cs="Arial"/>
          <w:sz w:val="20"/>
          <w:szCs w:val="20"/>
        </w:rPr>
        <w:t xml:space="preserve"> </w:t>
      </w:r>
      <w:proofErr w:type="spellStart"/>
      <w:r w:rsidRPr="00415899">
        <w:rPr>
          <w:rFonts w:cs="Arial"/>
          <w:sz w:val="20"/>
          <w:szCs w:val="20"/>
        </w:rPr>
        <w:t>pochybností</w:t>
      </w:r>
      <w:proofErr w:type="spellEnd"/>
      <w:r w:rsidRPr="00415899">
        <w:rPr>
          <w:rFonts w:cs="Arial"/>
          <w:sz w:val="20"/>
          <w:szCs w:val="20"/>
        </w:rPr>
        <w:t xml:space="preserve"> o </w:t>
      </w:r>
      <w:proofErr w:type="spellStart"/>
      <w:r w:rsidRPr="00415899">
        <w:rPr>
          <w:rFonts w:cs="Arial"/>
          <w:sz w:val="20"/>
          <w:szCs w:val="20"/>
        </w:rPr>
        <w:t>autorství</w:t>
      </w:r>
      <w:proofErr w:type="spellEnd"/>
      <w:r w:rsidRPr="00415899">
        <w:rPr>
          <w:rFonts w:cs="Arial"/>
          <w:sz w:val="20"/>
          <w:szCs w:val="20"/>
        </w:rPr>
        <w:t xml:space="preserve"> </w:t>
      </w:r>
      <w:proofErr w:type="spellStart"/>
      <w:r w:rsidRPr="00415899">
        <w:rPr>
          <w:rFonts w:cs="Arial"/>
          <w:sz w:val="20"/>
          <w:szCs w:val="20"/>
        </w:rPr>
        <w:t>požadovat</w:t>
      </w:r>
      <w:proofErr w:type="spellEnd"/>
      <w:r w:rsidRPr="00415899">
        <w:rPr>
          <w:rFonts w:cs="Arial"/>
          <w:sz w:val="20"/>
          <w:szCs w:val="20"/>
        </w:rPr>
        <w:t xml:space="preserve"> </w:t>
      </w:r>
      <w:proofErr w:type="spellStart"/>
      <w:r w:rsidRPr="00415899">
        <w:rPr>
          <w:rFonts w:cs="Arial"/>
          <w:sz w:val="20"/>
          <w:szCs w:val="20"/>
        </w:rPr>
        <w:t>doplnění</w:t>
      </w:r>
      <w:proofErr w:type="spellEnd"/>
      <w:r w:rsidRPr="00415899">
        <w:rPr>
          <w:rFonts w:cs="Arial"/>
          <w:sz w:val="20"/>
          <w:szCs w:val="20"/>
        </w:rPr>
        <w:t xml:space="preserve"> </w:t>
      </w:r>
      <w:proofErr w:type="spellStart"/>
      <w:r w:rsidRPr="00415899">
        <w:rPr>
          <w:rFonts w:cs="Arial"/>
          <w:sz w:val="20"/>
          <w:szCs w:val="20"/>
        </w:rPr>
        <w:t>podkladů</w:t>
      </w:r>
      <w:proofErr w:type="spellEnd"/>
      <w:r w:rsidRPr="00415899">
        <w:rPr>
          <w:rFonts w:cs="Arial"/>
          <w:sz w:val="20"/>
          <w:szCs w:val="20"/>
        </w:rPr>
        <w:t xml:space="preserve">. </w:t>
      </w:r>
      <w:proofErr w:type="spellStart"/>
      <w:r w:rsidRPr="00415899">
        <w:rPr>
          <w:rFonts w:cs="Arial"/>
          <w:sz w:val="20"/>
          <w:szCs w:val="20"/>
        </w:rPr>
        <w:t>Při</w:t>
      </w:r>
      <w:proofErr w:type="spellEnd"/>
      <w:r w:rsidRPr="00415899">
        <w:rPr>
          <w:rFonts w:cs="Arial"/>
          <w:sz w:val="20"/>
          <w:szCs w:val="20"/>
        </w:rPr>
        <w:t xml:space="preserve"> </w:t>
      </w:r>
      <w:proofErr w:type="spellStart"/>
      <w:r w:rsidRPr="00415899">
        <w:rPr>
          <w:rFonts w:cs="Arial"/>
          <w:sz w:val="20"/>
          <w:szCs w:val="20"/>
        </w:rPr>
        <w:t>rozhodování</w:t>
      </w:r>
      <w:proofErr w:type="spellEnd"/>
      <w:r w:rsidRPr="00415899">
        <w:rPr>
          <w:rFonts w:cs="Arial"/>
          <w:sz w:val="20"/>
          <w:szCs w:val="20"/>
        </w:rPr>
        <w:t xml:space="preserve"> o </w:t>
      </w:r>
      <w:proofErr w:type="spellStart"/>
      <w:r w:rsidRPr="00415899">
        <w:rPr>
          <w:rFonts w:cs="Arial"/>
          <w:sz w:val="20"/>
          <w:szCs w:val="20"/>
        </w:rPr>
        <w:t>udělení</w:t>
      </w:r>
      <w:proofErr w:type="spellEnd"/>
      <w:r w:rsidRPr="00415899">
        <w:rPr>
          <w:rFonts w:cs="Arial"/>
          <w:sz w:val="20"/>
          <w:szCs w:val="20"/>
        </w:rPr>
        <w:t xml:space="preserve"> </w:t>
      </w:r>
      <w:proofErr w:type="spellStart"/>
      <w:r w:rsidRPr="00415899">
        <w:rPr>
          <w:rFonts w:cs="Arial"/>
          <w:sz w:val="20"/>
          <w:szCs w:val="20"/>
        </w:rPr>
        <w:t>cen</w:t>
      </w:r>
      <w:proofErr w:type="spellEnd"/>
      <w:r w:rsidRPr="00415899">
        <w:rPr>
          <w:rFonts w:cs="Arial"/>
          <w:sz w:val="20"/>
          <w:szCs w:val="20"/>
        </w:rPr>
        <w:t xml:space="preserve"> se </w:t>
      </w:r>
      <w:proofErr w:type="spellStart"/>
      <w:r w:rsidRPr="00415899">
        <w:rPr>
          <w:rFonts w:cs="Arial"/>
          <w:sz w:val="20"/>
          <w:szCs w:val="20"/>
        </w:rPr>
        <w:t>postupuje</w:t>
      </w:r>
      <w:proofErr w:type="spellEnd"/>
      <w:r w:rsidRPr="00415899">
        <w:rPr>
          <w:rFonts w:cs="Arial"/>
          <w:sz w:val="20"/>
          <w:szCs w:val="20"/>
        </w:rPr>
        <w:t xml:space="preserve"> </w:t>
      </w:r>
      <w:proofErr w:type="spellStart"/>
      <w:r w:rsidRPr="00415899">
        <w:rPr>
          <w:rFonts w:cs="Arial"/>
          <w:sz w:val="20"/>
          <w:szCs w:val="20"/>
        </w:rPr>
        <w:t>také</w:t>
      </w:r>
      <w:proofErr w:type="spellEnd"/>
      <w:r w:rsidRPr="00415899">
        <w:rPr>
          <w:rFonts w:cs="Arial"/>
          <w:sz w:val="20"/>
          <w:szCs w:val="20"/>
        </w:rPr>
        <w:t xml:space="preserve"> </w:t>
      </w:r>
      <w:proofErr w:type="spellStart"/>
      <w:r w:rsidRPr="00415899">
        <w:rPr>
          <w:rFonts w:cs="Arial"/>
          <w:sz w:val="20"/>
          <w:szCs w:val="20"/>
        </w:rPr>
        <w:t>podle</w:t>
      </w:r>
      <w:proofErr w:type="spellEnd"/>
      <w:r w:rsidRPr="00415899">
        <w:rPr>
          <w:rFonts w:cs="Arial"/>
          <w:sz w:val="20"/>
          <w:szCs w:val="20"/>
        </w:rPr>
        <w:t xml:space="preserve"> </w:t>
      </w:r>
      <w:proofErr w:type="spellStart"/>
      <w:r w:rsidRPr="00415899">
        <w:rPr>
          <w:rFonts w:cs="Arial"/>
          <w:sz w:val="20"/>
          <w:szCs w:val="20"/>
        </w:rPr>
        <w:t>čl</w:t>
      </w:r>
      <w:proofErr w:type="spellEnd"/>
      <w:r w:rsidRPr="00415899">
        <w:rPr>
          <w:rFonts w:cs="Arial"/>
          <w:sz w:val="20"/>
          <w:szCs w:val="20"/>
        </w:rPr>
        <w:t>. 13.</w:t>
      </w:r>
    </w:p>
    <w:p w14:paraId="4CD0D5A5" w14:textId="77777777" w:rsidR="003F3D56" w:rsidRPr="00415899" w:rsidRDefault="00DA020F">
      <w:pPr>
        <w:pStyle w:val="Nadpis1"/>
        <w:rPr>
          <w:rFonts w:ascii="Arial" w:hAnsi="Arial" w:cs="Arial"/>
          <w:sz w:val="20"/>
          <w:szCs w:val="20"/>
        </w:rPr>
      </w:pPr>
      <w:r w:rsidRPr="00415899">
        <w:rPr>
          <w:rFonts w:ascii="Arial" w:hAnsi="Arial" w:cs="Arial"/>
          <w:sz w:val="20"/>
          <w:szCs w:val="20"/>
        </w:rPr>
        <w:lastRenderedPageBreak/>
        <w:t xml:space="preserve">9. </w:t>
      </w:r>
      <w:proofErr w:type="spellStart"/>
      <w:r w:rsidRPr="00415899">
        <w:rPr>
          <w:rFonts w:ascii="Arial" w:hAnsi="Arial" w:cs="Arial"/>
          <w:sz w:val="20"/>
          <w:szCs w:val="20"/>
        </w:rPr>
        <w:t>Ceny</w:t>
      </w:r>
      <w:proofErr w:type="spellEnd"/>
      <w:r w:rsidRPr="00415899">
        <w:rPr>
          <w:rFonts w:ascii="Arial" w:hAnsi="Arial" w:cs="Arial"/>
          <w:sz w:val="20"/>
          <w:szCs w:val="20"/>
        </w:rPr>
        <w:t xml:space="preserve"> a </w:t>
      </w:r>
      <w:proofErr w:type="spellStart"/>
      <w:r w:rsidRPr="00415899">
        <w:rPr>
          <w:rFonts w:ascii="Arial" w:hAnsi="Arial" w:cs="Arial"/>
          <w:sz w:val="20"/>
          <w:szCs w:val="20"/>
        </w:rPr>
        <w:t>oznámení</w:t>
      </w:r>
      <w:proofErr w:type="spellEnd"/>
      <w:r w:rsidRPr="00415899">
        <w:rPr>
          <w:rFonts w:ascii="Arial" w:hAnsi="Arial" w:cs="Arial"/>
          <w:sz w:val="20"/>
          <w:szCs w:val="20"/>
        </w:rPr>
        <w:t xml:space="preserve"> </w:t>
      </w:r>
      <w:proofErr w:type="spellStart"/>
      <w:r w:rsidRPr="00415899">
        <w:rPr>
          <w:rFonts w:ascii="Arial" w:hAnsi="Arial" w:cs="Arial"/>
          <w:sz w:val="20"/>
          <w:szCs w:val="20"/>
        </w:rPr>
        <w:t>výsledků</w:t>
      </w:r>
      <w:proofErr w:type="spellEnd"/>
    </w:p>
    <w:p w14:paraId="02A0E786" w14:textId="77777777" w:rsidR="003F3D56" w:rsidRPr="00415899" w:rsidRDefault="00DA020F">
      <w:pPr>
        <w:rPr>
          <w:rFonts w:cs="Arial"/>
          <w:sz w:val="20"/>
          <w:szCs w:val="20"/>
        </w:rPr>
      </w:pPr>
      <w:proofErr w:type="spellStart"/>
      <w:r w:rsidRPr="00415899">
        <w:rPr>
          <w:rFonts w:cs="Arial"/>
          <w:sz w:val="20"/>
          <w:szCs w:val="20"/>
        </w:rPr>
        <w:t>Autoři</w:t>
      </w:r>
      <w:proofErr w:type="spellEnd"/>
      <w:r w:rsidRPr="00415899">
        <w:rPr>
          <w:rFonts w:cs="Arial"/>
          <w:sz w:val="20"/>
          <w:szCs w:val="20"/>
        </w:rPr>
        <w:t xml:space="preserve"> </w:t>
      </w:r>
      <w:proofErr w:type="spellStart"/>
      <w:r w:rsidRPr="00415899">
        <w:rPr>
          <w:rFonts w:cs="Arial"/>
          <w:sz w:val="20"/>
          <w:szCs w:val="20"/>
        </w:rPr>
        <w:t>návrhů</w:t>
      </w:r>
      <w:proofErr w:type="spellEnd"/>
      <w:r w:rsidRPr="00415899">
        <w:rPr>
          <w:rFonts w:cs="Arial"/>
          <w:sz w:val="20"/>
          <w:szCs w:val="20"/>
        </w:rPr>
        <w:t xml:space="preserve"> </w:t>
      </w:r>
      <w:proofErr w:type="spellStart"/>
      <w:r w:rsidRPr="00415899">
        <w:rPr>
          <w:rFonts w:cs="Arial"/>
          <w:sz w:val="20"/>
          <w:szCs w:val="20"/>
        </w:rPr>
        <w:t>oceněných</w:t>
      </w:r>
      <w:proofErr w:type="spellEnd"/>
      <w:r w:rsidRPr="00415899">
        <w:rPr>
          <w:rFonts w:cs="Arial"/>
          <w:sz w:val="20"/>
          <w:szCs w:val="20"/>
        </w:rPr>
        <w:t xml:space="preserve"> </w:t>
      </w:r>
      <w:proofErr w:type="spellStart"/>
      <w:r w:rsidRPr="00415899">
        <w:rPr>
          <w:rFonts w:cs="Arial"/>
          <w:sz w:val="20"/>
          <w:szCs w:val="20"/>
        </w:rPr>
        <w:t>na</w:t>
      </w:r>
      <w:proofErr w:type="spellEnd"/>
      <w:r w:rsidRPr="00415899">
        <w:rPr>
          <w:rFonts w:cs="Arial"/>
          <w:sz w:val="20"/>
          <w:szCs w:val="20"/>
        </w:rPr>
        <w:t xml:space="preserve"> 1. </w:t>
      </w:r>
      <w:proofErr w:type="spellStart"/>
      <w:r w:rsidRPr="00415899">
        <w:rPr>
          <w:rFonts w:cs="Arial"/>
          <w:sz w:val="20"/>
          <w:szCs w:val="20"/>
        </w:rPr>
        <w:t>až</w:t>
      </w:r>
      <w:proofErr w:type="spellEnd"/>
      <w:r w:rsidRPr="00415899">
        <w:rPr>
          <w:rFonts w:cs="Arial"/>
          <w:sz w:val="20"/>
          <w:szCs w:val="20"/>
        </w:rPr>
        <w:t xml:space="preserve"> 3. </w:t>
      </w:r>
      <w:proofErr w:type="spellStart"/>
      <w:r w:rsidRPr="00415899">
        <w:rPr>
          <w:rFonts w:cs="Arial"/>
          <w:sz w:val="20"/>
          <w:szCs w:val="20"/>
        </w:rPr>
        <w:t>místě</w:t>
      </w:r>
      <w:proofErr w:type="spellEnd"/>
      <w:r w:rsidRPr="00415899">
        <w:rPr>
          <w:rFonts w:cs="Arial"/>
          <w:sz w:val="20"/>
          <w:szCs w:val="20"/>
        </w:rPr>
        <w:t xml:space="preserve"> </w:t>
      </w:r>
      <w:proofErr w:type="spellStart"/>
      <w:r w:rsidRPr="00415899">
        <w:rPr>
          <w:rFonts w:cs="Arial"/>
          <w:sz w:val="20"/>
          <w:szCs w:val="20"/>
        </w:rPr>
        <w:t>obdrží</w:t>
      </w:r>
      <w:proofErr w:type="spellEnd"/>
      <w:r w:rsidRPr="00415899">
        <w:rPr>
          <w:rFonts w:cs="Arial"/>
          <w:sz w:val="20"/>
          <w:szCs w:val="20"/>
        </w:rPr>
        <w:t xml:space="preserve">, s </w:t>
      </w:r>
      <w:proofErr w:type="spellStart"/>
      <w:r w:rsidRPr="00415899">
        <w:rPr>
          <w:rFonts w:cs="Arial"/>
          <w:sz w:val="20"/>
          <w:szCs w:val="20"/>
        </w:rPr>
        <w:t>výhradou</w:t>
      </w:r>
      <w:proofErr w:type="spellEnd"/>
      <w:r w:rsidRPr="00415899">
        <w:rPr>
          <w:rFonts w:cs="Arial"/>
          <w:sz w:val="20"/>
          <w:szCs w:val="20"/>
        </w:rPr>
        <w:t xml:space="preserve"> </w:t>
      </w:r>
      <w:proofErr w:type="spellStart"/>
      <w:r w:rsidRPr="00415899">
        <w:rPr>
          <w:rFonts w:cs="Arial"/>
          <w:sz w:val="20"/>
          <w:szCs w:val="20"/>
        </w:rPr>
        <w:t>možnosti</w:t>
      </w:r>
      <w:proofErr w:type="spellEnd"/>
      <w:r w:rsidRPr="00415899">
        <w:rPr>
          <w:rFonts w:cs="Arial"/>
          <w:sz w:val="20"/>
          <w:szCs w:val="20"/>
        </w:rPr>
        <w:t xml:space="preserve"> </w:t>
      </w:r>
      <w:proofErr w:type="spellStart"/>
      <w:r w:rsidRPr="00415899">
        <w:rPr>
          <w:rFonts w:cs="Arial"/>
          <w:sz w:val="20"/>
          <w:szCs w:val="20"/>
        </w:rPr>
        <w:t>neudělení</w:t>
      </w:r>
      <w:proofErr w:type="spellEnd"/>
      <w:r w:rsidRPr="00415899">
        <w:rPr>
          <w:rFonts w:cs="Arial"/>
          <w:sz w:val="20"/>
          <w:szCs w:val="20"/>
        </w:rPr>
        <w:t xml:space="preserve"> </w:t>
      </w:r>
      <w:proofErr w:type="spellStart"/>
      <w:r w:rsidRPr="00415899">
        <w:rPr>
          <w:rFonts w:cs="Arial"/>
          <w:sz w:val="20"/>
          <w:szCs w:val="20"/>
        </w:rPr>
        <w:t>cen</w:t>
      </w:r>
      <w:proofErr w:type="spellEnd"/>
      <w:r w:rsidRPr="00415899">
        <w:rPr>
          <w:rFonts w:cs="Arial"/>
          <w:sz w:val="20"/>
          <w:szCs w:val="20"/>
        </w:rPr>
        <w:t xml:space="preserve"> </w:t>
      </w:r>
      <w:proofErr w:type="spellStart"/>
      <w:r w:rsidRPr="00415899">
        <w:rPr>
          <w:rFonts w:cs="Arial"/>
          <w:sz w:val="20"/>
          <w:szCs w:val="20"/>
        </w:rPr>
        <w:t>podle</w:t>
      </w:r>
      <w:proofErr w:type="spellEnd"/>
      <w:r w:rsidRPr="00415899">
        <w:rPr>
          <w:rFonts w:cs="Arial"/>
          <w:sz w:val="20"/>
          <w:szCs w:val="20"/>
        </w:rPr>
        <w:t xml:space="preserve"> </w:t>
      </w:r>
      <w:proofErr w:type="spellStart"/>
      <w:r w:rsidRPr="00415899">
        <w:rPr>
          <w:rFonts w:cs="Arial"/>
          <w:sz w:val="20"/>
          <w:szCs w:val="20"/>
        </w:rPr>
        <w:t>čl</w:t>
      </w:r>
      <w:proofErr w:type="spellEnd"/>
      <w:r w:rsidRPr="00415899">
        <w:rPr>
          <w:rFonts w:cs="Arial"/>
          <w:sz w:val="20"/>
          <w:szCs w:val="20"/>
        </w:rPr>
        <w:t xml:space="preserve">. 13, </w:t>
      </w:r>
      <w:proofErr w:type="spellStart"/>
      <w:r w:rsidRPr="00415899">
        <w:rPr>
          <w:rFonts w:cs="Arial"/>
          <w:sz w:val="20"/>
          <w:szCs w:val="20"/>
        </w:rPr>
        <w:t>dárkové</w:t>
      </w:r>
      <w:proofErr w:type="spellEnd"/>
      <w:r w:rsidRPr="00415899">
        <w:rPr>
          <w:rFonts w:cs="Arial"/>
          <w:sz w:val="20"/>
          <w:szCs w:val="20"/>
        </w:rPr>
        <w:t xml:space="preserve"> </w:t>
      </w:r>
      <w:proofErr w:type="spellStart"/>
      <w:r w:rsidRPr="00415899">
        <w:rPr>
          <w:rFonts w:cs="Arial"/>
          <w:sz w:val="20"/>
          <w:szCs w:val="20"/>
        </w:rPr>
        <w:t>poukazy</w:t>
      </w:r>
      <w:proofErr w:type="spellEnd"/>
      <w:r w:rsidRPr="00415899">
        <w:rPr>
          <w:rFonts w:cs="Arial"/>
          <w:sz w:val="20"/>
          <w:szCs w:val="20"/>
        </w:rPr>
        <w:t xml:space="preserve"> do </w:t>
      </w:r>
      <w:proofErr w:type="spellStart"/>
      <w:r w:rsidRPr="00415899">
        <w:rPr>
          <w:rFonts w:cs="Arial"/>
          <w:sz w:val="20"/>
          <w:szCs w:val="20"/>
        </w:rPr>
        <w:t>prodejny</w:t>
      </w:r>
      <w:proofErr w:type="spellEnd"/>
      <w:r w:rsidRPr="00415899">
        <w:rPr>
          <w:rFonts w:cs="Arial"/>
          <w:sz w:val="20"/>
          <w:szCs w:val="20"/>
        </w:rPr>
        <w:t xml:space="preserve"> icebreaker Praha / Merinoobchod.cz v </w:t>
      </w:r>
      <w:proofErr w:type="spellStart"/>
      <w:r w:rsidRPr="00415899">
        <w:rPr>
          <w:rFonts w:cs="Arial"/>
          <w:sz w:val="20"/>
          <w:szCs w:val="20"/>
        </w:rPr>
        <w:t>těchto</w:t>
      </w:r>
      <w:proofErr w:type="spellEnd"/>
      <w:r w:rsidRPr="00415899">
        <w:rPr>
          <w:rFonts w:cs="Arial"/>
          <w:sz w:val="20"/>
          <w:szCs w:val="20"/>
        </w:rPr>
        <w:t xml:space="preserve"> </w:t>
      </w:r>
      <w:proofErr w:type="spellStart"/>
      <w:r w:rsidRPr="00415899">
        <w:rPr>
          <w:rFonts w:cs="Arial"/>
          <w:sz w:val="20"/>
          <w:szCs w:val="20"/>
        </w:rPr>
        <w:t>hodnotách</w:t>
      </w:r>
      <w:proofErr w:type="spellEnd"/>
      <w:r w:rsidRPr="00415899">
        <w:rPr>
          <w:rFonts w:cs="Arial"/>
          <w:sz w:val="20"/>
          <w:szCs w:val="20"/>
        </w:rPr>
        <w:t>:</w:t>
      </w:r>
    </w:p>
    <w:p w14:paraId="71DEA537" w14:textId="77777777" w:rsidR="003F3D56" w:rsidRPr="00415899" w:rsidRDefault="00DA020F">
      <w:pPr>
        <w:pStyle w:val="Seznamsodrkami"/>
        <w:spacing w:after="60"/>
        <w:ind w:left="547" w:hanging="274"/>
        <w:rPr>
          <w:rFonts w:cs="Arial"/>
          <w:sz w:val="20"/>
          <w:szCs w:val="20"/>
        </w:rPr>
      </w:pPr>
      <w:r w:rsidRPr="00415899">
        <w:rPr>
          <w:rFonts w:cs="Arial"/>
          <w:sz w:val="20"/>
          <w:szCs w:val="20"/>
        </w:rPr>
        <w:t xml:space="preserve">1. </w:t>
      </w:r>
      <w:proofErr w:type="spellStart"/>
      <w:r w:rsidRPr="00415899">
        <w:rPr>
          <w:rFonts w:cs="Arial"/>
          <w:sz w:val="20"/>
          <w:szCs w:val="20"/>
        </w:rPr>
        <w:t>místo</w:t>
      </w:r>
      <w:proofErr w:type="spellEnd"/>
      <w:r w:rsidRPr="00415899">
        <w:rPr>
          <w:rFonts w:cs="Arial"/>
          <w:sz w:val="20"/>
          <w:szCs w:val="20"/>
        </w:rPr>
        <w:t xml:space="preserve">: 5 000 </w:t>
      </w:r>
      <w:proofErr w:type="spellStart"/>
      <w:proofErr w:type="gramStart"/>
      <w:r w:rsidRPr="00415899">
        <w:rPr>
          <w:rFonts w:cs="Arial"/>
          <w:sz w:val="20"/>
          <w:szCs w:val="20"/>
        </w:rPr>
        <w:t>Kč</w:t>
      </w:r>
      <w:proofErr w:type="spellEnd"/>
      <w:r w:rsidRPr="00415899">
        <w:rPr>
          <w:rFonts w:cs="Arial"/>
          <w:sz w:val="20"/>
          <w:szCs w:val="20"/>
        </w:rPr>
        <w:t>;</w:t>
      </w:r>
      <w:proofErr w:type="gramEnd"/>
    </w:p>
    <w:p w14:paraId="05752F44" w14:textId="77777777" w:rsidR="003F3D56" w:rsidRPr="00415899" w:rsidRDefault="00DA020F">
      <w:pPr>
        <w:pStyle w:val="Seznamsodrkami"/>
        <w:spacing w:after="60"/>
        <w:ind w:left="547" w:hanging="274"/>
        <w:rPr>
          <w:rFonts w:cs="Arial"/>
          <w:sz w:val="20"/>
          <w:szCs w:val="20"/>
        </w:rPr>
      </w:pPr>
      <w:r w:rsidRPr="00415899">
        <w:rPr>
          <w:rFonts w:cs="Arial"/>
          <w:sz w:val="20"/>
          <w:szCs w:val="20"/>
        </w:rPr>
        <w:t xml:space="preserve">2. </w:t>
      </w:r>
      <w:proofErr w:type="spellStart"/>
      <w:r w:rsidRPr="00415899">
        <w:rPr>
          <w:rFonts w:cs="Arial"/>
          <w:sz w:val="20"/>
          <w:szCs w:val="20"/>
        </w:rPr>
        <w:t>místo</w:t>
      </w:r>
      <w:proofErr w:type="spellEnd"/>
      <w:r w:rsidRPr="00415899">
        <w:rPr>
          <w:rFonts w:cs="Arial"/>
          <w:sz w:val="20"/>
          <w:szCs w:val="20"/>
        </w:rPr>
        <w:t xml:space="preserve">: 3 000 </w:t>
      </w:r>
      <w:proofErr w:type="spellStart"/>
      <w:proofErr w:type="gramStart"/>
      <w:r w:rsidRPr="00415899">
        <w:rPr>
          <w:rFonts w:cs="Arial"/>
          <w:sz w:val="20"/>
          <w:szCs w:val="20"/>
        </w:rPr>
        <w:t>Kč</w:t>
      </w:r>
      <w:proofErr w:type="spellEnd"/>
      <w:r w:rsidRPr="00415899">
        <w:rPr>
          <w:rFonts w:cs="Arial"/>
          <w:sz w:val="20"/>
          <w:szCs w:val="20"/>
        </w:rPr>
        <w:t>;</w:t>
      </w:r>
      <w:proofErr w:type="gramEnd"/>
    </w:p>
    <w:p w14:paraId="7BA2E6B1" w14:textId="77777777" w:rsidR="003F3D56" w:rsidRPr="00415899" w:rsidRDefault="00DA020F">
      <w:pPr>
        <w:pStyle w:val="Seznamsodrkami"/>
        <w:spacing w:after="60"/>
        <w:ind w:left="547" w:hanging="274"/>
        <w:rPr>
          <w:rFonts w:cs="Arial"/>
          <w:sz w:val="20"/>
          <w:szCs w:val="20"/>
        </w:rPr>
      </w:pPr>
      <w:r w:rsidRPr="00415899">
        <w:rPr>
          <w:rFonts w:cs="Arial"/>
          <w:sz w:val="20"/>
          <w:szCs w:val="20"/>
        </w:rPr>
        <w:t xml:space="preserve">3. </w:t>
      </w:r>
      <w:proofErr w:type="spellStart"/>
      <w:r w:rsidRPr="00415899">
        <w:rPr>
          <w:rFonts w:cs="Arial"/>
          <w:sz w:val="20"/>
          <w:szCs w:val="20"/>
        </w:rPr>
        <w:t>místo</w:t>
      </w:r>
      <w:proofErr w:type="spellEnd"/>
      <w:r w:rsidRPr="00415899">
        <w:rPr>
          <w:rFonts w:cs="Arial"/>
          <w:sz w:val="20"/>
          <w:szCs w:val="20"/>
        </w:rPr>
        <w:t xml:space="preserve">: 2 000 </w:t>
      </w:r>
      <w:proofErr w:type="spellStart"/>
      <w:r w:rsidRPr="00415899">
        <w:rPr>
          <w:rFonts w:cs="Arial"/>
          <w:sz w:val="20"/>
          <w:szCs w:val="20"/>
        </w:rPr>
        <w:t>Kč</w:t>
      </w:r>
      <w:proofErr w:type="spellEnd"/>
      <w:r w:rsidRPr="00415899">
        <w:rPr>
          <w:rFonts w:cs="Arial"/>
          <w:sz w:val="20"/>
          <w:szCs w:val="20"/>
        </w:rPr>
        <w:t>.</w:t>
      </w:r>
    </w:p>
    <w:p w14:paraId="33790DD6" w14:textId="77777777" w:rsidR="003F3D56" w:rsidRPr="00415899" w:rsidRDefault="00DA020F">
      <w:pPr>
        <w:rPr>
          <w:rFonts w:cs="Arial"/>
          <w:sz w:val="20"/>
          <w:szCs w:val="20"/>
        </w:rPr>
      </w:pPr>
      <w:proofErr w:type="spellStart"/>
      <w:r w:rsidRPr="00415899">
        <w:rPr>
          <w:rFonts w:cs="Arial"/>
          <w:sz w:val="20"/>
          <w:szCs w:val="20"/>
        </w:rPr>
        <w:t>Poukaz</w:t>
      </w:r>
      <w:proofErr w:type="spellEnd"/>
      <w:r w:rsidRPr="00415899">
        <w:rPr>
          <w:rFonts w:cs="Arial"/>
          <w:sz w:val="20"/>
          <w:szCs w:val="20"/>
        </w:rPr>
        <w:t xml:space="preserve"> se </w:t>
      </w:r>
      <w:proofErr w:type="spellStart"/>
      <w:r w:rsidRPr="00415899">
        <w:rPr>
          <w:rFonts w:cs="Arial"/>
          <w:sz w:val="20"/>
          <w:szCs w:val="20"/>
        </w:rPr>
        <w:t>řídí</w:t>
      </w:r>
      <w:proofErr w:type="spellEnd"/>
      <w:r w:rsidRPr="00415899">
        <w:rPr>
          <w:rFonts w:cs="Arial"/>
          <w:sz w:val="20"/>
          <w:szCs w:val="20"/>
        </w:rPr>
        <w:t xml:space="preserve"> </w:t>
      </w:r>
      <w:proofErr w:type="spellStart"/>
      <w:r w:rsidRPr="00415899">
        <w:rPr>
          <w:rFonts w:cs="Arial"/>
          <w:sz w:val="20"/>
          <w:szCs w:val="20"/>
        </w:rPr>
        <w:t>podmínkami</w:t>
      </w:r>
      <w:proofErr w:type="spellEnd"/>
      <w:r w:rsidRPr="00415899">
        <w:rPr>
          <w:rFonts w:cs="Arial"/>
          <w:sz w:val="20"/>
          <w:szCs w:val="20"/>
        </w:rPr>
        <w:t xml:space="preserve"> a </w:t>
      </w:r>
      <w:proofErr w:type="spellStart"/>
      <w:r w:rsidRPr="00415899">
        <w:rPr>
          <w:rFonts w:cs="Arial"/>
          <w:sz w:val="20"/>
          <w:szCs w:val="20"/>
        </w:rPr>
        <w:t>dobou</w:t>
      </w:r>
      <w:proofErr w:type="spellEnd"/>
      <w:r w:rsidRPr="00415899">
        <w:rPr>
          <w:rFonts w:cs="Arial"/>
          <w:sz w:val="20"/>
          <w:szCs w:val="20"/>
        </w:rPr>
        <w:t xml:space="preserve"> </w:t>
      </w:r>
      <w:proofErr w:type="spellStart"/>
      <w:r w:rsidRPr="00415899">
        <w:rPr>
          <w:rFonts w:cs="Arial"/>
          <w:sz w:val="20"/>
          <w:szCs w:val="20"/>
        </w:rPr>
        <w:t>platnosti</w:t>
      </w:r>
      <w:proofErr w:type="spellEnd"/>
      <w:r w:rsidRPr="00415899">
        <w:rPr>
          <w:rFonts w:cs="Arial"/>
          <w:sz w:val="20"/>
          <w:szCs w:val="20"/>
        </w:rPr>
        <w:t xml:space="preserve"> </w:t>
      </w:r>
      <w:proofErr w:type="spellStart"/>
      <w:r w:rsidRPr="00415899">
        <w:rPr>
          <w:rFonts w:cs="Arial"/>
          <w:sz w:val="20"/>
          <w:szCs w:val="20"/>
        </w:rPr>
        <w:t>uvedenými</w:t>
      </w:r>
      <w:proofErr w:type="spellEnd"/>
      <w:r w:rsidRPr="00415899">
        <w:rPr>
          <w:rFonts w:cs="Arial"/>
          <w:sz w:val="20"/>
          <w:szCs w:val="20"/>
        </w:rPr>
        <w:t xml:space="preserve"> </w:t>
      </w:r>
      <w:proofErr w:type="spellStart"/>
      <w:r w:rsidRPr="00415899">
        <w:rPr>
          <w:rFonts w:cs="Arial"/>
          <w:sz w:val="20"/>
          <w:szCs w:val="20"/>
        </w:rPr>
        <w:t>na</w:t>
      </w:r>
      <w:proofErr w:type="spellEnd"/>
      <w:r w:rsidRPr="00415899">
        <w:rPr>
          <w:rFonts w:cs="Arial"/>
          <w:sz w:val="20"/>
          <w:szCs w:val="20"/>
        </w:rPr>
        <w:t xml:space="preserve"> </w:t>
      </w:r>
      <w:proofErr w:type="spellStart"/>
      <w:r w:rsidRPr="00415899">
        <w:rPr>
          <w:rFonts w:cs="Arial"/>
          <w:sz w:val="20"/>
          <w:szCs w:val="20"/>
        </w:rPr>
        <w:t>poukazu</w:t>
      </w:r>
      <w:proofErr w:type="spellEnd"/>
      <w:r w:rsidRPr="00415899">
        <w:rPr>
          <w:rFonts w:cs="Arial"/>
          <w:sz w:val="20"/>
          <w:szCs w:val="20"/>
        </w:rPr>
        <w:t xml:space="preserve">. </w:t>
      </w:r>
      <w:proofErr w:type="spellStart"/>
      <w:r w:rsidRPr="00415899">
        <w:rPr>
          <w:rFonts w:cs="Arial"/>
          <w:sz w:val="20"/>
          <w:szCs w:val="20"/>
        </w:rPr>
        <w:t>Nelze</w:t>
      </w:r>
      <w:proofErr w:type="spellEnd"/>
      <w:r w:rsidRPr="00415899">
        <w:rPr>
          <w:rFonts w:cs="Arial"/>
          <w:sz w:val="20"/>
          <w:szCs w:val="20"/>
        </w:rPr>
        <w:t xml:space="preserve"> </w:t>
      </w:r>
      <w:proofErr w:type="spellStart"/>
      <w:r w:rsidRPr="00415899">
        <w:rPr>
          <w:rFonts w:cs="Arial"/>
          <w:sz w:val="20"/>
          <w:szCs w:val="20"/>
        </w:rPr>
        <w:t>jej</w:t>
      </w:r>
      <w:proofErr w:type="spellEnd"/>
      <w:r w:rsidRPr="00415899">
        <w:rPr>
          <w:rFonts w:cs="Arial"/>
          <w:sz w:val="20"/>
          <w:szCs w:val="20"/>
        </w:rPr>
        <w:t xml:space="preserve"> </w:t>
      </w:r>
      <w:proofErr w:type="spellStart"/>
      <w:r w:rsidRPr="00415899">
        <w:rPr>
          <w:rFonts w:cs="Arial"/>
          <w:sz w:val="20"/>
          <w:szCs w:val="20"/>
        </w:rPr>
        <w:t>směnit</w:t>
      </w:r>
      <w:proofErr w:type="spellEnd"/>
      <w:r w:rsidRPr="00415899">
        <w:rPr>
          <w:rFonts w:cs="Arial"/>
          <w:sz w:val="20"/>
          <w:szCs w:val="20"/>
        </w:rPr>
        <w:t xml:space="preserve"> za </w:t>
      </w:r>
      <w:proofErr w:type="spellStart"/>
      <w:r w:rsidRPr="00415899">
        <w:rPr>
          <w:rFonts w:cs="Arial"/>
          <w:sz w:val="20"/>
          <w:szCs w:val="20"/>
        </w:rPr>
        <w:t>peníze</w:t>
      </w:r>
      <w:proofErr w:type="spellEnd"/>
      <w:r w:rsidRPr="00415899">
        <w:rPr>
          <w:rFonts w:cs="Arial"/>
          <w:sz w:val="20"/>
          <w:szCs w:val="20"/>
        </w:rPr>
        <w:t xml:space="preserve">. </w:t>
      </w:r>
      <w:proofErr w:type="spellStart"/>
      <w:r w:rsidRPr="00415899">
        <w:rPr>
          <w:rFonts w:cs="Arial"/>
          <w:sz w:val="20"/>
          <w:szCs w:val="20"/>
        </w:rPr>
        <w:t>Výherci</w:t>
      </w:r>
      <w:proofErr w:type="spellEnd"/>
      <w:r w:rsidRPr="00415899">
        <w:rPr>
          <w:rFonts w:cs="Arial"/>
          <w:sz w:val="20"/>
          <w:szCs w:val="20"/>
        </w:rPr>
        <w:t xml:space="preserve"> </w:t>
      </w:r>
      <w:proofErr w:type="spellStart"/>
      <w:r w:rsidRPr="00415899">
        <w:rPr>
          <w:rFonts w:cs="Arial"/>
          <w:sz w:val="20"/>
          <w:szCs w:val="20"/>
        </w:rPr>
        <w:t>budou</w:t>
      </w:r>
      <w:proofErr w:type="spellEnd"/>
      <w:r w:rsidRPr="00415899">
        <w:rPr>
          <w:rFonts w:cs="Arial"/>
          <w:sz w:val="20"/>
          <w:szCs w:val="20"/>
        </w:rPr>
        <w:t xml:space="preserve"> </w:t>
      </w:r>
      <w:proofErr w:type="spellStart"/>
      <w:r w:rsidRPr="00415899">
        <w:rPr>
          <w:rFonts w:cs="Arial"/>
          <w:sz w:val="20"/>
          <w:szCs w:val="20"/>
        </w:rPr>
        <w:t>kontaktováni</w:t>
      </w:r>
      <w:proofErr w:type="spellEnd"/>
      <w:r w:rsidRPr="00415899">
        <w:rPr>
          <w:rFonts w:cs="Arial"/>
          <w:sz w:val="20"/>
          <w:szCs w:val="20"/>
        </w:rPr>
        <w:t xml:space="preserve"> </w:t>
      </w:r>
      <w:proofErr w:type="spellStart"/>
      <w:r w:rsidRPr="00415899">
        <w:rPr>
          <w:rFonts w:cs="Arial"/>
          <w:sz w:val="20"/>
          <w:szCs w:val="20"/>
        </w:rPr>
        <w:t>na</w:t>
      </w:r>
      <w:proofErr w:type="spellEnd"/>
      <w:r w:rsidRPr="00415899">
        <w:rPr>
          <w:rFonts w:cs="Arial"/>
          <w:sz w:val="20"/>
          <w:szCs w:val="20"/>
        </w:rPr>
        <w:t xml:space="preserve"> e-mail </w:t>
      </w:r>
      <w:proofErr w:type="spellStart"/>
      <w:r w:rsidRPr="00415899">
        <w:rPr>
          <w:rFonts w:cs="Arial"/>
          <w:sz w:val="20"/>
          <w:szCs w:val="20"/>
        </w:rPr>
        <w:t>nebo</w:t>
      </w:r>
      <w:proofErr w:type="spellEnd"/>
      <w:r w:rsidRPr="00415899">
        <w:rPr>
          <w:rFonts w:cs="Arial"/>
          <w:sz w:val="20"/>
          <w:szCs w:val="20"/>
        </w:rPr>
        <w:t xml:space="preserve"> </w:t>
      </w:r>
      <w:proofErr w:type="spellStart"/>
      <w:r w:rsidRPr="00415899">
        <w:rPr>
          <w:rFonts w:cs="Arial"/>
          <w:sz w:val="20"/>
          <w:szCs w:val="20"/>
        </w:rPr>
        <w:t>telefon</w:t>
      </w:r>
      <w:proofErr w:type="spellEnd"/>
      <w:r w:rsidRPr="00415899">
        <w:rPr>
          <w:rFonts w:cs="Arial"/>
          <w:sz w:val="20"/>
          <w:szCs w:val="20"/>
        </w:rPr>
        <w:t xml:space="preserve"> </w:t>
      </w:r>
      <w:proofErr w:type="spellStart"/>
      <w:r w:rsidRPr="00415899">
        <w:rPr>
          <w:rFonts w:cs="Arial"/>
          <w:sz w:val="20"/>
          <w:szCs w:val="20"/>
        </w:rPr>
        <w:t>uvedený</w:t>
      </w:r>
      <w:proofErr w:type="spellEnd"/>
      <w:r w:rsidRPr="00415899">
        <w:rPr>
          <w:rFonts w:cs="Arial"/>
          <w:sz w:val="20"/>
          <w:szCs w:val="20"/>
        </w:rPr>
        <w:t xml:space="preserve"> v </w:t>
      </w:r>
      <w:proofErr w:type="spellStart"/>
      <w:r w:rsidRPr="00415899">
        <w:rPr>
          <w:rFonts w:cs="Arial"/>
          <w:sz w:val="20"/>
          <w:szCs w:val="20"/>
        </w:rPr>
        <w:t>přihlášce</w:t>
      </w:r>
      <w:proofErr w:type="spellEnd"/>
      <w:r w:rsidRPr="00415899">
        <w:rPr>
          <w:rFonts w:cs="Arial"/>
          <w:sz w:val="20"/>
          <w:szCs w:val="20"/>
        </w:rPr>
        <w:t xml:space="preserve">. </w:t>
      </w:r>
      <w:proofErr w:type="spellStart"/>
      <w:r w:rsidRPr="00415899">
        <w:rPr>
          <w:rFonts w:cs="Arial"/>
          <w:sz w:val="20"/>
          <w:szCs w:val="20"/>
        </w:rPr>
        <w:t>Neozve</w:t>
      </w:r>
      <w:proofErr w:type="spellEnd"/>
      <w:r w:rsidRPr="00415899">
        <w:rPr>
          <w:rFonts w:cs="Arial"/>
          <w:sz w:val="20"/>
          <w:szCs w:val="20"/>
        </w:rPr>
        <w:t xml:space="preserve">-li se </w:t>
      </w:r>
      <w:proofErr w:type="spellStart"/>
      <w:r w:rsidRPr="00415899">
        <w:rPr>
          <w:rFonts w:cs="Arial"/>
          <w:sz w:val="20"/>
          <w:szCs w:val="20"/>
        </w:rPr>
        <w:t>výherce</w:t>
      </w:r>
      <w:proofErr w:type="spellEnd"/>
      <w:r w:rsidRPr="00415899">
        <w:rPr>
          <w:rFonts w:cs="Arial"/>
          <w:sz w:val="20"/>
          <w:szCs w:val="20"/>
        </w:rPr>
        <w:t xml:space="preserve"> ani do 10 </w:t>
      </w:r>
      <w:proofErr w:type="spellStart"/>
      <w:r w:rsidRPr="00415899">
        <w:rPr>
          <w:rFonts w:cs="Arial"/>
          <w:sz w:val="20"/>
          <w:szCs w:val="20"/>
        </w:rPr>
        <w:t>dnů</w:t>
      </w:r>
      <w:proofErr w:type="spellEnd"/>
      <w:r w:rsidRPr="00415899">
        <w:rPr>
          <w:rFonts w:cs="Arial"/>
          <w:sz w:val="20"/>
          <w:szCs w:val="20"/>
        </w:rPr>
        <w:t xml:space="preserve"> od </w:t>
      </w:r>
      <w:proofErr w:type="spellStart"/>
      <w:r w:rsidRPr="00415899">
        <w:rPr>
          <w:rFonts w:cs="Arial"/>
          <w:sz w:val="20"/>
          <w:szCs w:val="20"/>
        </w:rPr>
        <w:t>druhé</w:t>
      </w:r>
      <w:proofErr w:type="spellEnd"/>
      <w:r w:rsidRPr="00415899">
        <w:rPr>
          <w:rFonts w:cs="Arial"/>
          <w:sz w:val="20"/>
          <w:szCs w:val="20"/>
        </w:rPr>
        <w:t xml:space="preserve"> </w:t>
      </w:r>
      <w:proofErr w:type="spellStart"/>
      <w:r w:rsidRPr="00415899">
        <w:rPr>
          <w:rFonts w:cs="Arial"/>
          <w:sz w:val="20"/>
          <w:szCs w:val="20"/>
        </w:rPr>
        <w:t>výzvy</w:t>
      </w:r>
      <w:proofErr w:type="spellEnd"/>
      <w:r w:rsidRPr="00415899">
        <w:rPr>
          <w:rFonts w:cs="Arial"/>
          <w:sz w:val="20"/>
          <w:szCs w:val="20"/>
        </w:rPr>
        <w:t xml:space="preserve">, </w:t>
      </w:r>
      <w:proofErr w:type="spellStart"/>
      <w:r w:rsidRPr="00415899">
        <w:rPr>
          <w:rFonts w:cs="Arial"/>
          <w:sz w:val="20"/>
          <w:szCs w:val="20"/>
        </w:rPr>
        <w:t>odmítne</w:t>
      </w:r>
      <w:proofErr w:type="spellEnd"/>
      <w:r w:rsidRPr="00415899">
        <w:rPr>
          <w:rFonts w:cs="Arial"/>
          <w:sz w:val="20"/>
          <w:szCs w:val="20"/>
        </w:rPr>
        <w:t xml:space="preserve"> </w:t>
      </w:r>
      <w:proofErr w:type="spellStart"/>
      <w:r w:rsidRPr="00415899">
        <w:rPr>
          <w:rFonts w:cs="Arial"/>
          <w:sz w:val="20"/>
          <w:szCs w:val="20"/>
        </w:rPr>
        <w:t>cenu</w:t>
      </w:r>
      <w:proofErr w:type="spellEnd"/>
      <w:r w:rsidRPr="00415899">
        <w:rPr>
          <w:rFonts w:cs="Arial"/>
          <w:sz w:val="20"/>
          <w:szCs w:val="20"/>
        </w:rPr>
        <w:t xml:space="preserve"> </w:t>
      </w:r>
      <w:proofErr w:type="spellStart"/>
      <w:r w:rsidRPr="00415899">
        <w:rPr>
          <w:rFonts w:cs="Arial"/>
          <w:sz w:val="20"/>
          <w:szCs w:val="20"/>
        </w:rPr>
        <w:t>nebo</w:t>
      </w:r>
      <w:proofErr w:type="spellEnd"/>
      <w:r w:rsidRPr="00415899">
        <w:rPr>
          <w:rFonts w:cs="Arial"/>
          <w:sz w:val="20"/>
          <w:szCs w:val="20"/>
        </w:rPr>
        <w:t xml:space="preserve"> </w:t>
      </w:r>
      <w:proofErr w:type="spellStart"/>
      <w:r w:rsidRPr="00415899">
        <w:rPr>
          <w:rFonts w:cs="Arial"/>
          <w:sz w:val="20"/>
          <w:szCs w:val="20"/>
        </w:rPr>
        <w:t>nesplní</w:t>
      </w:r>
      <w:proofErr w:type="spellEnd"/>
      <w:r w:rsidRPr="00415899">
        <w:rPr>
          <w:rFonts w:cs="Arial"/>
          <w:sz w:val="20"/>
          <w:szCs w:val="20"/>
        </w:rPr>
        <w:t xml:space="preserve"> </w:t>
      </w:r>
      <w:proofErr w:type="spellStart"/>
      <w:r w:rsidRPr="00415899">
        <w:rPr>
          <w:rFonts w:cs="Arial"/>
          <w:sz w:val="20"/>
          <w:szCs w:val="20"/>
        </w:rPr>
        <w:t>pravidla</w:t>
      </w:r>
      <w:proofErr w:type="spellEnd"/>
      <w:r w:rsidRPr="00415899">
        <w:rPr>
          <w:rFonts w:cs="Arial"/>
          <w:sz w:val="20"/>
          <w:szCs w:val="20"/>
        </w:rPr>
        <w:t xml:space="preserve">, </w:t>
      </w:r>
      <w:proofErr w:type="spellStart"/>
      <w:r w:rsidRPr="00415899">
        <w:rPr>
          <w:rFonts w:cs="Arial"/>
          <w:sz w:val="20"/>
          <w:szCs w:val="20"/>
        </w:rPr>
        <w:t>může</w:t>
      </w:r>
      <w:proofErr w:type="spellEnd"/>
      <w:r w:rsidRPr="00415899">
        <w:rPr>
          <w:rFonts w:cs="Arial"/>
          <w:sz w:val="20"/>
          <w:szCs w:val="20"/>
        </w:rPr>
        <w:t xml:space="preserve"> </w:t>
      </w:r>
      <w:proofErr w:type="spellStart"/>
      <w:r w:rsidRPr="00415899">
        <w:rPr>
          <w:rFonts w:cs="Arial"/>
          <w:sz w:val="20"/>
          <w:szCs w:val="20"/>
        </w:rPr>
        <w:t>Pořadatel</w:t>
      </w:r>
      <w:proofErr w:type="spellEnd"/>
      <w:r w:rsidRPr="00415899">
        <w:rPr>
          <w:rFonts w:cs="Arial"/>
          <w:sz w:val="20"/>
          <w:szCs w:val="20"/>
        </w:rPr>
        <w:t xml:space="preserve"> </w:t>
      </w:r>
      <w:proofErr w:type="spellStart"/>
      <w:r w:rsidRPr="00415899">
        <w:rPr>
          <w:rFonts w:cs="Arial"/>
          <w:sz w:val="20"/>
          <w:szCs w:val="20"/>
        </w:rPr>
        <w:t>oslovit</w:t>
      </w:r>
      <w:proofErr w:type="spellEnd"/>
      <w:r w:rsidRPr="00415899">
        <w:rPr>
          <w:rFonts w:cs="Arial"/>
          <w:sz w:val="20"/>
          <w:szCs w:val="20"/>
        </w:rPr>
        <w:t xml:space="preserve"> </w:t>
      </w:r>
      <w:proofErr w:type="spellStart"/>
      <w:r w:rsidRPr="00415899">
        <w:rPr>
          <w:rFonts w:cs="Arial"/>
          <w:sz w:val="20"/>
          <w:szCs w:val="20"/>
        </w:rPr>
        <w:t>dalšího</w:t>
      </w:r>
      <w:proofErr w:type="spellEnd"/>
      <w:r w:rsidRPr="00415899">
        <w:rPr>
          <w:rFonts w:cs="Arial"/>
          <w:sz w:val="20"/>
          <w:szCs w:val="20"/>
        </w:rPr>
        <w:t xml:space="preserve"> </w:t>
      </w:r>
      <w:proofErr w:type="spellStart"/>
      <w:r w:rsidRPr="00415899">
        <w:rPr>
          <w:rFonts w:cs="Arial"/>
          <w:sz w:val="20"/>
          <w:szCs w:val="20"/>
        </w:rPr>
        <w:t>soutěžícího</w:t>
      </w:r>
      <w:proofErr w:type="spellEnd"/>
      <w:r w:rsidRPr="00415899">
        <w:rPr>
          <w:rFonts w:cs="Arial"/>
          <w:sz w:val="20"/>
          <w:szCs w:val="20"/>
        </w:rPr>
        <w:t xml:space="preserve"> </w:t>
      </w:r>
      <w:proofErr w:type="spellStart"/>
      <w:r w:rsidRPr="00415899">
        <w:rPr>
          <w:rFonts w:cs="Arial"/>
          <w:sz w:val="20"/>
          <w:szCs w:val="20"/>
        </w:rPr>
        <w:t>podle</w:t>
      </w:r>
      <w:proofErr w:type="spellEnd"/>
      <w:r w:rsidRPr="00415899">
        <w:rPr>
          <w:rFonts w:cs="Arial"/>
          <w:sz w:val="20"/>
          <w:szCs w:val="20"/>
        </w:rPr>
        <w:t xml:space="preserve"> </w:t>
      </w:r>
      <w:proofErr w:type="spellStart"/>
      <w:r w:rsidRPr="00415899">
        <w:rPr>
          <w:rFonts w:cs="Arial"/>
          <w:sz w:val="20"/>
          <w:szCs w:val="20"/>
        </w:rPr>
        <w:t>pořadí</w:t>
      </w:r>
      <w:proofErr w:type="spellEnd"/>
      <w:r w:rsidRPr="00415899">
        <w:rPr>
          <w:rFonts w:cs="Arial"/>
          <w:sz w:val="20"/>
          <w:szCs w:val="20"/>
        </w:rPr>
        <w:t xml:space="preserve"> </w:t>
      </w:r>
      <w:proofErr w:type="spellStart"/>
      <w:r w:rsidRPr="00415899">
        <w:rPr>
          <w:rFonts w:cs="Arial"/>
          <w:sz w:val="20"/>
          <w:szCs w:val="20"/>
        </w:rPr>
        <w:t>komise</w:t>
      </w:r>
      <w:proofErr w:type="spellEnd"/>
      <w:r w:rsidRPr="00415899">
        <w:rPr>
          <w:rFonts w:cs="Arial"/>
          <w:sz w:val="20"/>
          <w:szCs w:val="20"/>
        </w:rPr>
        <w:t>.</w:t>
      </w:r>
    </w:p>
    <w:p w14:paraId="46149632" w14:textId="77777777" w:rsidR="003F3D56" w:rsidRPr="00415899" w:rsidRDefault="00DA020F">
      <w:pPr>
        <w:rPr>
          <w:rFonts w:cs="Arial"/>
          <w:sz w:val="20"/>
          <w:szCs w:val="20"/>
        </w:rPr>
      </w:pPr>
      <w:proofErr w:type="spellStart"/>
      <w:r w:rsidRPr="00415899">
        <w:rPr>
          <w:rFonts w:cs="Arial"/>
          <w:sz w:val="20"/>
          <w:szCs w:val="20"/>
        </w:rPr>
        <w:t>Výsledky</w:t>
      </w:r>
      <w:proofErr w:type="spellEnd"/>
      <w:r w:rsidRPr="00415899">
        <w:rPr>
          <w:rFonts w:cs="Arial"/>
          <w:sz w:val="20"/>
          <w:szCs w:val="20"/>
        </w:rPr>
        <w:t xml:space="preserve"> </w:t>
      </w:r>
      <w:proofErr w:type="spellStart"/>
      <w:r w:rsidRPr="00415899">
        <w:rPr>
          <w:rFonts w:cs="Arial"/>
          <w:sz w:val="20"/>
          <w:szCs w:val="20"/>
        </w:rPr>
        <w:t>může</w:t>
      </w:r>
      <w:proofErr w:type="spellEnd"/>
      <w:r w:rsidRPr="00415899">
        <w:rPr>
          <w:rFonts w:cs="Arial"/>
          <w:sz w:val="20"/>
          <w:szCs w:val="20"/>
        </w:rPr>
        <w:t xml:space="preserve"> </w:t>
      </w:r>
      <w:proofErr w:type="spellStart"/>
      <w:r w:rsidRPr="00415899">
        <w:rPr>
          <w:rFonts w:cs="Arial"/>
          <w:sz w:val="20"/>
          <w:szCs w:val="20"/>
        </w:rPr>
        <w:t>Pořadatel</w:t>
      </w:r>
      <w:proofErr w:type="spellEnd"/>
      <w:r w:rsidRPr="00415899">
        <w:rPr>
          <w:rFonts w:cs="Arial"/>
          <w:sz w:val="20"/>
          <w:szCs w:val="20"/>
        </w:rPr>
        <w:t xml:space="preserve"> </w:t>
      </w:r>
      <w:proofErr w:type="spellStart"/>
      <w:r w:rsidRPr="00415899">
        <w:rPr>
          <w:rFonts w:cs="Arial"/>
          <w:sz w:val="20"/>
          <w:szCs w:val="20"/>
        </w:rPr>
        <w:t>zveřejnit</w:t>
      </w:r>
      <w:proofErr w:type="spellEnd"/>
      <w:r w:rsidRPr="00415899">
        <w:rPr>
          <w:rFonts w:cs="Arial"/>
          <w:sz w:val="20"/>
          <w:szCs w:val="20"/>
        </w:rPr>
        <w:t xml:space="preserve"> </w:t>
      </w:r>
      <w:proofErr w:type="spellStart"/>
      <w:r w:rsidRPr="00415899">
        <w:rPr>
          <w:rFonts w:cs="Arial"/>
          <w:sz w:val="20"/>
          <w:szCs w:val="20"/>
        </w:rPr>
        <w:t>na</w:t>
      </w:r>
      <w:proofErr w:type="spellEnd"/>
      <w:r w:rsidRPr="00415899">
        <w:rPr>
          <w:rFonts w:cs="Arial"/>
          <w:sz w:val="20"/>
          <w:szCs w:val="20"/>
        </w:rPr>
        <w:t xml:space="preserve"> </w:t>
      </w:r>
      <w:proofErr w:type="spellStart"/>
      <w:r w:rsidRPr="00415899">
        <w:rPr>
          <w:rFonts w:cs="Arial"/>
          <w:sz w:val="20"/>
          <w:szCs w:val="20"/>
        </w:rPr>
        <w:t>svém</w:t>
      </w:r>
      <w:proofErr w:type="spellEnd"/>
      <w:r w:rsidRPr="00415899">
        <w:rPr>
          <w:rFonts w:cs="Arial"/>
          <w:sz w:val="20"/>
          <w:szCs w:val="20"/>
        </w:rPr>
        <w:t xml:space="preserve"> </w:t>
      </w:r>
      <w:proofErr w:type="spellStart"/>
      <w:r w:rsidRPr="00415899">
        <w:rPr>
          <w:rFonts w:cs="Arial"/>
          <w:sz w:val="20"/>
          <w:szCs w:val="20"/>
        </w:rPr>
        <w:t>webu</w:t>
      </w:r>
      <w:proofErr w:type="spellEnd"/>
      <w:r w:rsidRPr="00415899">
        <w:rPr>
          <w:rFonts w:cs="Arial"/>
          <w:sz w:val="20"/>
          <w:szCs w:val="20"/>
        </w:rPr>
        <w:t xml:space="preserve"> a </w:t>
      </w:r>
      <w:proofErr w:type="spellStart"/>
      <w:r w:rsidRPr="00415899">
        <w:rPr>
          <w:rFonts w:cs="Arial"/>
          <w:sz w:val="20"/>
          <w:szCs w:val="20"/>
        </w:rPr>
        <w:t>sociálních</w:t>
      </w:r>
      <w:proofErr w:type="spellEnd"/>
      <w:r w:rsidRPr="00415899">
        <w:rPr>
          <w:rFonts w:cs="Arial"/>
          <w:sz w:val="20"/>
          <w:szCs w:val="20"/>
        </w:rPr>
        <w:t xml:space="preserve"> </w:t>
      </w:r>
      <w:proofErr w:type="spellStart"/>
      <w:r w:rsidRPr="00415899">
        <w:rPr>
          <w:rFonts w:cs="Arial"/>
          <w:sz w:val="20"/>
          <w:szCs w:val="20"/>
        </w:rPr>
        <w:t>sítích</w:t>
      </w:r>
      <w:proofErr w:type="spellEnd"/>
      <w:r w:rsidRPr="00415899">
        <w:rPr>
          <w:rFonts w:cs="Arial"/>
          <w:sz w:val="20"/>
          <w:szCs w:val="20"/>
        </w:rPr>
        <w:t xml:space="preserve"> v </w:t>
      </w:r>
      <w:proofErr w:type="spellStart"/>
      <w:r w:rsidRPr="00415899">
        <w:rPr>
          <w:rFonts w:cs="Arial"/>
          <w:sz w:val="20"/>
          <w:szCs w:val="20"/>
        </w:rPr>
        <w:t>rozsahu</w:t>
      </w:r>
      <w:proofErr w:type="spellEnd"/>
      <w:r w:rsidRPr="00415899">
        <w:rPr>
          <w:rFonts w:cs="Arial"/>
          <w:sz w:val="20"/>
          <w:szCs w:val="20"/>
        </w:rPr>
        <w:t xml:space="preserve"> </w:t>
      </w:r>
      <w:proofErr w:type="spellStart"/>
      <w:r w:rsidRPr="00415899">
        <w:rPr>
          <w:rFonts w:cs="Arial"/>
          <w:sz w:val="20"/>
          <w:szCs w:val="20"/>
        </w:rPr>
        <w:t>jméno</w:t>
      </w:r>
      <w:proofErr w:type="spellEnd"/>
      <w:r w:rsidRPr="00415899">
        <w:rPr>
          <w:rFonts w:cs="Arial"/>
          <w:sz w:val="20"/>
          <w:szCs w:val="20"/>
        </w:rPr>
        <w:t xml:space="preserve"> </w:t>
      </w:r>
      <w:proofErr w:type="spellStart"/>
      <w:r w:rsidRPr="00415899">
        <w:rPr>
          <w:rFonts w:cs="Arial"/>
          <w:sz w:val="20"/>
          <w:szCs w:val="20"/>
        </w:rPr>
        <w:t>nebo</w:t>
      </w:r>
      <w:proofErr w:type="spellEnd"/>
      <w:r w:rsidRPr="00415899">
        <w:rPr>
          <w:rFonts w:cs="Arial"/>
          <w:sz w:val="20"/>
          <w:szCs w:val="20"/>
        </w:rPr>
        <w:t xml:space="preserve"> </w:t>
      </w:r>
      <w:proofErr w:type="spellStart"/>
      <w:r w:rsidRPr="00415899">
        <w:rPr>
          <w:rFonts w:cs="Arial"/>
          <w:sz w:val="20"/>
          <w:szCs w:val="20"/>
        </w:rPr>
        <w:t>zvolený</w:t>
      </w:r>
      <w:proofErr w:type="spellEnd"/>
      <w:r w:rsidRPr="00415899">
        <w:rPr>
          <w:rFonts w:cs="Arial"/>
          <w:sz w:val="20"/>
          <w:szCs w:val="20"/>
        </w:rPr>
        <w:t xml:space="preserve"> </w:t>
      </w:r>
      <w:proofErr w:type="spellStart"/>
      <w:r w:rsidRPr="00415899">
        <w:rPr>
          <w:rFonts w:cs="Arial"/>
          <w:sz w:val="20"/>
          <w:szCs w:val="20"/>
        </w:rPr>
        <w:t>autorský</w:t>
      </w:r>
      <w:proofErr w:type="spellEnd"/>
      <w:r w:rsidRPr="00415899">
        <w:rPr>
          <w:rFonts w:cs="Arial"/>
          <w:sz w:val="20"/>
          <w:szCs w:val="20"/>
        </w:rPr>
        <w:t xml:space="preserve"> pseudonym, </w:t>
      </w:r>
      <w:proofErr w:type="spellStart"/>
      <w:r w:rsidRPr="00415899">
        <w:rPr>
          <w:rFonts w:cs="Arial"/>
          <w:sz w:val="20"/>
          <w:szCs w:val="20"/>
        </w:rPr>
        <w:t>město</w:t>
      </w:r>
      <w:proofErr w:type="spellEnd"/>
      <w:r w:rsidRPr="00415899">
        <w:rPr>
          <w:rFonts w:cs="Arial"/>
          <w:sz w:val="20"/>
          <w:szCs w:val="20"/>
        </w:rPr>
        <w:t xml:space="preserve">, </w:t>
      </w:r>
      <w:proofErr w:type="spellStart"/>
      <w:r w:rsidRPr="00415899">
        <w:rPr>
          <w:rFonts w:cs="Arial"/>
          <w:sz w:val="20"/>
          <w:szCs w:val="20"/>
        </w:rPr>
        <w:t>název</w:t>
      </w:r>
      <w:proofErr w:type="spellEnd"/>
      <w:r w:rsidRPr="00415899">
        <w:rPr>
          <w:rFonts w:cs="Arial"/>
          <w:sz w:val="20"/>
          <w:szCs w:val="20"/>
        </w:rPr>
        <w:t xml:space="preserve"> </w:t>
      </w:r>
      <w:proofErr w:type="spellStart"/>
      <w:r w:rsidRPr="00415899">
        <w:rPr>
          <w:rFonts w:cs="Arial"/>
          <w:sz w:val="20"/>
          <w:szCs w:val="20"/>
        </w:rPr>
        <w:t>návrhu</w:t>
      </w:r>
      <w:proofErr w:type="spellEnd"/>
      <w:r w:rsidRPr="00415899">
        <w:rPr>
          <w:rFonts w:cs="Arial"/>
          <w:sz w:val="20"/>
          <w:szCs w:val="20"/>
        </w:rPr>
        <w:t xml:space="preserve">, </w:t>
      </w:r>
      <w:proofErr w:type="spellStart"/>
      <w:r w:rsidRPr="00415899">
        <w:rPr>
          <w:rFonts w:cs="Arial"/>
          <w:sz w:val="20"/>
          <w:szCs w:val="20"/>
        </w:rPr>
        <w:t>umístění</w:t>
      </w:r>
      <w:proofErr w:type="spellEnd"/>
      <w:r w:rsidRPr="00415899">
        <w:rPr>
          <w:rFonts w:cs="Arial"/>
          <w:sz w:val="20"/>
          <w:szCs w:val="20"/>
        </w:rPr>
        <w:t xml:space="preserve"> a </w:t>
      </w:r>
      <w:proofErr w:type="spellStart"/>
      <w:r w:rsidRPr="00415899">
        <w:rPr>
          <w:rFonts w:cs="Arial"/>
          <w:sz w:val="20"/>
          <w:szCs w:val="20"/>
        </w:rPr>
        <w:t>vyobrazení</w:t>
      </w:r>
      <w:proofErr w:type="spellEnd"/>
      <w:r w:rsidRPr="00415899">
        <w:rPr>
          <w:rFonts w:cs="Arial"/>
          <w:sz w:val="20"/>
          <w:szCs w:val="20"/>
        </w:rPr>
        <w:t xml:space="preserve"> </w:t>
      </w:r>
      <w:proofErr w:type="spellStart"/>
      <w:r w:rsidRPr="00415899">
        <w:rPr>
          <w:rFonts w:cs="Arial"/>
          <w:sz w:val="20"/>
          <w:szCs w:val="20"/>
        </w:rPr>
        <w:t>návrhu</w:t>
      </w:r>
      <w:proofErr w:type="spellEnd"/>
      <w:r w:rsidRPr="00415899">
        <w:rPr>
          <w:rFonts w:cs="Arial"/>
          <w:sz w:val="20"/>
          <w:szCs w:val="20"/>
        </w:rPr>
        <w:t>.</w:t>
      </w:r>
    </w:p>
    <w:p w14:paraId="1ED2D2A2" w14:textId="77777777" w:rsidR="003F3D56" w:rsidRPr="00415899" w:rsidRDefault="00DA020F">
      <w:pPr>
        <w:pStyle w:val="Nadpis1"/>
        <w:rPr>
          <w:rFonts w:ascii="Arial" w:hAnsi="Arial" w:cs="Arial"/>
          <w:sz w:val="20"/>
          <w:szCs w:val="20"/>
        </w:rPr>
      </w:pPr>
      <w:r w:rsidRPr="00415899">
        <w:rPr>
          <w:rFonts w:ascii="Arial" w:hAnsi="Arial" w:cs="Arial"/>
          <w:sz w:val="20"/>
          <w:szCs w:val="20"/>
        </w:rPr>
        <w:t xml:space="preserve">10. </w:t>
      </w:r>
      <w:proofErr w:type="spellStart"/>
      <w:r w:rsidRPr="00415899">
        <w:rPr>
          <w:rFonts w:ascii="Arial" w:hAnsi="Arial" w:cs="Arial"/>
          <w:sz w:val="20"/>
          <w:szCs w:val="20"/>
        </w:rPr>
        <w:t>Evropský</w:t>
      </w:r>
      <w:proofErr w:type="spellEnd"/>
      <w:r w:rsidRPr="00415899">
        <w:rPr>
          <w:rFonts w:ascii="Arial" w:hAnsi="Arial" w:cs="Arial"/>
          <w:sz w:val="20"/>
          <w:szCs w:val="20"/>
        </w:rPr>
        <w:t xml:space="preserve"> </w:t>
      </w:r>
      <w:proofErr w:type="spellStart"/>
      <w:r w:rsidRPr="00415899">
        <w:rPr>
          <w:rFonts w:ascii="Arial" w:hAnsi="Arial" w:cs="Arial"/>
          <w:sz w:val="20"/>
          <w:szCs w:val="20"/>
        </w:rPr>
        <w:t>výběr</w:t>
      </w:r>
      <w:proofErr w:type="spellEnd"/>
      <w:r w:rsidRPr="00415899">
        <w:rPr>
          <w:rFonts w:ascii="Arial" w:hAnsi="Arial" w:cs="Arial"/>
          <w:sz w:val="20"/>
          <w:szCs w:val="20"/>
        </w:rPr>
        <w:t xml:space="preserve"> a </w:t>
      </w:r>
      <w:proofErr w:type="spellStart"/>
      <w:r w:rsidRPr="00415899">
        <w:rPr>
          <w:rFonts w:ascii="Arial" w:hAnsi="Arial" w:cs="Arial"/>
          <w:sz w:val="20"/>
          <w:szCs w:val="20"/>
        </w:rPr>
        <w:t>limitovaná</w:t>
      </w:r>
      <w:proofErr w:type="spellEnd"/>
      <w:r w:rsidRPr="00415899">
        <w:rPr>
          <w:rFonts w:ascii="Arial" w:hAnsi="Arial" w:cs="Arial"/>
          <w:sz w:val="20"/>
          <w:szCs w:val="20"/>
        </w:rPr>
        <w:t xml:space="preserve"> </w:t>
      </w:r>
      <w:proofErr w:type="spellStart"/>
      <w:r w:rsidRPr="00415899">
        <w:rPr>
          <w:rFonts w:ascii="Arial" w:hAnsi="Arial" w:cs="Arial"/>
          <w:sz w:val="20"/>
          <w:szCs w:val="20"/>
        </w:rPr>
        <w:t>edice</w:t>
      </w:r>
      <w:proofErr w:type="spellEnd"/>
    </w:p>
    <w:p w14:paraId="18E75BDC" w14:textId="77777777" w:rsidR="003F3D56" w:rsidRPr="00415899" w:rsidRDefault="00DA020F">
      <w:pPr>
        <w:rPr>
          <w:rFonts w:cs="Arial"/>
          <w:sz w:val="20"/>
          <w:szCs w:val="20"/>
        </w:rPr>
      </w:pPr>
      <w:proofErr w:type="spellStart"/>
      <w:r w:rsidRPr="00415899">
        <w:rPr>
          <w:rFonts w:cs="Arial"/>
          <w:sz w:val="20"/>
          <w:szCs w:val="20"/>
        </w:rPr>
        <w:t>Návrh</w:t>
      </w:r>
      <w:proofErr w:type="spellEnd"/>
      <w:r w:rsidRPr="00415899">
        <w:rPr>
          <w:rFonts w:cs="Arial"/>
          <w:sz w:val="20"/>
          <w:szCs w:val="20"/>
        </w:rPr>
        <w:t xml:space="preserve"> </w:t>
      </w:r>
      <w:proofErr w:type="spellStart"/>
      <w:r w:rsidRPr="00415899">
        <w:rPr>
          <w:rFonts w:cs="Arial"/>
          <w:sz w:val="20"/>
          <w:szCs w:val="20"/>
        </w:rPr>
        <w:t>na</w:t>
      </w:r>
      <w:proofErr w:type="spellEnd"/>
      <w:r w:rsidRPr="00415899">
        <w:rPr>
          <w:rFonts w:cs="Arial"/>
          <w:sz w:val="20"/>
          <w:szCs w:val="20"/>
        </w:rPr>
        <w:t xml:space="preserve"> 1. </w:t>
      </w:r>
      <w:proofErr w:type="spellStart"/>
      <w:r w:rsidRPr="00415899">
        <w:rPr>
          <w:rFonts w:cs="Arial"/>
          <w:sz w:val="20"/>
          <w:szCs w:val="20"/>
        </w:rPr>
        <w:t>místě</w:t>
      </w:r>
      <w:proofErr w:type="spellEnd"/>
      <w:r w:rsidRPr="00415899">
        <w:rPr>
          <w:rFonts w:cs="Arial"/>
          <w:sz w:val="20"/>
          <w:szCs w:val="20"/>
        </w:rPr>
        <w:t xml:space="preserve"> </w:t>
      </w:r>
      <w:proofErr w:type="spellStart"/>
      <w:r w:rsidRPr="00415899">
        <w:rPr>
          <w:rFonts w:cs="Arial"/>
          <w:sz w:val="20"/>
          <w:szCs w:val="20"/>
        </w:rPr>
        <w:t>může</w:t>
      </w:r>
      <w:proofErr w:type="spellEnd"/>
      <w:r w:rsidRPr="00415899">
        <w:rPr>
          <w:rFonts w:cs="Arial"/>
          <w:sz w:val="20"/>
          <w:szCs w:val="20"/>
        </w:rPr>
        <w:t xml:space="preserve"> </w:t>
      </w:r>
      <w:proofErr w:type="spellStart"/>
      <w:r w:rsidRPr="00415899">
        <w:rPr>
          <w:rFonts w:cs="Arial"/>
          <w:sz w:val="20"/>
          <w:szCs w:val="20"/>
        </w:rPr>
        <w:t>Pořadatel</w:t>
      </w:r>
      <w:proofErr w:type="spellEnd"/>
      <w:r w:rsidRPr="00415899">
        <w:rPr>
          <w:rFonts w:cs="Arial"/>
          <w:sz w:val="20"/>
          <w:szCs w:val="20"/>
        </w:rPr>
        <w:t xml:space="preserve"> </w:t>
      </w:r>
      <w:proofErr w:type="spellStart"/>
      <w:r w:rsidRPr="00415899">
        <w:rPr>
          <w:rFonts w:cs="Arial"/>
          <w:sz w:val="20"/>
          <w:szCs w:val="20"/>
        </w:rPr>
        <w:t>postoupit</w:t>
      </w:r>
      <w:proofErr w:type="spellEnd"/>
      <w:r w:rsidRPr="00415899">
        <w:rPr>
          <w:rFonts w:cs="Arial"/>
          <w:sz w:val="20"/>
          <w:szCs w:val="20"/>
        </w:rPr>
        <w:t xml:space="preserve"> do </w:t>
      </w:r>
      <w:proofErr w:type="spellStart"/>
      <w:r w:rsidRPr="00415899">
        <w:rPr>
          <w:rFonts w:cs="Arial"/>
          <w:sz w:val="20"/>
          <w:szCs w:val="20"/>
        </w:rPr>
        <w:t>navazujícího</w:t>
      </w:r>
      <w:proofErr w:type="spellEnd"/>
      <w:r w:rsidRPr="00415899">
        <w:rPr>
          <w:rFonts w:cs="Arial"/>
          <w:sz w:val="20"/>
          <w:szCs w:val="20"/>
        </w:rPr>
        <w:t xml:space="preserve"> </w:t>
      </w:r>
      <w:proofErr w:type="spellStart"/>
      <w:r w:rsidRPr="00415899">
        <w:rPr>
          <w:rFonts w:cs="Arial"/>
          <w:sz w:val="20"/>
          <w:szCs w:val="20"/>
        </w:rPr>
        <w:t>evropského</w:t>
      </w:r>
      <w:proofErr w:type="spellEnd"/>
      <w:r w:rsidRPr="00415899">
        <w:rPr>
          <w:rFonts w:cs="Arial"/>
          <w:sz w:val="20"/>
          <w:szCs w:val="20"/>
        </w:rPr>
        <w:t xml:space="preserve"> </w:t>
      </w:r>
      <w:proofErr w:type="spellStart"/>
      <w:r w:rsidRPr="00415899">
        <w:rPr>
          <w:rFonts w:cs="Arial"/>
          <w:sz w:val="20"/>
          <w:szCs w:val="20"/>
        </w:rPr>
        <w:t>výběru</w:t>
      </w:r>
      <w:proofErr w:type="spellEnd"/>
      <w:r w:rsidRPr="00415899">
        <w:rPr>
          <w:rFonts w:cs="Arial"/>
          <w:sz w:val="20"/>
          <w:szCs w:val="20"/>
        </w:rPr>
        <w:t xml:space="preserve">. </w:t>
      </w:r>
      <w:proofErr w:type="spellStart"/>
      <w:r w:rsidRPr="00415899">
        <w:rPr>
          <w:rFonts w:cs="Arial"/>
          <w:sz w:val="20"/>
          <w:szCs w:val="20"/>
        </w:rPr>
        <w:t>Postup</w:t>
      </w:r>
      <w:proofErr w:type="spellEnd"/>
      <w:r w:rsidRPr="00415899">
        <w:rPr>
          <w:rFonts w:cs="Arial"/>
          <w:sz w:val="20"/>
          <w:szCs w:val="20"/>
        </w:rPr>
        <w:t xml:space="preserve"> </w:t>
      </w:r>
      <w:proofErr w:type="spellStart"/>
      <w:r w:rsidRPr="00415899">
        <w:rPr>
          <w:rFonts w:cs="Arial"/>
          <w:sz w:val="20"/>
          <w:szCs w:val="20"/>
        </w:rPr>
        <w:t>nezaručuje</w:t>
      </w:r>
      <w:proofErr w:type="spellEnd"/>
      <w:r w:rsidRPr="00415899">
        <w:rPr>
          <w:rFonts w:cs="Arial"/>
          <w:sz w:val="20"/>
          <w:szCs w:val="20"/>
        </w:rPr>
        <w:t xml:space="preserve"> </w:t>
      </w:r>
      <w:proofErr w:type="spellStart"/>
      <w:r w:rsidRPr="00415899">
        <w:rPr>
          <w:rFonts w:cs="Arial"/>
          <w:sz w:val="20"/>
          <w:szCs w:val="20"/>
        </w:rPr>
        <w:t>výběr</w:t>
      </w:r>
      <w:proofErr w:type="spellEnd"/>
      <w:r w:rsidRPr="00415899">
        <w:rPr>
          <w:rFonts w:cs="Arial"/>
          <w:sz w:val="20"/>
          <w:szCs w:val="20"/>
        </w:rPr>
        <w:t xml:space="preserve"> do </w:t>
      </w:r>
      <w:proofErr w:type="spellStart"/>
      <w:r w:rsidRPr="00415899">
        <w:rPr>
          <w:rFonts w:cs="Arial"/>
          <w:sz w:val="20"/>
          <w:szCs w:val="20"/>
        </w:rPr>
        <w:t>evropského</w:t>
      </w:r>
      <w:proofErr w:type="spellEnd"/>
      <w:r w:rsidRPr="00415899">
        <w:rPr>
          <w:rFonts w:cs="Arial"/>
          <w:sz w:val="20"/>
          <w:szCs w:val="20"/>
        </w:rPr>
        <w:t xml:space="preserve"> </w:t>
      </w:r>
      <w:proofErr w:type="spellStart"/>
      <w:r w:rsidRPr="00415899">
        <w:rPr>
          <w:rFonts w:cs="Arial"/>
          <w:sz w:val="20"/>
          <w:szCs w:val="20"/>
        </w:rPr>
        <w:t>finále</w:t>
      </w:r>
      <w:proofErr w:type="spellEnd"/>
      <w:r w:rsidRPr="00415899">
        <w:rPr>
          <w:rFonts w:cs="Arial"/>
          <w:sz w:val="20"/>
          <w:szCs w:val="20"/>
        </w:rPr>
        <w:t xml:space="preserve">, </w:t>
      </w:r>
      <w:proofErr w:type="spellStart"/>
      <w:r w:rsidRPr="00415899">
        <w:rPr>
          <w:rFonts w:cs="Arial"/>
          <w:sz w:val="20"/>
          <w:szCs w:val="20"/>
        </w:rPr>
        <w:t>výrobu</w:t>
      </w:r>
      <w:proofErr w:type="spellEnd"/>
      <w:r w:rsidRPr="00415899">
        <w:rPr>
          <w:rFonts w:cs="Arial"/>
          <w:sz w:val="20"/>
          <w:szCs w:val="20"/>
        </w:rPr>
        <w:t xml:space="preserve"> ani </w:t>
      </w:r>
      <w:proofErr w:type="spellStart"/>
      <w:r w:rsidRPr="00415899">
        <w:rPr>
          <w:rFonts w:cs="Arial"/>
          <w:sz w:val="20"/>
          <w:szCs w:val="20"/>
        </w:rPr>
        <w:t>uvedení</w:t>
      </w:r>
      <w:proofErr w:type="spellEnd"/>
      <w:r w:rsidRPr="00415899">
        <w:rPr>
          <w:rFonts w:cs="Arial"/>
          <w:sz w:val="20"/>
          <w:szCs w:val="20"/>
        </w:rPr>
        <w:t xml:space="preserve"> </w:t>
      </w:r>
      <w:proofErr w:type="spellStart"/>
      <w:r w:rsidRPr="00415899">
        <w:rPr>
          <w:rFonts w:cs="Arial"/>
          <w:sz w:val="20"/>
          <w:szCs w:val="20"/>
        </w:rPr>
        <w:t>na</w:t>
      </w:r>
      <w:proofErr w:type="spellEnd"/>
      <w:r w:rsidRPr="00415899">
        <w:rPr>
          <w:rFonts w:cs="Arial"/>
          <w:sz w:val="20"/>
          <w:szCs w:val="20"/>
        </w:rPr>
        <w:t xml:space="preserve"> </w:t>
      </w:r>
      <w:proofErr w:type="spellStart"/>
      <w:r w:rsidRPr="00415899">
        <w:rPr>
          <w:rFonts w:cs="Arial"/>
          <w:sz w:val="20"/>
          <w:szCs w:val="20"/>
        </w:rPr>
        <w:t>trh</w:t>
      </w:r>
      <w:proofErr w:type="spellEnd"/>
      <w:r w:rsidRPr="00415899">
        <w:rPr>
          <w:rFonts w:cs="Arial"/>
          <w:sz w:val="20"/>
          <w:szCs w:val="20"/>
        </w:rPr>
        <w:t xml:space="preserve">. </w:t>
      </w:r>
      <w:proofErr w:type="spellStart"/>
      <w:r w:rsidRPr="00415899">
        <w:rPr>
          <w:rFonts w:cs="Arial"/>
          <w:sz w:val="20"/>
          <w:szCs w:val="20"/>
        </w:rPr>
        <w:t>Pokud</w:t>
      </w:r>
      <w:proofErr w:type="spellEnd"/>
      <w:r w:rsidRPr="00415899">
        <w:rPr>
          <w:rFonts w:cs="Arial"/>
          <w:sz w:val="20"/>
          <w:szCs w:val="20"/>
        </w:rPr>
        <w:t xml:space="preserve"> </w:t>
      </w:r>
      <w:proofErr w:type="spellStart"/>
      <w:r w:rsidRPr="00415899">
        <w:rPr>
          <w:rFonts w:cs="Arial"/>
          <w:sz w:val="20"/>
          <w:szCs w:val="20"/>
        </w:rPr>
        <w:t>bude</w:t>
      </w:r>
      <w:proofErr w:type="spellEnd"/>
      <w:r w:rsidRPr="00415899">
        <w:rPr>
          <w:rFonts w:cs="Arial"/>
          <w:sz w:val="20"/>
          <w:szCs w:val="20"/>
        </w:rPr>
        <w:t xml:space="preserve"> </w:t>
      </w:r>
      <w:proofErr w:type="spellStart"/>
      <w:r w:rsidRPr="00415899">
        <w:rPr>
          <w:rFonts w:cs="Arial"/>
          <w:sz w:val="20"/>
          <w:szCs w:val="20"/>
        </w:rPr>
        <w:t>návrh</w:t>
      </w:r>
      <w:proofErr w:type="spellEnd"/>
      <w:r w:rsidRPr="00415899">
        <w:rPr>
          <w:rFonts w:cs="Arial"/>
          <w:sz w:val="20"/>
          <w:szCs w:val="20"/>
        </w:rPr>
        <w:t xml:space="preserve"> </w:t>
      </w:r>
      <w:proofErr w:type="spellStart"/>
      <w:r w:rsidRPr="00415899">
        <w:rPr>
          <w:rFonts w:cs="Arial"/>
          <w:sz w:val="20"/>
          <w:szCs w:val="20"/>
        </w:rPr>
        <w:t>vybrán</w:t>
      </w:r>
      <w:proofErr w:type="spellEnd"/>
      <w:r w:rsidRPr="00415899">
        <w:rPr>
          <w:rFonts w:cs="Arial"/>
          <w:sz w:val="20"/>
          <w:szCs w:val="20"/>
        </w:rPr>
        <w:t xml:space="preserve">, </w:t>
      </w:r>
      <w:proofErr w:type="spellStart"/>
      <w:r w:rsidRPr="00415899">
        <w:rPr>
          <w:rFonts w:cs="Arial"/>
          <w:sz w:val="20"/>
          <w:szCs w:val="20"/>
        </w:rPr>
        <w:t>může</w:t>
      </w:r>
      <w:proofErr w:type="spellEnd"/>
      <w:r w:rsidRPr="00415899">
        <w:rPr>
          <w:rFonts w:cs="Arial"/>
          <w:sz w:val="20"/>
          <w:szCs w:val="20"/>
        </w:rPr>
        <w:t xml:space="preserve"> </w:t>
      </w:r>
      <w:proofErr w:type="spellStart"/>
      <w:r w:rsidRPr="00415899">
        <w:rPr>
          <w:rFonts w:cs="Arial"/>
          <w:sz w:val="20"/>
          <w:szCs w:val="20"/>
        </w:rPr>
        <w:t>být</w:t>
      </w:r>
      <w:proofErr w:type="spellEnd"/>
      <w:r w:rsidRPr="00415899">
        <w:rPr>
          <w:rFonts w:cs="Arial"/>
          <w:sz w:val="20"/>
          <w:szCs w:val="20"/>
        </w:rPr>
        <w:t xml:space="preserve"> po </w:t>
      </w:r>
      <w:proofErr w:type="spellStart"/>
      <w:r w:rsidRPr="00415899">
        <w:rPr>
          <w:rFonts w:cs="Arial"/>
          <w:sz w:val="20"/>
          <w:szCs w:val="20"/>
        </w:rPr>
        <w:t>nezbytných</w:t>
      </w:r>
      <w:proofErr w:type="spellEnd"/>
      <w:r w:rsidRPr="00415899">
        <w:rPr>
          <w:rFonts w:cs="Arial"/>
          <w:sz w:val="20"/>
          <w:szCs w:val="20"/>
        </w:rPr>
        <w:t xml:space="preserve"> </w:t>
      </w:r>
      <w:proofErr w:type="spellStart"/>
      <w:r w:rsidRPr="00415899">
        <w:rPr>
          <w:rFonts w:cs="Arial"/>
          <w:sz w:val="20"/>
          <w:szCs w:val="20"/>
        </w:rPr>
        <w:t>technických</w:t>
      </w:r>
      <w:proofErr w:type="spellEnd"/>
      <w:r w:rsidRPr="00415899">
        <w:rPr>
          <w:rFonts w:cs="Arial"/>
          <w:sz w:val="20"/>
          <w:szCs w:val="20"/>
        </w:rPr>
        <w:t xml:space="preserve"> a </w:t>
      </w:r>
      <w:proofErr w:type="spellStart"/>
      <w:r w:rsidRPr="00415899">
        <w:rPr>
          <w:rFonts w:cs="Arial"/>
          <w:sz w:val="20"/>
          <w:szCs w:val="20"/>
        </w:rPr>
        <w:t>grafických</w:t>
      </w:r>
      <w:proofErr w:type="spellEnd"/>
      <w:r w:rsidRPr="00415899">
        <w:rPr>
          <w:rFonts w:cs="Arial"/>
          <w:sz w:val="20"/>
          <w:szCs w:val="20"/>
        </w:rPr>
        <w:t xml:space="preserve"> </w:t>
      </w:r>
      <w:proofErr w:type="spellStart"/>
      <w:r w:rsidRPr="00415899">
        <w:rPr>
          <w:rFonts w:cs="Arial"/>
          <w:sz w:val="20"/>
          <w:szCs w:val="20"/>
        </w:rPr>
        <w:t>úpravách</w:t>
      </w:r>
      <w:proofErr w:type="spellEnd"/>
      <w:r w:rsidRPr="00415899">
        <w:rPr>
          <w:rFonts w:cs="Arial"/>
          <w:sz w:val="20"/>
          <w:szCs w:val="20"/>
        </w:rPr>
        <w:t xml:space="preserve"> </w:t>
      </w:r>
      <w:proofErr w:type="spellStart"/>
      <w:r w:rsidRPr="00415899">
        <w:rPr>
          <w:rFonts w:cs="Arial"/>
          <w:sz w:val="20"/>
          <w:szCs w:val="20"/>
        </w:rPr>
        <w:t>použit</w:t>
      </w:r>
      <w:proofErr w:type="spellEnd"/>
      <w:r w:rsidRPr="00415899">
        <w:rPr>
          <w:rFonts w:cs="Arial"/>
          <w:sz w:val="20"/>
          <w:szCs w:val="20"/>
        </w:rPr>
        <w:t xml:space="preserve"> pro </w:t>
      </w:r>
      <w:proofErr w:type="spellStart"/>
      <w:r w:rsidRPr="00415899">
        <w:rPr>
          <w:rFonts w:cs="Arial"/>
          <w:sz w:val="20"/>
          <w:szCs w:val="20"/>
        </w:rPr>
        <w:t>limitovanou</w:t>
      </w:r>
      <w:proofErr w:type="spellEnd"/>
      <w:r w:rsidRPr="00415899">
        <w:rPr>
          <w:rFonts w:cs="Arial"/>
          <w:sz w:val="20"/>
          <w:szCs w:val="20"/>
        </w:rPr>
        <w:t xml:space="preserve"> </w:t>
      </w:r>
      <w:proofErr w:type="spellStart"/>
      <w:r w:rsidRPr="00415899">
        <w:rPr>
          <w:rFonts w:cs="Arial"/>
          <w:sz w:val="20"/>
          <w:szCs w:val="20"/>
        </w:rPr>
        <w:t>edici</w:t>
      </w:r>
      <w:proofErr w:type="spellEnd"/>
      <w:r w:rsidRPr="00415899">
        <w:rPr>
          <w:rFonts w:cs="Arial"/>
          <w:sz w:val="20"/>
          <w:szCs w:val="20"/>
        </w:rPr>
        <w:t xml:space="preserve"> </w:t>
      </w:r>
      <w:proofErr w:type="spellStart"/>
      <w:r w:rsidRPr="00415899">
        <w:rPr>
          <w:rFonts w:cs="Arial"/>
          <w:sz w:val="20"/>
          <w:szCs w:val="20"/>
        </w:rPr>
        <w:t>vycházející</w:t>
      </w:r>
      <w:proofErr w:type="spellEnd"/>
      <w:r w:rsidRPr="00415899">
        <w:rPr>
          <w:rFonts w:cs="Arial"/>
          <w:sz w:val="20"/>
          <w:szCs w:val="20"/>
        </w:rPr>
        <w:t xml:space="preserve"> ze </w:t>
      </w:r>
      <w:proofErr w:type="spellStart"/>
      <w:r w:rsidRPr="00415899">
        <w:rPr>
          <w:rFonts w:cs="Arial"/>
          <w:sz w:val="20"/>
          <w:szCs w:val="20"/>
        </w:rPr>
        <w:t>Soutěže</w:t>
      </w:r>
      <w:proofErr w:type="spellEnd"/>
      <w:r w:rsidRPr="00415899">
        <w:rPr>
          <w:rFonts w:cs="Arial"/>
          <w:sz w:val="20"/>
          <w:szCs w:val="20"/>
        </w:rPr>
        <w:t xml:space="preserve">. O </w:t>
      </w:r>
      <w:proofErr w:type="spellStart"/>
      <w:r w:rsidRPr="00415899">
        <w:rPr>
          <w:rFonts w:cs="Arial"/>
          <w:sz w:val="20"/>
          <w:szCs w:val="20"/>
        </w:rPr>
        <w:t>konečném</w:t>
      </w:r>
      <w:proofErr w:type="spellEnd"/>
      <w:r w:rsidRPr="00415899">
        <w:rPr>
          <w:rFonts w:cs="Arial"/>
          <w:sz w:val="20"/>
          <w:szCs w:val="20"/>
        </w:rPr>
        <w:t xml:space="preserve"> </w:t>
      </w:r>
      <w:proofErr w:type="spellStart"/>
      <w:r w:rsidRPr="00415899">
        <w:rPr>
          <w:rFonts w:cs="Arial"/>
          <w:sz w:val="20"/>
          <w:szCs w:val="20"/>
        </w:rPr>
        <w:t>zařazení</w:t>
      </w:r>
      <w:proofErr w:type="spellEnd"/>
      <w:r w:rsidRPr="00415899">
        <w:rPr>
          <w:rFonts w:cs="Arial"/>
          <w:sz w:val="20"/>
          <w:szCs w:val="20"/>
        </w:rPr>
        <w:t xml:space="preserve">, </w:t>
      </w:r>
      <w:proofErr w:type="spellStart"/>
      <w:r w:rsidRPr="00415899">
        <w:rPr>
          <w:rFonts w:cs="Arial"/>
          <w:sz w:val="20"/>
          <w:szCs w:val="20"/>
        </w:rPr>
        <w:t>podobě</w:t>
      </w:r>
      <w:proofErr w:type="spellEnd"/>
      <w:r w:rsidRPr="00415899">
        <w:rPr>
          <w:rFonts w:cs="Arial"/>
          <w:sz w:val="20"/>
          <w:szCs w:val="20"/>
        </w:rPr>
        <w:t xml:space="preserve"> </w:t>
      </w:r>
      <w:proofErr w:type="spellStart"/>
      <w:r w:rsidRPr="00415899">
        <w:rPr>
          <w:rFonts w:cs="Arial"/>
          <w:sz w:val="20"/>
          <w:szCs w:val="20"/>
        </w:rPr>
        <w:t>produktu</w:t>
      </w:r>
      <w:proofErr w:type="spellEnd"/>
      <w:r w:rsidRPr="00415899">
        <w:rPr>
          <w:rFonts w:cs="Arial"/>
          <w:sz w:val="20"/>
          <w:szCs w:val="20"/>
        </w:rPr>
        <w:t xml:space="preserve">, </w:t>
      </w:r>
      <w:proofErr w:type="spellStart"/>
      <w:r w:rsidRPr="00415899">
        <w:rPr>
          <w:rFonts w:cs="Arial"/>
          <w:sz w:val="20"/>
          <w:szCs w:val="20"/>
        </w:rPr>
        <w:t>výrobním</w:t>
      </w:r>
      <w:proofErr w:type="spellEnd"/>
      <w:r w:rsidRPr="00415899">
        <w:rPr>
          <w:rFonts w:cs="Arial"/>
          <w:sz w:val="20"/>
          <w:szCs w:val="20"/>
        </w:rPr>
        <w:t xml:space="preserve"> </w:t>
      </w:r>
      <w:proofErr w:type="spellStart"/>
      <w:r w:rsidRPr="00415899">
        <w:rPr>
          <w:rFonts w:cs="Arial"/>
          <w:sz w:val="20"/>
          <w:szCs w:val="20"/>
        </w:rPr>
        <w:t>množství</w:t>
      </w:r>
      <w:proofErr w:type="spellEnd"/>
      <w:r w:rsidRPr="00415899">
        <w:rPr>
          <w:rFonts w:cs="Arial"/>
          <w:sz w:val="20"/>
          <w:szCs w:val="20"/>
        </w:rPr>
        <w:t xml:space="preserve">, </w:t>
      </w:r>
      <w:proofErr w:type="spellStart"/>
      <w:r w:rsidRPr="00415899">
        <w:rPr>
          <w:rFonts w:cs="Arial"/>
          <w:sz w:val="20"/>
          <w:szCs w:val="20"/>
        </w:rPr>
        <w:t>trzích</w:t>
      </w:r>
      <w:proofErr w:type="spellEnd"/>
      <w:r w:rsidRPr="00415899">
        <w:rPr>
          <w:rFonts w:cs="Arial"/>
          <w:sz w:val="20"/>
          <w:szCs w:val="20"/>
        </w:rPr>
        <w:t xml:space="preserve">, </w:t>
      </w:r>
      <w:proofErr w:type="spellStart"/>
      <w:r w:rsidRPr="00415899">
        <w:rPr>
          <w:rFonts w:cs="Arial"/>
          <w:sz w:val="20"/>
          <w:szCs w:val="20"/>
        </w:rPr>
        <w:t>ceně</w:t>
      </w:r>
      <w:proofErr w:type="spellEnd"/>
      <w:r w:rsidRPr="00415899">
        <w:rPr>
          <w:rFonts w:cs="Arial"/>
          <w:sz w:val="20"/>
          <w:szCs w:val="20"/>
        </w:rPr>
        <w:t xml:space="preserve"> a </w:t>
      </w:r>
      <w:proofErr w:type="spellStart"/>
      <w:r w:rsidRPr="00415899">
        <w:rPr>
          <w:rFonts w:cs="Arial"/>
          <w:sz w:val="20"/>
          <w:szCs w:val="20"/>
        </w:rPr>
        <w:t>termínu</w:t>
      </w:r>
      <w:proofErr w:type="spellEnd"/>
      <w:r w:rsidRPr="00415899">
        <w:rPr>
          <w:rFonts w:cs="Arial"/>
          <w:sz w:val="20"/>
          <w:szCs w:val="20"/>
        </w:rPr>
        <w:t xml:space="preserve"> </w:t>
      </w:r>
      <w:proofErr w:type="spellStart"/>
      <w:r w:rsidRPr="00415899">
        <w:rPr>
          <w:rFonts w:cs="Arial"/>
          <w:sz w:val="20"/>
          <w:szCs w:val="20"/>
        </w:rPr>
        <w:t>rozhodují</w:t>
      </w:r>
      <w:proofErr w:type="spellEnd"/>
      <w:r w:rsidRPr="00415899">
        <w:rPr>
          <w:rFonts w:cs="Arial"/>
          <w:sz w:val="20"/>
          <w:szCs w:val="20"/>
        </w:rPr>
        <w:t xml:space="preserve"> </w:t>
      </w:r>
      <w:proofErr w:type="spellStart"/>
      <w:r w:rsidRPr="00415899">
        <w:rPr>
          <w:rFonts w:cs="Arial"/>
          <w:sz w:val="20"/>
          <w:szCs w:val="20"/>
        </w:rPr>
        <w:t>oprávněné</w:t>
      </w:r>
      <w:proofErr w:type="spellEnd"/>
      <w:r w:rsidRPr="00415899">
        <w:rPr>
          <w:rFonts w:cs="Arial"/>
          <w:sz w:val="20"/>
          <w:szCs w:val="20"/>
        </w:rPr>
        <w:t xml:space="preserve"> </w:t>
      </w:r>
      <w:proofErr w:type="spellStart"/>
      <w:r w:rsidRPr="00415899">
        <w:rPr>
          <w:rFonts w:cs="Arial"/>
          <w:sz w:val="20"/>
          <w:szCs w:val="20"/>
        </w:rPr>
        <w:t>osoby</w:t>
      </w:r>
      <w:proofErr w:type="spellEnd"/>
      <w:r w:rsidRPr="00415899">
        <w:rPr>
          <w:rFonts w:cs="Arial"/>
          <w:sz w:val="20"/>
          <w:szCs w:val="20"/>
        </w:rPr>
        <w:t xml:space="preserve"> </w:t>
      </w:r>
      <w:proofErr w:type="spellStart"/>
      <w:r w:rsidRPr="00415899">
        <w:rPr>
          <w:rFonts w:cs="Arial"/>
          <w:sz w:val="20"/>
          <w:szCs w:val="20"/>
        </w:rPr>
        <w:t>značky</w:t>
      </w:r>
      <w:proofErr w:type="spellEnd"/>
      <w:r w:rsidRPr="00415899">
        <w:rPr>
          <w:rFonts w:cs="Arial"/>
          <w:sz w:val="20"/>
          <w:szCs w:val="20"/>
        </w:rPr>
        <w:t xml:space="preserve"> icebreaker.</w:t>
      </w:r>
    </w:p>
    <w:p w14:paraId="7EBBB393" w14:textId="77777777" w:rsidR="003F3D56" w:rsidRPr="00415899" w:rsidRDefault="00DA020F">
      <w:pPr>
        <w:pStyle w:val="Nadpis1"/>
        <w:rPr>
          <w:rFonts w:ascii="Arial" w:hAnsi="Arial" w:cs="Arial"/>
          <w:sz w:val="20"/>
          <w:szCs w:val="20"/>
        </w:rPr>
      </w:pPr>
      <w:r w:rsidRPr="00415899">
        <w:rPr>
          <w:rFonts w:ascii="Arial" w:hAnsi="Arial" w:cs="Arial"/>
          <w:sz w:val="20"/>
          <w:szCs w:val="20"/>
        </w:rPr>
        <w:t xml:space="preserve">11. </w:t>
      </w:r>
      <w:proofErr w:type="spellStart"/>
      <w:r w:rsidRPr="00415899">
        <w:rPr>
          <w:rFonts w:ascii="Arial" w:hAnsi="Arial" w:cs="Arial"/>
          <w:sz w:val="20"/>
          <w:szCs w:val="20"/>
        </w:rPr>
        <w:t>Autorská</w:t>
      </w:r>
      <w:proofErr w:type="spellEnd"/>
      <w:r w:rsidRPr="00415899">
        <w:rPr>
          <w:rFonts w:ascii="Arial" w:hAnsi="Arial" w:cs="Arial"/>
          <w:sz w:val="20"/>
          <w:szCs w:val="20"/>
        </w:rPr>
        <w:t xml:space="preserve"> </w:t>
      </w:r>
      <w:proofErr w:type="spellStart"/>
      <w:r w:rsidRPr="00415899">
        <w:rPr>
          <w:rFonts w:ascii="Arial" w:hAnsi="Arial" w:cs="Arial"/>
          <w:sz w:val="20"/>
          <w:szCs w:val="20"/>
        </w:rPr>
        <w:t>práva</w:t>
      </w:r>
      <w:proofErr w:type="spellEnd"/>
      <w:r w:rsidRPr="00415899">
        <w:rPr>
          <w:rFonts w:ascii="Arial" w:hAnsi="Arial" w:cs="Arial"/>
          <w:sz w:val="20"/>
          <w:szCs w:val="20"/>
        </w:rPr>
        <w:t xml:space="preserve"> a </w:t>
      </w:r>
      <w:proofErr w:type="spellStart"/>
      <w:r w:rsidRPr="00415899">
        <w:rPr>
          <w:rFonts w:ascii="Arial" w:hAnsi="Arial" w:cs="Arial"/>
          <w:sz w:val="20"/>
          <w:szCs w:val="20"/>
        </w:rPr>
        <w:t>licence</w:t>
      </w:r>
      <w:proofErr w:type="spellEnd"/>
    </w:p>
    <w:p w14:paraId="63FBB8D0" w14:textId="77777777" w:rsidR="00EB0E1F" w:rsidRPr="00EB0E1F" w:rsidRDefault="00EB0E1F" w:rsidP="00EB0E1F">
      <w:pPr>
        <w:rPr>
          <w:rFonts w:cs="Arial"/>
          <w:sz w:val="20"/>
          <w:szCs w:val="20"/>
          <w:lang w:val="cs-CZ"/>
        </w:rPr>
      </w:pPr>
      <w:r w:rsidRPr="00EB0E1F">
        <w:rPr>
          <w:rFonts w:cs="Arial"/>
          <w:sz w:val="20"/>
          <w:szCs w:val="20"/>
          <w:lang w:val="cs-CZ"/>
        </w:rPr>
        <w:t>Soutěžící je povinen v přihlášce pravdivě rozlišit a stručně popsat vlastní autorské části návrhu, části vytvořené s využitím umělé inteligence a případné podklady třetích osob. Pokud návrh neobsahuje AI výstupy ani podklady třetích osob, uvede tuto skutečnost v přihlášce.</w:t>
      </w:r>
    </w:p>
    <w:p w14:paraId="4AEDF71A" w14:textId="77777777" w:rsidR="00EB0E1F" w:rsidRPr="00EB0E1F" w:rsidRDefault="00EB0E1F" w:rsidP="00EB0E1F">
      <w:pPr>
        <w:rPr>
          <w:rFonts w:cs="Arial"/>
          <w:sz w:val="20"/>
          <w:szCs w:val="20"/>
          <w:lang w:val="cs-CZ"/>
        </w:rPr>
      </w:pPr>
      <w:r w:rsidRPr="00EB0E1F">
        <w:rPr>
          <w:rFonts w:cs="Arial"/>
          <w:sz w:val="20"/>
          <w:szCs w:val="20"/>
          <w:lang w:val="cs-CZ"/>
        </w:rPr>
        <w:t>U vlastních autorských částí soutěžící prohlašuje, že je jejich autorem a je oprávněn poskytnout Pořadateli licenci v rozsahu těchto pravidel. U spoluautorského návrhu uvede všechny spoluautory a zajistí jejich souhlas s přihlášením návrhu a poskytnutím práv podle těchto pravidel.</w:t>
      </w:r>
    </w:p>
    <w:p w14:paraId="262D7DBC" w14:textId="77777777" w:rsidR="00EB0E1F" w:rsidRPr="00EB0E1F" w:rsidRDefault="00EB0E1F" w:rsidP="00EB0E1F">
      <w:pPr>
        <w:rPr>
          <w:rFonts w:cs="Arial"/>
          <w:sz w:val="20"/>
          <w:szCs w:val="20"/>
          <w:lang w:val="cs-CZ"/>
        </w:rPr>
      </w:pPr>
      <w:r w:rsidRPr="00EB0E1F">
        <w:rPr>
          <w:rFonts w:cs="Arial"/>
          <w:sz w:val="20"/>
          <w:szCs w:val="20"/>
          <w:lang w:val="cs-CZ"/>
        </w:rPr>
        <w:t>U částí vytvořených s využitím umělé inteligence soutěžící uvede použitý nástroj, označí dotčené části návrhu a stručně popíše vlastní tvůrčí přínos nebo následné úpravy. Soutěžící je povinen ověřit, že podmínky použitého nástroje vztahující se na jeho účet a daný výstup umožňují užití návrhu v rozsahu těchto pravidel, zejména jeho úpravy, výrobu a prodej výrobků s návrhem a užití Pořadatelem a dalšími osobami podle tohoto článku. Stejně tak musí být oprávněn použít podklady, které do AI nástroje vložil. Samotné označení návrhu jako vytvořeného pomocí AI nenahrazuje potřebná oprávnění a nezbavuje soutěžícího povinnosti respektovat práva třetích osob.</w:t>
      </w:r>
    </w:p>
    <w:p w14:paraId="3A3D4E3E" w14:textId="77777777" w:rsidR="00EB0E1F" w:rsidRPr="00EB0E1F" w:rsidRDefault="00EB0E1F" w:rsidP="00EB0E1F">
      <w:pPr>
        <w:rPr>
          <w:rFonts w:cs="Arial"/>
          <w:sz w:val="20"/>
          <w:szCs w:val="20"/>
          <w:lang w:val="cs-CZ"/>
        </w:rPr>
      </w:pPr>
      <w:r w:rsidRPr="00EB0E1F">
        <w:rPr>
          <w:rFonts w:cs="Arial"/>
          <w:sz w:val="20"/>
          <w:szCs w:val="20"/>
          <w:lang w:val="cs-CZ"/>
        </w:rPr>
        <w:t>U podkladů třetích osob, zejména fotografií, ilustrací, grafických prvků, textů nebo písem, soutěžící uvede jejich identifikaci, zdroj, autora či jiného nositele práv, je-li znám, a právní důvod jejich použití, například konkrétní licenci, individuální souhlas nebo skutečnost, že jde o volné dílo. Soutěžící smí použít pouze takové podklady, u nichž je zajištěno oprávnění k jejich začlenění do návrhu a k následnému užití Pořadatelem a dalšími osobami v rozsahu těchto pravidel, včetně potřebných úprav, výroby, potisku, prodeje a propagace výrobků. Veškeré podmínky a omezení jejich použití, včetně požadavků na uvedení autora, musí uvést již v přihlášce. Podklady, jejichž podmínky jsou s takovým využitím neslučitelné, nesmí být do návrhu zahrnuty.</w:t>
      </w:r>
    </w:p>
    <w:p w14:paraId="5CEF7C29" w14:textId="77777777" w:rsidR="00EB0E1F" w:rsidRPr="00EB0E1F" w:rsidRDefault="00EB0E1F" w:rsidP="00EB0E1F">
      <w:pPr>
        <w:rPr>
          <w:rFonts w:cs="Arial"/>
          <w:sz w:val="20"/>
          <w:szCs w:val="20"/>
          <w:lang w:val="cs-CZ"/>
        </w:rPr>
      </w:pPr>
      <w:r w:rsidRPr="00EB0E1F">
        <w:rPr>
          <w:rFonts w:cs="Arial"/>
          <w:sz w:val="20"/>
          <w:szCs w:val="20"/>
          <w:lang w:val="cs-CZ"/>
        </w:rPr>
        <w:t xml:space="preserve">V rozsahu, v němž návrh nebo jeho části nejsou chráněny autorským právem, soutěžící uděluje Pořadateli svolení k jejich užití v rozsahu tohoto článku a poskytuje mu veškerá oprávnění, která je sám </w:t>
      </w:r>
      <w:r w:rsidRPr="00EB0E1F">
        <w:rPr>
          <w:rFonts w:cs="Arial"/>
          <w:sz w:val="20"/>
          <w:szCs w:val="20"/>
          <w:lang w:val="cs-CZ"/>
        </w:rPr>
        <w:lastRenderedPageBreak/>
        <w:t>oprávněn poskytnout. Tím se nezakládají autorská práva k nechráněným částem návrhu ani se neomezují práva třetích osob.</w:t>
      </w:r>
    </w:p>
    <w:p w14:paraId="6A7B105A" w14:textId="77777777" w:rsidR="00EB0E1F" w:rsidRPr="00EB0E1F" w:rsidRDefault="00EB0E1F" w:rsidP="00EB0E1F">
      <w:pPr>
        <w:rPr>
          <w:rFonts w:cs="Arial"/>
          <w:sz w:val="20"/>
          <w:szCs w:val="20"/>
          <w:lang w:val="cs-CZ"/>
        </w:rPr>
      </w:pPr>
      <w:r w:rsidRPr="00EB0E1F">
        <w:rPr>
          <w:rFonts w:cs="Arial"/>
          <w:sz w:val="20"/>
          <w:szCs w:val="20"/>
          <w:lang w:val="cs-CZ"/>
        </w:rPr>
        <w:t>Pořadatel může vyžádat doložení uvedených oprávnění, zejména licenčních podmínek, souhlasů nositelů práv, souhlasů spoluautorů a podkladů k použití AI. Soutěžící je doloží do 5 pracovních dnů od odeslání výzvy. Pokud je nedoloží nebo z nich nevyplyne oprávnění k požadovanému užití, může Pořadatel návrh vyřadit nebo cenu neudělit.</w:t>
      </w:r>
    </w:p>
    <w:p w14:paraId="0E2F3646" w14:textId="77777777" w:rsidR="00EB0E1F" w:rsidRPr="00EB0E1F" w:rsidRDefault="00EB0E1F" w:rsidP="00EB0E1F">
      <w:pPr>
        <w:rPr>
          <w:rFonts w:cs="Arial"/>
          <w:sz w:val="20"/>
          <w:szCs w:val="20"/>
          <w:lang w:val="cs-CZ"/>
        </w:rPr>
      </w:pPr>
      <w:r w:rsidRPr="00EB0E1F">
        <w:rPr>
          <w:rFonts w:cs="Arial"/>
          <w:sz w:val="20"/>
          <w:szCs w:val="20"/>
          <w:lang w:val="cs-CZ"/>
        </w:rPr>
        <w:t>Návrh ani jeho užití v rozsahu těchto pravidel nesmí porušovat práva třetích osob. Soutěžící odpovídá za pravdivost a úplnost údajů a prohlášení, které poskytl, a zavazuje se poskytnout Pořadateli nezbytnou součinnost při řešení oprávněných nároků třetích osob.</w:t>
      </w:r>
    </w:p>
    <w:p w14:paraId="376BED04" w14:textId="77777777" w:rsidR="003F3D56" w:rsidRPr="00415899" w:rsidRDefault="00DA020F">
      <w:pPr>
        <w:rPr>
          <w:rFonts w:cs="Arial"/>
          <w:sz w:val="20"/>
          <w:szCs w:val="20"/>
        </w:rPr>
      </w:pPr>
      <w:proofErr w:type="spellStart"/>
      <w:r w:rsidRPr="00415899">
        <w:rPr>
          <w:rFonts w:cs="Arial"/>
          <w:sz w:val="20"/>
          <w:szCs w:val="20"/>
        </w:rPr>
        <w:t>Odesláním</w:t>
      </w:r>
      <w:proofErr w:type="spellEnd"/>
      <w:r w:rsidRPr="00415899">
        <w:rPr>
          <w:rFonts w:cs="Arial"/>
          <w:sz w:val="20"/>
          <w:szCs w:val="20"/>
        </w:rPr>
        <w:t xml:space="preserve"> </w:t>
      </w:r>
      <w:proofErr w:type="spellStart"/>
      <w:r w:rsidRPr="00415899">
        <w:rPr>
          <w:rFonts w:cs="Arial"/>
          <w:sz w:val="20"/>
          <w:szCs w:val="20"/>
        </w:rPr>
        <w:t>návrhu</w:t>
      </w:r>
      <w:proofErr w:type="spellEnd"/>
      <w:r w:rsidRPr="00415899">
        <w:rPr>
          <w:rFonts w:cs="Arial"/>
          <w:sz w:val="20"/>
          <w:szCs w:val="20"/>
        </w:rPr>
        <w:t xml:space="preserve"> </w:t>
      </w:r>
      <w:proofErr w:type="spellStart"/>
      <w:r w:rsidRPr="00415899">
        <w:rPr>
          <w:rFonts w:cs="Arial"/>
          <w:sz w:val="20"/>
          <w:szCs w:val="20"/>
        </w:rPr>
        <w:t>poskytuje</w:t>
      </w:r>
      <w:proofErr w:type="spellEnd"/>
      <w:r w:rsidRPr="00415899">
        <w:rPr>
          <w:rFonts w:cs="Arial"/>
          <w:sz w:val="20"/>
          <w:szCs w:val="20"/>
        </w:rPr>
        <w:t xml:space="preserve"> </w:t>
      </w:r>
      <w:proofErr w:type="spellStart"/>
      <w:r w:rsidRPr="00415899">
        <w:rPr>
          <w:rFonts w:cs="Arial"/>
          <w:sz w:val="20"/>
          <w:szCs w:val="20"/>
        </w:rPr>
        <w:t>soutěžící</w:t>
      </w:r>
      <w:proofErr w:type="spellEnd"/>
      <w:r w:rsidRPr="00415899">
        <w:rPr>
          <w:rFonts w:cs="Arial"/>
          <w:sz w:val="20"/>
          <w:szCs w:val="20"/>
        </w:rPr>
        <w:t xml:space="preserve"> </w:t>
      </w:r>
      <w:proofErr w:type="spellStart"/>
      <w:r w:rsidRPr="00415899">
        <w:rPr>
          <w:rFonts w:cs="Arial"/>
          <w:sz w:val="20"/>
          <w:szCs w:val="20"/>
        </w:rPr>
        <w:t>Pořadateli</w:t>
      </w:r>
      <w:proofErr w:type="spellEnd"/>
      <w:r w:rsidRPr="00415899">
        <w:rPr>
          <w:rFonts w:cs="Arial"/>
          <w:sz w:val="20"/>
          <w:szCs w:val="20"/>
        </w:rPr>
        <w:t xml:space="preserve"> </w:t>
      </w:r>
      <w:proofErr w:type="spellStart"/>
      <w:r w:rsidRPr="00415899">
        <w:rPr>
          <w:rFonts w:cs="Arial"/>
          <w:sz w:val="20"/>
          <w:szCs w:val="20"/>
        </w:rPr>
        <w:t>bezúplatnou</w:t>
      </w:r>
      <w:proofErr w:type="spellEnd"/>
      <w:r w:rsidRPr="00415899">
        <w:rPr>
          <w:rFonts w:cs="Arial"/>
          <w:sz w:val="20"/>
          <w:szCs w:val="20"/>
        </w:rPr>
        <w:t xml:space="preserve">, </w:t>
      </w:r>
      <w:proofErr w:type="spellStart"/>
      <w:r w:rsidRPr="00415899">
        <w:rPr>
          <w:rFonts w:cs="Arial"/>
          <w:sz w:val="20"/>
          <w:szCs w:val="20"/>
        </w:rPr>
        <w:t>územně</w:t>
      </w:r>
      <w:proofErr w:type="spellEnd"/>
      <w:r w:rsidRPr="00415899">
        <w:rPr>
          <w:rFonts w:cs="Arial"/>
          <w:sz w:val="20"/>
          <w:szCs w:val="20"/>
        </w:rPr>
        <w:t xml:space="preserve"> </w:t>
      </w:r>
      <w:proofErr w:type="spellStart"/>
      <w:r w:rsidRPr="00415899">
        <w:rPr>
          <w:rFonts w:cs="Arial"/>
          <w:sz w:val="20"/>
          <w:szCs w:val="20"/>
        </w:rPr>
        <w:t>neomezenou</w:t>
      </w:r>
      <w:proofErr w:type="spellEnd"/>
      <w:r w:rsidRPr="00415899">
        <w:rPr>
          <w:rFonts w:cs="Arial"/>
          <w:sz w:val="20"/>
          <w:szCs w:val="20"/>
        </w:rPr>
        <w:t xml:space="preserve"> a po </w:t>
      </w:r>
      <w:proofErr w:type="spellStart"/>
      <w:r w:rsidRPr="00415899">
        <w:rPr>
          <w:rFonts w:cs="Arial"/>
          <w:sz w:val="20"/>
          <w:szCs w:val="20"/>
        </w:rPr>
        <w:t>dobu</w:t>
      </w:r>
      <w:proofErr w:type="spellEnd"/>
      <w:r w:rsidRPr="00415899">
        <w:rPr>
          <w:rFonts w:cs="Arial"/>
          <w:sz w:val="20"/>
          <w:szCs w:val="20"/>
        </w:rPr>
        <w:t xml:space="preserve"> </w:t>
      </w:r>
      <w:proofErr w:type="spellStart"/>
      <w:r w:rsidRPr="00415899">
        <w:rPr>
          <w:rFonts w:cs="Arial"/>
          <w:sz w:val="20"/>
          <w:szCs w:val="20"/>
        </w:rPr>
        <w:t>trvání</w:t>
      </w:r>
      <w:proofErr w:type="spellEnd"/>
      <w:r w:rsidRPr="00415899">
        <w:rPr>
          <w:rFonts w:cs="Arial"/>
          <w:sz w:val="20"/>
          <w:szCs w:val="20"/>
        </w:rPr>
        <w:t xml:space="preserve"> </w:t>
      </w:r>
      <w:proofErr w:type="spellStart"/>
      <w:r w:rsidRPr="00415899">
        <w:rPr>
          <w:rFonts w:cs="Arial"/>
          <w:sz w:val="20"/>
          <w:szCs w:val="20"/>
        </w:rPr>
        <w:t>majetkových</w:t>
      </w:r>
      <w:proofErr w:type="spellEnd"/>
      <w:r w:rsidRPr="00415899">
        <w:rPr>
          <w:rFonts w:cs="Arial"/>
          <w:sz w:val="20"/>
          <w:szCs w:val="20"/>
        </w:rPr>
        <w:t xml:space="preserve"> </w:t>
      </w:r>
      <w:proofErr w:type="spellStart"/>
      <w:r w:rsidRPr="00415899">
        <w:rPr>
          <w:rFonts w:cs="Arial"/>
          <w:sz w:val="20"/>
          <w:szCs w:val="20"/>
        </w:rPr>
        <w:t>autorských</w:t>
      </w:r>
      <w:proofErr w:type="spellEnd"/>
      <w:r w:rsidRPr="00415899">
        <w:rPr>
          <w:rFonts w:cs="Arial"/>
          <w:sz w:val="20"/>
          <w:szCs w:val="20"/>
        </w:rPr>
        <w:t xml:space="preserve"> </w:t>
      </w:r>
      <w:proofErr w:type="spellStart"/>
      <w:r w:rsidRPr="00415899">
        <w:rPr>
          <w:rFonts w:cs="Arial"/>
          <w:sz w:val="20"/>
          <w:szCs w:val="20"/>
        </w:rPr>
        <w:t>práv</w:t>
      </w:r>
      <w:proofErr w:type="spellEnd"/>
      <w:r w:rsidRPr="00415899">
        <w:rPr>
          <w:rFonts w:cs="Arial"/>
          <w:sz w:val="20"/>
          <w:szCs w:val="20"/>
        </w:rPr>
        <w:t xml:space="preserve"> </w:t>
      </w:r>
      <w:proofErr w:type="spellStart"/>
      <w:r w:rsidRPr="00415899">
        <w:rPr>
          <w:rFonts w:cs="Arial"/>
          <w:sz w:val="20"/>
          <w:szCs w:val="20"/>
        </w:rPr>
        <w:t>nevýhradní</w:t>
      </w:r>
      <w:proofErr w:type="spellEnd"/>
      <w:r w:rsidRPr="00415899">
        <w:rPr>
          <w:rFonts w:cs="Arial"/>
          <w:sz w:val="20"/>
          <w:szCs w:val="20"/>
        </w:rPr>
        <w:t xml:space="preserve"> </w:t>
      </w:r>
      <w:proofErr w:type="spellStart"/>
      <w:r w:rsidRPr="00415899">
        <w:rPr>
          <w:rFonts w:cs="Arial"/>
          <w:sz w:val="20"/>
          <w:szCs w:val="20"/>
        </w:rPr>
        <w:t>licenci</w:t>
      </w:r>
      <w:proofErr w:type="spellEnd"/>
      <w:r w:rsidRPr="00415899">
        <w:rPr>
          <w:rFonts w:cs="Arial"/>
          <w:sz w:val="20"/>
          <w:szCs w:val="20"/>
        </w:rPr>
        <w:t xml:space="preserve"> k </w:t>
      </w:r>
      <w:proofErr w:type="spellStart"/>
      <w:r w:rsidRPr="00415899">
        <w:rPr>
          <w:rFonts w:cs="Arial"/>
          <w:sz w:val="20"/>
          <w:szCs w:val="20"/>
        </w:rPr>
        <w:t>užití</w:t>
      </w:r>
      <w:proofErr w:type="spellEnd"/>
      <w:r w:rsidRPr="00415899">
        <w:rPr>
          <w:rFonts w:cs="Arial"/>
          <w:sz w:val="20"/>
          <w:szCs w:val="20"/>
        </w:rPr>
        <w:t xml:space="preserve"> </w:t>
      </w:r>
      <w:proofErr w:type="spellStart"/>
      <w:r w:rsidRPr="00415899">
        <w:rPr>
          <w:rFonts w:cs="Arial"/>
          <w:sz w:val="20"/>
          <w:szCs w:val="20"/>
        </w:rPr>
        <w:t>návrhu</w:t>
      </w:r>
      <w:proofErr w:type="spellEnd"/>
      <w:r w:rsidRPr="00415899">
        <w:rPr>
          <w:rFonts w:cs="Arial"/>
          <w:sz w:val="20"/>
          <w:szCs w:val="20"/>
        </w:rPr>
        <w:t xml:space="preserve">, v </w:t>
      </w:r>
      <w:proofErr w:type="spellStart"/>
      <w:r w:rsidRPr="00415899">
        <w:rPr>
          <w:rFonts w:cs="Arial"/>
          <w:sz w:val="20"/>
          <w:szCs w:val="20"/>
        </w:rPr>
        <w:t>původní</w:t>
      </w:r>
      <w:proofErr w:type="spellEnd"/>
      <w:r w:rsidRPr="00415899">
        <w:rPr>
          <w:rFonts w:cs="Arial"/>
          <w:sz w:val="20"/>
          <w:szCs w:val="20"/>
        </w:rPr>
        <w:t xml:space="preserve"> </w:t>
      </w:r>
      <w:proofErr w:type="spellStart"/>
      <w:r w:rsidRPr="00415899">
        <w:rPr>
          <w:rFonts w:cs="Arial"/>
          <w:sz w:val="20"/>
          <w:szCs w:val="20"/>
        </w:rPr>
        <w:t>i</w:t>
      </w:r>
      <w:proofErr w:type="spellEnd"/>
      <w:r w:rsidRPr="00415899">
        <w:rPr>
          <w:rFonts w:cs="Arial"/>
          <w:sz w:val="20"/>
          <w:szCs w:val="20"/>
        </w:rPr>
        <w:t xml:space="preserve"> </w:t>
      </w:r>
      <w:proofErr w:type="spellStart"/>
      <w:r w:rsidRPr="00415899">
        <w:rPr>
          <w:rFonts w:cs="Arial"/>
          <w:sz w:val="20"/>
          <w:szCs w:val="20"/>
        </w:rPr>
        <w:t>upravené</w:t>
      </w:r>
      <w:proofErr w:type="spellEnd"/>
      <w:r w:rsidRPr="00415899">
        <w:rPr>
          <w:rFonts w:cs="Arial"/>
          <w:sz w:val="20"/>
          <w:szCs w:val="20"/>
        </w:rPr>
        <w:t xml:space="preserve"> </w:t>
      </w:r>
      <w:proofErr w:type="spellStart"/>
      <w:r w:rsidRPr="00415899">
        <w:rPr>
          <w:rFonts w:cs="Arial"/>
          <w:sz w:val="20"/>
          <w:szCs w:val="20"/>
        </w:rPr>
        <w:t>podobě</w:t>
      </w:r>
      <w:proofErr w:type="spellEnd"/>
      <w:r w:rsidRPr="00415899">
        <w:rPr>
          <w:rFonts w:cs="Arial"/>
          <w:sz w:val="20"/>
          <w:szCs w:val="20"/>
        </w:rPr>
        <w:t xml:space="preserve">, </w:t>
      </w:r>
      <w:proofErr w:type="spellStart"/>
      <w:r w:rsidRPr="00415899">
        <w:rPr>
          <w:rFonts w:cs="Arial"/>
          <w:sz w:val="20"/>
          <w:szCs w:val="20"/>
        </w:rPr>
        <w:t>zejména</w:t>
      </w:r>
      <w:proofErr w:type="spellEnd"/>
      <w:r w:rsidRPr="00415899">
        <w:rPr>
          <w:rFonts w:cs="Arial"/>
          <w:sz w:val="20"/>
          <w:szCs w:val="20"/>
        </w:rPr>
        <w:t xml:space="preserve"> k </w:t>
      </w:r>
      <w:proofErr w:type="spellStart"/>
      <w:r w:rsidRPr="00415899">
        <w:rPr>
          <w:rFonts w:cs="Arial"/>
          <w:sz w:val="20"/>
          <w:szCs w:val="20"/>
        </w:rPr>
        <w:t>jeho</w:t>
      </w:r>
      <w:proofErr w:type="spellEnd"/>
      <w:r w:rsidRPr="00415899">
        <w:rPr>
          <w:rFonts w:cs="Arial"/>
          <w:sz w:val="20"/>
          <w:szCs w:val="20"/>
        </w:rPr>
        <w:t xml:space="preserve"> </w:t>
      </w:r>
      <w:proofErr w:type="spellStart"/>
      <w:r w:rsidRPr="00415899">
        <w:rPr>
          <w:rFonts w:cs="Arial"/>
          <w:sz w:val="20"/>
          <w:szCs w:val="20"/>
        </w:rPr>
        <w:t>rozmnožování</w:t>
      </w:r>
      <w:proofErr w:type="spellEnd"/>
      <w:r w:rsidRPr="00415899">
        <w:rPr>
          <w:rFonts w:cs="Arial"/>
          <w:sz w:val="20"/>
          <w:szCs w:val="20"/>
        </w:rPr>
        <w:t xml:space="preserve">, </w:t>
      </w:r>
      <w:proofErr w:type="spellStart"/>
      <w:r w:rsidRPr="00415899">
        <w:rPr>
          <w:rFonts w:cs="Arial"/>
          <w:sz w:val="20"/>
          <w:szCs w:val="20"/>
        </w:rPr>
        <w:t>výrobě</w:t>
      </w:r>
      <w:proofErr w:type="spellEnd"/>
      <w:r w:rsidRPr="00415899">
        <w:rPr>
          <w:rFonts w:cs="Arial"/>
          <w:sz w:val="20"/>
          <w:szCs w:val="20"/>
        </w:rPr>
        <w:t xml:space="preserve"> a </w:t>
      </w:r>
      <w:proofErr w:type="spellStart"/>
      <w:r w:rsidRPr="00415899">
        <w:rPr>
          <w:rFonts w:cs="Arial"/>
          <w:sz w:val="20"/>
          <w:szCs w:val="20"/>
        </w:rPr>
        <w:t>potisku</w:t>
      </w:r>
      <w:proofErr w:type="spellEnd"/>
      <w:r w:rsidRPr="00415899">
        <w:rPr>
          <w:rFonts w:cs="Arial"/>
          <w:sz w:val="20"/>
          <w:szCs w:val="20"/>
        </w:rPr>
        <w:t xml:space="preserve"> </w:t>
      </w:r>
      <w:proofErr w:type="spellStart"/>
      <w:r w:rsidRPr="00415899">
        <w:rPr>
          <w:rFonts w:cs="Arial"/>
          <w:sz w:val="20"/>
          <w:szCs w:val="20"/>
        </w:rPr>
        <w:t>výrobků</w:t>
      </w:r>
      <w:proofErr w:type="spellEnd"/>
      <w:r w:rsidRPr="00415899">
        <w:rPr>
          <w:rFonts w:cs="Arial"/>
          <w:sz w:val="20"/>
          <w:szCs w:val="20"/>
        </w:rPr>
        <w:t xml:space="preserve">, </w:t>
      </w:r>
      <w:proofErr w:type="spellStart"/>
      <w:r w:rsidRPr="00415899">
        <w:rPr>
          <w:rFonts w:cs="Arial"/>
          <w:sz w:val="20"/>
          <w:szCs w:val="20"/>
        </w:rPr>
        <w:t>rozšiřování</w:t>
      </w:r>
      <w:proofErr w:type="spellEnd"/>
      <w:r w:rsidRPr="00415899">
        <w:rPr>
          <w:rFonts w:cs="Arial"/>
          <w:sz w:val="20"/>
          <w:szCs w:val="20"/>
        </w:rPr>
        <w:t xml:space="preserve"> a </w:t>
      </w:r>
      <w:proofErr w:type="spellStart"/>
      <w:r w:rsidRPr="00415899">
        <w:rPr>
          <w:rFonts w:cs="Arial"/>
          <w:sz w:val="20"/>
          <w:szCs w:val="20"/>
        </w:rPr>
        <w:t>prodeji</w:t>
      </w:r>
      <w:proofErr w:type="spellEnd"/>
      <w:r w:rsidRPr="00415899">
        <w:rPr>
          <w:rFonts w:cs="Arial"/>
          <w:sz w:val="20"/>
          <w:szCs w:val="20"/>
        </w:rPr>
        <w:t xml:space="preserve"> </w:t>
      </w:r>
      <w:proofErr w:type="spellStart"/>
      <w:r w:rsidRPr="00415899">
        <w:rPr>
          <w:rFonts w:cs="Arial"/>
          <w:sz w:val="20"/>
          <w:szCs w:val="20"/>
        </w:rPr>
        <w:t>výrobků</w:t>
      </w:r>
      <w:proofErr w:type="spellEnd"/>
      <w:r w:rsidRPr="00415899">
        <w:rPr>
          <w:rFonts w:cs="Arial"/>
          <w:sz w:val="20"/>
          <w:szCs w:val="20"/>
        </w:rPr>
        <w:t xml:space="preserve">, </w:t>
      </w:r>
      <w:proofErr w:type="spellStart"/>
      <w:r w:rsidRPr="00415899">
        <w:rPr>
          <w:rFonts w:cs="Arial"/>
          <w:sz w:val="20"/>
          <w:szCs w:val="20"/>
        </w:rPr>
        <w:t>vystavování</w:t>
      </w:r>
      <w:proofErr w:type="spellEnd"/>
      <w:r w:rsidRPr="00415899">
        <w:rPr>
          <w:rFonts w:cs="Arial"/>
          <w:sz w:val="20"/>
          <w:szCs w:val="20"/>
        </w:rPr>
        <w:t xml:space="preserve">, </w:t>
      </w:r>
      <w:proofErr w:type="spellStart"/>
      <w:r w:rsidRPr="00415899">
        <w:rPr>
          <w:rFonts w:cs="Arial"/>
          <w:sz w:val="20"/>
          <w:szCs w:val="20"/>
        </w:rPr>
        <w:t>zařazení</w:t>
      </w:r>
      <w:proofErr w:type="spellEnd"/>
      <w:r w:rsidRPr="00415899">
        <w:rPr>
          <w:rFonts w:cs="Arial"/>
          <w:sz w:val="20"/>
          <w:szCs w:val="20"/>
        </w:rPr>
        <w:t xml:space="preserve"> do </w:t>
      </w:r>
      <w:proofErr w:type="spellStart"/>
      <w:r w:rsidRPr="00415899">
        <w:rPr>
          <w:rFonts w:cs="Arial"/>
          <w:sz w:val="20"/>
          <w:szCs w:val="20"/>
        </w:rPr>
        <w:t>souboru</w:t>
      </w:r>
      <w:proofErr w:type="spellEnd"/>
      <w:r w:rsidRPr="00415899">
        <w:rPr>
          <w:rFonts w:cs="Arial"/>
          <w:sz w:val="20"/>
          <w:szCs w:val="20"/>
        </w:rPr>
        <w:t xml:space="preserve">, </w:t>
      </w:r>
      <w:proofErr w:type="spellStart"/>
      <w:r w:rsidRPr="00415899">
        <w:rPr>
          <w:rFonts w:cs="Arial"/>
          <w:sz w:val="20"/>
          <w:szCs w:val="20"/>
        </w:rPr>
        <w:t>propagaci</w:t>
      </w:r>
      <w:proofErr w:type="spellEnd"/>
      <w:r w:rsidRPr="00415899">
        <w:rPr>
          <w:rFonts w:cs="Arial"/>
          <w:sz w:val="20"/>
          <w:szCs w:val="20"/>
        </w:rPr>
        <w:t xml:space="preserve"> </w:t>
      </w:r>
      <w:proofErr w:type="spellStart"/>
      <w:r w:rsidRPr="00415899">
        <w:rPr>
          <w:rFonts w:cs="Arial"/>
          <w:sz w:val="20"/>
          <w:szCs w:val="20"/>
        </w:rPr>
        <w:t>Soutěže</w:t>
      </w:r>
      <w:proofErr w:type="spellEnd"/>
      <w:r w:rsidRPr="00415899">
        <w:rPr>
          <w:rFonts w:cs="Arial"/>
          <w:sz w:val="20"/>
          <w:szCs w:val="20"/>
        </w:rPr>
        <w:t xml:space="preserve"> a </w:t>
      </w:r>
      <w:proofErr w:type="spellStart"/>
      <w:r w:rsidRPr="00415899">
        <w:rPr>
          <w:rFonts w:cs="Arial"/>
          <w:sz w:val="20"/>
          <w:szCs w:val="20"/>
        </w:rPr>
        <w:t>značky</w:t>
      </w:r>
      <w:proofErr w:type="spellEnd"/>
      <w:r w:rsidRPr="00415899">
        <w:rPr>
          <w:rFonts w:cs="Arial"/>
          <w:sz w:val="20"/>
          <w:szCs w:val="20"/>
        </w:rPr>
        <w:t xml:space="preserve">, </w:t>
      </w:r>
      <w:proofErr w:type="spellStart"/>
      <w:r w:rsidRPr="00415899">
        <w:rPr>
          <w:rFonts w:cs="Arial"/>
          <w:sz w:val="20"/>
          <w:szCs w:val="20"/>
        </w:rPr>
        <w:t>zveřejnění</w:t>
      </w:r>
      <w:proofErr w:type="spellEnd"/>
      <w:r w:rsidRPr="00415899">
        <w:rPr>
          <w:rFonts w:cs="Arial"/>
          <w:sz w:val="20"/>
          <w:szCs w:val="20"/>
        </w:rPr>
        <w:t xml:space="preserve"> </w:t>
      </w:r>
      <w:proofErr w:type="spellStart"/>
      <w:r w:rsidRPr="00415899">
        <w:rPr>
          <w:rFonts w:cs="Arial"/>
          <w:sz w:val="20"/>
          <w:szCs w:val="20"/>
        </w:rPr>
        <w:t>na</w:t>
      </w:r>
      <w:proofErr w:type="spellEnd"/>
      <w:r w:rsidRPr="00415899">
        <w:rPr>
          <w:rFonts w:cs="Arial"/>
          <w:sz w:val="20"/>
          <w:szCs w:val="20"/>
        </w:rPr>
        <w:t xml:space="preserve"> </w:t>
      </w:r>
      <w:proofErr w:type="spellStart"/>
      <w:r w:rsidRPr="00415899">
        <w:rPr>
          <w:rFonts w:cs="Arial"/>
          <w:sz w:val="20"/>
          <w:szCs w:val="20"/>
        </w:rPr>
        <w:t>webu</w:t>
      </w:r>
      <w:proofErr w:type="spellEnd"/>
      <w:r w:rsidRPr="00415899">
        <w:rPr>
          <w:rFonts w:cs="Arial"/>
          <w:sz w:val="20"/>
          <w:szCs w:val="20"/>
        </w:rPr>
        <w:t xml:space="preserve">, </w:t>
      </w:r>
      <w:proofErr w:type="spellStart"/>
      <w:r w:rsidRPr="00415899">
        <w:rPr>
          <w:rFonts w:cs="Arial"/>
          <w:sz w:val="20"/>
          <w:szCs w:val="20"/>
        </w:rPr>
        <w:t>sociálních</w:t>
      </w:r>
      <w:proofErr w:type="spellEnd"/>
      <w:r w:rsidRPr="00415899">
        <w:rPr>
          <w:rFonts w:cs="Arial"/>
          <w:sz w:val="20"/>
          <w:szCs w:val="20"/>
        </w:rPr>
        <w:t xml:space="preserve"> </w:t>
      </w:r>
      <w:proofErr w:type="spellStart"/>
      <w:r w:rsidRPr="00415899">
        <w:rPr>
          <w:rFonts w:cs="Arial"/>
          <w:sz w:val="20"/>
          <w:szCs w:val="20"/>
        </w:rPr>
        <w:t>sítích</w:t>
      </w:r>
      <w:proofErr w:type="spellEnd"/>
      <w:r w:rsidRPr="00415899">
        <w:rPr>
          <w:rFonts w:cs="Arial"/>
          <w:sz w:val="20"/>
          <w:szCs w:val="20"/>
        </w:rPr>
        <w:t xml:space="preserve">, v </w:t>
      </w:r>
      <w:proofErr w:type="spellStart"/>
      <w:r w:rsidRPr="00415899">
        <w:rPr>
          <w:rFonts w:cs="Arial"/>
          <w:sz w:val="20"/>
          <w:szCs w:val="20"/>
        </w:rPr>
        <w:t>tisku</w:t>
      </w:r>
      <w:proofErr w:type="spellEnd"/>
      <w:r w:rsidRPr="00415899">
        <w:rPr>
          <w:rFonts w:cs="Arial"/>
          <w:sz w:val="20"/>
          <w:szCs w:val="20"/>
        </w:rPr>
        <w:t xml:space="preserve">, </w:t>
      </w:r>
      <w:proofErr w:type="spellStart"/>
      <w:r w:rsidRPr="00415899">
        <w:rPr>
          <w:rFonts w:cs="Arial"/>
          <w:sz w:val="20"/>
          <w:szCs w:val="20"/>
        </w:rPr>
        <w:t>reklamě</w:t>
      </w:r>
      <w:proofErr w:type="spellEnd"/>
      <w:r w:rsidRPr="00415899">
        <w:rPr>
          <w:rFonts w:cs="Arial"/>
          <w:sz w:val="20"/>
          <w:szCs w:val="20"/>
        </w:rPr>
        <w:t xml:space="preserve"> a </w:t>
      </w:r>
      <w:proofErr w:type="spellStart"/>
      <w:r w:rsidRPr="00415899">
        <w:rPr>
          <w:rFonts w:cs="Arial"/>
          <w:sz w:val="20"/>
          <w:szCs w:val="20"/>
        </w:rPr>
        <w:t>interních</w:t>
      </w:r>
      <w:proofErr w:type="spellEnd"/>
      <w:r w:rsidRPr="00415899">
        <w:rPr>
          <w:rFonts w:cs="Arial"/>
          <w:sz w:val="20"/>
          <w:szCs w:val="20"/>
        </w:rPr>
        <w:t xml:space="preserve"> </w:t>
      </w:r>
      <w:proofErr w:type="spellStart"/>
      <w:r w:rsidRPr="00415899">
        <w:rPr>
          <w:rFonts w:cs="Arial"/>
          <w:sz w:val="20"/>
          <w:szCs w:val="20"/>
        </w:rPr>
        <w:t>či</w:t>
      </w:r>
      <w:proofErr w:type="spellEnd"/>
      <w:r w:rsidRPr="00415899">
        <w:rPr>
          <w:rFonts w:cs="Arial"/>
          <w:sz w:val="20"/>
          <w:szCs w:val="20"/>
        </w:rPr>
        <w:t xml:space="preserve"> </w:t>
      </w:r>
      <w:proofErr w:type="spellStart"/>
      <w:r w:rsidRPr="00415899">
        <w:rPr>
          <w:rFonts w:cs="Arial"/>
          <w:sz w:val="20"/>
          <w:szCs w:val="20"/>
        </w:rPr>
        <w:t>evropských</w:t>
      </w:r>
      <w:proofErr w:type="spellEnd"/>
      <w:r w:rsidRPr="00415899">
        <w:rPr>
          <w:rFonts w:cs="Arial"/>
          <w:sz w:val="20"/>
          <w:szCs w:val="20"/>
        </w:rPr>
        <w:t xml:space="preserve"> </w:t>
      </w:r>
      <w:proofErr w:type="spellStart"/>
      <w:r w:rsidRPr="00415899">
        <w:rPr>
          <w:rFonts w:cs="Arial"/>
          <w:sz w:val="20"/>
          <w:szCs w:val="20"/>
        </w:rPr>
        <w:t>hodnoticích</w:t>
      </w:r>
      <w:proofErr w:type="spellEnd"/>
      <w:r w:rsidRPr="00415899">
        <w:rPr>
          <w:rFonts w:cs="Arial"/>
          <w:sz w:val="20"/>
          <w:szCs w:val="20"/>
        </w:rPr>
        <w:t xml:space="preserve"> </w:t>
      </w:r>
      <w:proofErr w:type="spellStart"/>
      <w:r w:rsidRPr="00415899">
        <w:rPr>
          <w:rFonts w:cs="Arial"/>
          <w:sz w:val="20"/>
          <w:szCs w:val="20"/>
        </w:rPr>
        <w:t>materiálech</w:t>
      </w:r>
      <w:proofErr w:type="spellEnd"/>
      <w:r w:rsidRPr="00415899">
        <w:rPr>
          <w:rFonts w:cs="Arial"/>
          <w:sz w:val="20"/>
          <w:szCs w:val="20"/>
        </w:rPr>
        <w:t>.</w:t>
      </w:r>
    </w:p>
    <w:p w14:paraId="42707849" w14:textId="77777777" w:rsidR="003F3D56" w:rsidRPr="00415899" w:rsidRDefault="00DA020F">
      <w:pPr>
        <w:rPr>
          <w:rFonts w:cs="Arial"/>
          <w:sz w:val="20"/>
          <w:szCs w:val="20"/>
        </w:rPr>
      </w:pPr>
      <w:proofErr w:type="spellStart"/>
      <w:r w:rsidRPr="00415899">
        <w:rPr>
          <w:rFonts w:cs="Arial"/>
          <w:sz w:val="20"/>
          <w:szCs w:val="20"/>
        </w:rPr>
        <w:t>Licence</w:t>
      </w:r>
      <w:proofErr w:type="spellEnd"/>
      <w:r w:rsidRPr="00415899">
        <w:rPr>
          <w:rFonts w:cs="Arial"/>
          <w:sz w:val="20"/>
          <w:szCs w:val="20"/>
        </w:rPr>
        <w:t xml:space="preserve"> </w:t>
      </w:r>
      <w:proofErr w:type="spellStart"/>
      <w:r w:rsidRPr="00415899">
        <w:rPr>
          <w:rFonts w:cs="Arial"/>
          <w:sz w:val="20"/>
          <w:szCs w:val="20"/>
        </w:rPr>
        <w:t>zahrnuje</w:t>
      </w:r>
      <w:proofErr w:type="spellEnd"/>
      <w:r w:rsidRPr="00415899">
        <w:rPr>
          <w:rFonts w:cs="Arial"/>
          <w:sz w:val="20"/>
          <w:szCs w:val="20"/>
        </w:rPr>
        <w:t xml:space="preserve"> </w:t>
      </w:r>
      <w:proofErr w:type="spellStart"/>
      <w:r w:rsidRPr="00415899">
        <w:rPr>
          <w:rFonts w:cs="Arial"/>
          <w:sz w:val="20"/>
          <w:szCs w:val="20"/>
        </w:rPr>
        <w:t>právo</w:t>
      </w:r>
      <w:proofErr w:type="spellEnd"/>
      <w:r w:rsidRPr="00415899">
        <w:rPr>
          <w:rFonts w:cs="Arial"/>
          <w:sz w:val="20"/>
          <w:szCs w:val="20"/>
        </w:rPr>
        <w:t xml:space="preserve"> </w:t>
      </w:r>
      <w:proofErr w:type="spellStart"/>
      <w:r w:rsidRPr="00415899">
        <w:rPr>
          <w:rFonts w:cs="Arial"/>
          <w:sz w:val="20"/>
          <w:szCs w:val="20"/>
        </w:rPr>
        <w:t>návrh</w:t>
      </w:r>
      <w:proofErr w:type="spellEnd"/>
      <w:r w:rsidRPr="00415899">
        <w:rPr>
          <w:rFonts w:cs="Arial"/>
          <w:sz w:val="20"/>
          <w:szCs w:val="20"/>
        </w:rPr>
        <w:t xml:space="preserve"> </w:t>
      </w:r>
      <w:proofErr w:type="spellStart"/>
      <w:r w:rsidRPr="00415899">
        <w:rPr>
          <w:rFonts w:cs="Arial"/>
          <w:sz w:val="20"/>
          <w:szCs w:val="20"/>
        </w:rPr>
        <w:t>upravit</w:t>
      </w:r>
      <w:proofErr w:type="spellEnd"/>
      <w:r w:rsidRPr="00415899">
        <w:rPr>
          <w:rFonts w:cs="Arial"/>
          <w:sz w:val="20"/>
          <w:szCs w:val="20"/>
        </w:rPr>
        <w:t xml:space="preserve">, </w:t>
      </w:r>
      <w:proofErr w:type="spellStart"/>
      <w:r w:rsidRPr="00415899">
        <w:rPr>
          <w:rFonts w:cs="Arial"/>
          <w:sz w:val="20"/>
          <w:szCs w:val="20"/>
        </w:rPr>
        <w:t>zpracovat</w:t>
      </w:r>
      <w:proofErr w:type="spellEnd"/>
      <w:r w:rsidRPr="00415899">
        <w:rPr>
          <w:rFonts w:cs="Arial"/>
          <w:sz w:val="20"/>
          <w:szCs w:val="20"/>
        </w:rPr>
        <w:t xml:space="preserve">, </w:t>
      </w:r>
      <w:proofErr w:type="spellStart"/>
      <w:r w:rsidRPr="00415899">
        <w:rPr>
          <w:rFonts w:cs="Arial"/>
          <w:sz w:val="20"/>
          <w:szCs w:val="20"/>
        </w:rPr>
        <w:t>barevně</w:t>
      </w:r>
      <w:proofErr w:type="spellEnd"/>
      <w:r w:rsidRPr="00415899">
        <w:rPr>
          <w:rFonts w:cs="Arial"/>
          <w:sz w:val="20"/>
          <w:szCs w:val="20"/>
        </w:rPr>
        <w:t xml:space="preserve"> </w:t>
      </w:r>
      <w:proofErr w:type="spellStart"/>
      <w:r w:rsidRPr="00415899">
        <w:rPr>
          <w:rFonts w:cs="Arial"/>
          <w:sz w:val="20"/>
          <w:szCs w:val="20"/>
        </w:rPr>
        <w:t>či</w:t>
      </w:r>
      <w:proofErr w:type="spellEnd"/>
      <w:r w:rsidRPr="00415899">
        <w:rPr>
          <w:rFonts w:cs="Arial"/>
          <w:sz w:val="20"/>
          <w:szCs w:val="20"/>
        </w:rPr>
        <w:t xml:space="preserve"> </w:t>
      </w:r>
      <w:proofErr w:type="spellStart"/>
      <w:r w:rsidRPr="00415899">
        <w:rPr>
          <w:rFonts w:cs="Arial"/>
          <w:sz w:val="20"/>
          <w:szCs w:val="20"/>
        </w:rPr>
        <w:t>rozměrově</w:t>
      </w:r>
      <w:proofErr w:type="spellEnd"/>
      <w:r w:rsidRPr="00415899">
        <w:rPr>
          <w:rFonts w:cs="Arial"/>
          <w:sz w:val="20"/>
          <w:szCs w:val="20"/>
        </w:rPr>
        <w:t xml:space="preserve"> </w:t>
      </w:r>
      <w:proofErr w:type="spellStart"/>
      <w:r w:rsidRPr="00415899">
        <w:rPr>
          <w:rFonts w:cs="Arial"/>
          <w:sz w:val="20"/>
          <w:szCs w:val="20"/>
        </w:rPr>
        <w:t>přizpůsobit</w:t>
      </w:r>
      <w:proofErr w:type="spellEnd"/>
      <w:r w:rsidRPr="00415899">
        <w:rPr>
          <w:rFonts w:cs="Arial"/>
          <w:sz w:val="20"/>
          <w:szCs w:val="20"/>
        </w:rPr>
        <w:t xml:space="preserve">, </w:t>
      </w:r>
      <w:proofErr w:type="spellStart"/>
      <w:r w:rsidRPr="00415899">
        <w:rPr>
          <w:rFonts w:cs="Arial"/>
          <w:sz w:val="20"/>
          <w:szCs w:val="20"/>
        </w:rPr>
        <w:t>spojit</w:t>
      </w:r>
      <w:proofErr w:type="spellEnd"/>
      <w:r w:rsidRPr="00415899">
        <w:rPr>
          <w:rFonts w:cs="Arial"/>
          <w:sz w:val="20"/>
          <w:szCs w:val="20"/>
        </w:rPr>
        <w:t xml:space="preserve"> s </w:t>
      </w:r>
      <w:proofErr w:type="spellStart"/>
      <w:r w:rsidRPr="00415899">
        <w:rPr>
          <w:rFonts w:cs="Arial"/>
          <w:sz w:val="20"/>
          <w:szCs w:val="20"/>
        </w:rPr>
        <w:t>textem</w:t>
      </w:r>
      <w:proofErr w:type="spellEnd"/>
      <w:r w:rsidRPr="00415899">
        <w:rPr>
          <w:rFonts w:cs="Arial"/>
          <w:sz w:val="20"/>
          <w:szCs w:val="20"/>
        </w:rPr>
        <w:t xml:space="preserve">, </w:t>
      </w:r>
      <w:proofErr w:type="spellStart"/>
      <w:r w:rsidRPr="00415899">
        <w:rPr>
          <w:rFonts w:cs="Arial"/>
          <w:sz w:val="20"/>
          <w:szCs w:val="20"/>
        </w:rPr>
        <w:t>logem</w:t>
      </w:r>
      <w:proofErr w:type="spellEnd"/>
      <w:r w:rsidRPr="00415899">
        <w:rPr>
          <w:rFonts w:cs="Arial"/>
          <w:sz w:val="20"/>
          <w:szCs w:val="20"/>
        </w:rPr>
        <w:t xml:space="preserve"> </w:t>
      </w:r>
      <w:proofErr w:type="spellStart"/>
      <w:r w:rsidRPr="00415899">
        <w:rPr>
          <w:rFonts w:cs="Arial"/>
          <w:sz w:val="20"/>
          <w:szCs w:val="20"/>
        </w:rPr>
        <w:t>nebo</w:t>
      </w:r>
      <w:proofErr w:type="spellEnd"/>
      <w:r w:rsidRPr="00415899">
        <w:rPr>
          <w:rFonts w:cs="Arial"/>
          <w:sz w:val="20"/>
          <w:szCs w:val="20"/>
        </w:rPr>
        <w:t xml:space="preserve"> </w:t>
      </w:r>
      <w:proofErr w:type="spellStart"/>
      <w:r w:rsidRPr="00415899">
        <w:rPr>
          <w:rFonts w:cs="Arial"/>
          <w:sz w:val="20"/>
          <w:szCs w:val="20"/>
        </w:rPr>
        <w:t>jinými</w:t>
      </w:r>
      <w:proofErr w:type="spellEnd"/>
      <w:r w:rsidRPr="00415899">
        <w:rPr>
          <w:rFonts w:cs="Arial"/>
          <w:sz w:val="20"/>
          <w:szCs w:val="20"/>
        </w:rPr>
        <w:t xml:space="preserve"> </w:t>
      </w:r>
      <w:proofErr w:type="spellStart"/>
      <w:r w:rsidRPr="00415899">
        <w:rPr>
          <w:rFonts w:cs="Arial"/>
          <w:sz w:val="20"/>
          <w:szCs w:val="20"/>
        </w:rPr>
        <w:t>prvky</w:t>
      </w:r>
      <w:proofErr w:type="spellEnd"/>
      <w:r w:rsidRPr="00415899">
        <w:rPr>
          <w:rFonts w:cs="Arial"/>
          <w:sz w:val="20"/>
          <w:szCs w:val="20"/>
        </w:rPr>
        <w:t xml:space="preserve"> a </w:t>
      </w:r>
      <w:proofErr w:type="spellStart"/>
      <w:r w:rsidRPr="00415899">
        <w:rPr>
          <w:rFonts w:cs="Arial"/>
          <w:sz w:val="20"/>
          <w:szCs w:val="20"/>
        </w:rPr>
        <w:t>užít</w:t>
      </w:r>
      <w:proofErr w:type="spellEnd"/>
      <w:r w:rsidRPr="00415899">
        <w:rPr>
          <w:rFonts w:cs="Arial"/>
          <w:sz w:val="20"/>
          <w:szCs w:val="20"/>
        </w:rPr>
        <w:t xml:space="preserve"> </w:t>
      </w:r>
      <w:proofErr w:type="spellStart"/>
      <w:r w:rsidRPr="00415899">
        <w:rPr>
          <w:rFonts w:cs="Arial"/>
          <w:sz w:val="20"/>
          <w:szCs w:val="20"/>
        </w:rPr>
        <w:t>samostatně</w:t>
      </w:r>
      <w:proofErr w:type="spellEnd"/>
      <w:r w:rsidRPr="00415899">
        <w:rPr>
          <w:rFonts w:cs="Arial"/>
          <w:sz w:val="20"/>
          <w:szCs w:val="20"/>
        </w:rPr>
        <w:t xml:space="preserve"> </w:t>
      </w:r>
      <w:proofErr w:type="spellStart"/>
      <w:r w:rsidRPr="00415899">
        <w:rPr>
          <w:rFonts w:cs="Arial"/>
          <w:sz w:val="20"/>
          <w:szCs w:val="20"/>
        </w:rPr>
        <w:t>či</w:t>
      </w:r>
      <w:proofErr w:type="spellEnd"/>
      <w:r w:rsidRPr="00415899">
        <w:rPr>
          <w:rFonts w:cs="Arial"/>
          <w:sz w:val="20"/>
          <w:szCs w:val="20"/>
        </w:rPr>
        <w:t xml:space="preserve"> </w:t>
      </w:r>
      <w:proofErr w:type="spellStart"/>
      <w:r w:rsidRPr="00415899">
        <w:rPr>
          <w:rFonts w:cs="Arial"/>
          <w:sz w:val="20"/>
          <w:szCs w:val="20"/>
        </w:rPr>
        <w:t>jako</w:t>
      </w:r>
      <w:proofErr w:type="spellEnd"/>
      <w:r w:rsidRPr="00415899">
        <w:rPr>
          <w:rFonts w:cs="Arial"/>
          <w:sz w:val="20"/>
          <w:szCs w:val="20"/>
        </w:rPr>
        <w:t xml:space="preserve"> </w:t>
      </w:r>
      <w:proofErr w:type="spellStart"/>
      <w:r w:rsidRPr="00415899">
        <w:rPr>
          <w:rFonts w:cs="Arial"/>
          <w:sz w:val="20"/>
          <w:szCs w:val="20"/>
        </w:rPr>
        <w:t>součást</w:t>
      </w:r>
      <w:proofErr w:type="spellEnd"/>
      <w:r w:rsidRPr="00415899">
        <w:rPr>
          <w:rFonts w:cs="Arial"/>
          <w:sz w:val="20"/>
          <w:szCs w:val="20"/>
        </w:rPr>
        <w:t xml:space="preserve"> </w:t>
      </w:r>
      <w:proofErr w:type="spellStart"/>
      <w:r w:rsidRPr="00415899">
        <w:rPr>
          <w:rFonts w:cs="Arial"/>
          <w:sz w:val="20"/>
          <w:szCs w:val="20"/>
        </w:rPr>
        <w:t>výrobku</w:t>
      </w:r>
      <w:proofErr w:type="spellEnd"/>
      <w:r w:rsidRPr="00415899">
        <w:rPr>
          <w:rFonts w:cs="Arial"/>
          <w:sz w:val="20"/>
          <w:szCs w:val="20"/>
        </w:rPr>
        <w:t xml:space="preserve"> </w:t>
      </w:r>
      <w:proofErr w:type="spellStart"/>
      <w:r w:rsidRPr="00415899">
        <w:rPr>
          <w:rFonts w:cs="Arial"/>
          <w:sz w:val="20"/>
          <w:szCs w:val="20"/>
        </w:rPr>
        <w:t>nebo</w:t>
      </w:r>
      <w:proofErr w:type="spellEnd"/>
      <w:r w:rsidRPr="00415899">
        <w:rPr>
          <w:rFonts w:cs="Arial"/>
          <w:sz w:val="20"/>
          <w:szCs w:val="20"/>
        </w:rPr>
        <w:t xml:space="preserve"> </w:t>
      </w:r>
      <w:proofErr w:type="spellStart"/>
      <w:r w:rsidRPr="00415899">
        <w:rPr>
          <w:rFonts w:cs="Arial"/>
          <w:sz w:val="20"/>
          <w:szCs w:val="20"/>
        </w:rPr>
        <w:t>kampaně</w:t>
      </w:r>
      <w:proofErr w:type="spellEnd"/>
      <w:r w:rsidRPr="00415899">
        <w:rPr>
          <w:rFonts w:cs="Arial"/>
          <w:sz w:val="20"/>
          <w:szCs w:val="20"/>
        </w:rPr>
        <w:t xml:space="preserve">, </w:t>
      </w:r>
      <w:proofErr w:type="spellStart"/>
      <w:r w:rsidRPr="00415899">
        <w:rPr>
          <w:rFonts w:cs="Arial"/>
          <w:sz w:val="20"/>
          <w:szCs w:val="20"/>
        </w:rPr>
        <w:t>vždy</w:t>
      </w:r>
      <w:proofErr w:type="spellEnd"/>
      <w:r w:rsidRPr="00415899">
        <w:rPr>
          <w:rFonts w:cs="Arial"/>
          <w:sz w:val="20"/>
          <w:szCs w:val="20"/>
        </w:rPr>
        <w:t xml:space="preserve"> </w:t>
      </w:r>
      <w:proofErr w:type="spellStart"/>
      <w:r w:rsidRPr="00415899">
        <w:rPr>
          <w:rFonts w:cs="Arial"/>
          <w:sz w:val="20"/>
          <w:szCs w:val="20"/>
        </w:rPr>
        <w:t>způsobem</w:t>
      </w:r>
      <w:proofErr w:type="spellEnd"/>
      <w:r w:rsidRPr="00415899">
        <w:rPr>
          <w:rFonts w:cs="Arial"/>
          <w:sz w:val="20"/>
          <w:szCs w:val="20"/>
        </w:rPr>
        <w:t xml:space="preserve"> </w:t>
      </w:r>
      <w:proofErr w:type="spellStart"/>
      <w:r w:rsidRPr="00415899">
        <w:rPr>
          <w:rFonts w:cs="Arial"/>
          <w:sz w:val="20"/>
          <w:szCs w:val="20"/>
        </w:rPr>
        <w:t>nesnižujícím</w:t>
      </w:r>
      <w:proofErr w:type="spellEnd"/>
      <w:r w:rsidRPr="00415899">
        <w:rPr>
          <w:rFonts w:cs="Arial"/>
          <w:sz w:val="20"/>
          <w:szCs w:val="20"/>
        </w:rPr>
        <w:t xml:space="preserve"> </w:t>
      </w:r>
      <w:proofErr w:type="spellStart"/>
      <w:r w:rsidRPr="00415899">
        <w:rPr>
          <w:rFonts w:cs="Arial"/>
          <w:sz w:val="20"/>
          <w:szCs w:val="20"/>
        </w:rPr>
        <w:t>hodnotu</w:t>
      </w:r>
      <w:proofErr w:type="spellEnd"/>
      <w:r w:rsidRPr="00415899">
        <w:rPr>
          <w:rFonts w:cs="Arial"/>
          <w:sz w:val="20"/>
          <w:szCs w:val="20"/>
        </w:rPr>
        <w:t xml:space="preserve"> </w:t>
      </w:r>
      <w:proofErr w:type="spellStart"/>
      <w:r w:rsidRPr="00415899">
        <w:rPr>
          <w:rFonts w:cs="Arial"/>
          <w:sz w:val="20"/>
          <w:szCs w:val="20"/>
        </w:rPr>
        <w:t>díla</w:t>
      </w:r>
      <w:proofErr w:type="spellEnd"/>
      <w:r w:rsidRPr="00415899">
        <w:rPr>
          <w:rFonts w:cs="Arial"/>
          <w:sz w:val="20"/>
          <w:szCs w:val="20"/>
        </w:rPr>
        <w:t xml:space="preserve">. </w:t>
      </w:r>
      <w:proofErr w:type="spellStart"/>
      <w:r w:rsidRPr="00415899">
        <w:rPr>
          <w:rFonts w:cs="Arial"/>
          <w:sz w:val="20"/>
          <w:szCs w:val="20"/>
        </w:rPr>
        <w:t>Soutěžící</w:t>
      </w:r>
      <w:proofErr w:type="spellEnd"/>
      <w:r w:rsidRPr="00415899">
        <w:rPr>
          <w:rFonts w:cs="Arial"/>
          <w:sz w:val="20"/>
          <w:szCs w:val="20"/>
        </w:rPr>
        <w:t xml:space="preserve"> s </w:t>
      </w:r>
      <w:proofErr w:type="spellStart"/>
      <w:r w:rsidRPr="00415899">
        <w:rPr>
          <w:rFonts w:cs="Arial"/>
          <w:sz w:val="20"/>
          <w:szCs w:val="20"/>
        </w:rPr>
        <w:t>těmito</w:t>
      </w:r>
      <w:proofErr w:type="spellEnd"/>
      <w:r w:rsidRPr="00415899">
        <w:rPr>
          <w:rFonts w:cs="Arial"/>
          <w:sz w:val="20"/>
          <w:szCs w:val="20"/>
        </w:rPr>
        <w:t xml:space="preserve"> </w:t>
      </w:r>
      <w:proofErr w:type="spellStart"/>
      <w:r w:rsidRPr="00415899">
        <w:rPr>
          <w:rFonts w:cs="Arial"/>
          <w:sz w:val="20"/>
          <w:szCs w:val="20"/>
        </w:rPr>
        <w:t>úpravami</w:t>
      </w:r>
      <w:proofErr w:type="spellEnd"/>
      <w:r w:rsidRPr="00415899">
        <w:rPr>
          <w:rFonts w:cs="Arial"/>
          <w:sz w:val="20"/>
          <w:szCs w:val="20"/>
        </w:rPr>
        <w:t xml:space="preserve"> a </w:t>
      </w:r>
      <w:proofErr w:type="spellStart"/>
      <w:r w:rsidRPr="00415899">
        <w:rPr>
          <w:rFonts w:cs="Arial"/>
          <w:sz w:val="20"/>
          <w:szCs w:val="20"/>
        </w:rPr>
        <w:t>užitím</w:t>
      </w:r>
      <w:proofErr w:type="spellEnd"/>
      <w:r w:rsidRPr="00415899">
        <w:rPr>
          <w:rFonts w:cs="Arial"/>
          <w:sz w:val="20"/>
          <w:szCs w:val="20"/>
        </w:rPr>
        <w:t xml:space="preserve"> </w:t>
      </w:r>
      <w:proofErr w:type="spellStart"/>
      <w:r w:rsidRPr="00415899">
        <w:rPr>
          <w:rFonts w:cs="Arial"/>
          <w:sz w:val="20"/>
          <w:szCs w:val="20"/>
        </w:rPr>
        <w:t>souhlasí</w:t>
      </w:r>
      <w:proofErr w:type="spellEnd"/>
      <w:r w:rsidRPr="00415899">
        <w:rPr>
          <w:rFonts w:cs="Arial"/>
          <w:sz w:val="20"/>
          <w:szCs w:val="20"/>
        </w:rPr>
        <w:t xml:space="preserve"> v </w:t>
      </w:r>
      <w:proofErr w:type="spellStart"/>
      <w:r w:rsidRPr="00415899">
        <w:rPr>
          <w:rFonts w:cs="Arial"/>
          <w:sz w:val="20"/>
          <w:szCs w:val="20"/>
        </w:rPr>
        <w:t>rozsahu</w:t>
      </w:r>
      <w:proofErr w:type="spellEnd"/>
      <w:r w:rsidRPr="00415899">
        <w:rPr>
          <w:rFonts w:cs="Arial"/>
          <w:sz w:val="20"/>
          <w:szCs w:val="20"/>
        </w:rPr>
        <w:t xml:space="preserve"> </w:t>
      </w:r>
      <w:proofErr w:type="spellStart"/>
      <w:r w:rsidRPr="00415899">
        <w:rPr>
          <w:rFonts w:cs="Arial"/>
          <w:sz w:val="20"/>
          <w:szCs w:val="20"/>
        </w:rPr>
        <w:t>dovoleném</w:t>
      </w:r>
      <w:proofErr w:type="spellEnd"/>
      <w:r w:rsidRPr="00415899">
        <w:rPr>
          <w:rFonts w:cs="Arial"/>
          <w:sz w:val="20"/>
          <w:szCs w:val="20"/>
        </w:rPr>
        <w:t xml:space="preserve"> </w:t>
      </w:r>
      <w:proofErr w:type="spellStart"/>
      <w:r w:rsidRPr="00415899">
        <w:rPr>
          <w:rFonts w:cs="Arial"/>
          <w:sz w:val="20"/>
          <w:szCs w:val="20"/>
        </w:rPr>
        <w:t>právními</w:t>
      </w:r>
      <w:proofErr w:type="spellEnd"/>
      <w:r w:rsidRPr="00415899">
        <w:rPr>
          <w:rFonts w:cs="Arial"/>
          <w:sz w:val="20"/>
          <w:szCs w:val="20"/>
        </w:rPr>
        <w:t xml:space="preserve"> </w:t>
      </w:r>
      <w:proofErr w:type="spellStart"/>
      <w:r w:rsidRPr="00415899">
        <w:rPr>
          <w:rFonts w:cs="Arial"/>
          <w:sz w:val="20"/>
          <w:szCs w:val="20"/>
        </w:rPr>
        <w:t>předpisy</w:t>
      </w:r>
      <w:proofErr w:type="spellEnd"/>
      <w:r w:rsidRPr="00415899">
        <w:rPr>
          <w:rFonts w:cs="Arial"/>
          <w:sz w:val="20"/>
          <w:szCs w:val="20"/>
        </w:rPr>
        <w:t>.</w:t>
      </w:r>
    </w:p>
    <w:p w14:paraId="6FC36D72" w14:textId="77777777" w:rsidR="003F3D56" w:rsidRPr="00415899" w:rsidRDefault="00DA020F">
      <w:pPr>
        <w:rPr>
          <w:rFonts w:cs="Arial"/>
          <w:sz w:val="20"/>
          <w:szCs w:val="20"/>
        </w:rPr>
      </w:pPr>
      <w:proofErr w:type="spellStart"/>
      <w:r w:rsidRPr="00415899">
        <w:rPr>
          <w:rFonts w:cs="Arial"/>
          <w:sz w:val="20"/>
          <w:szCs w:val="20"/>
        </w:rPr>
        <w:t>Pořadatel</w:t>
      </w:r>
      <w:proofErr w:type="spellEnd"/>
      <w:r w:rsidRPr="00415899">
        <w:rPr>
          <w:rFonts w:cs="Arial"/>
          <w:sz w:val="20"/>
          <w:szCs w:val="20"/>
        </w:rPr>
        <w:t xml:space="preserve"> je </w:t>
      </w:r>
      <w:proofErr w:type="spellStart"/>
      <w:r w:rsidRPr="00415899">
        <w:rPr>
          <w:rFonts w:cs="Arial"/>
          <w:sz w:val="20"/>
          <w:szCs w:val="20"/>
        </w:rPr>
        <w:t>oprávněn</w:t>
      </w:r>
      <w:proofErr w:type="spellEnd"/>
      <w:r w:rsidRPr="00415899">
        <w:rPr>
          <w:rFonts w:cs="Arial"/>
          <w:sz w:val="20"/>
          <w:szCs w:val="20"/>
        </w:rPr>
        <w:t xml:space="preserve"> </w:t>
      </w:r>
      <w:proofErr w:type="spellStart"/>
      <w:r w:rsidRPr="00415899">
        <w:rPr>
          <w:rFonts w:cs="Arial"/>
          <w:sz w:val="20"/>
          <w:szCs w:val="20"/>
        </w:rPr>
        <w:t>licenci</w:t>
      </w:r>
      <w:proofErr w:type="spellEnd"/>
      <w:r w:rsidRPr="00415899">
        <w:rPr>
          <w:rFonts w:cs="Arial"/>
          <w:sz w:val="20"/>
          <w:szCs w:val="20"/>
        </w:rPr>
        <w:t xml:space="preserve"> </w:t>
      </w:r>
      <w:proofErr w:type="spellStart"/>
      <w:r w:rsidRPr="00415899">
        <w:rPr>
          <w:rFonts w:cs="Arial"/>
          <w:sz w:val="20"/>
          <w:szCs w:val="20"/>
        </w:rPr>
        <w:t>nebo</w:t>
      </w:r>
      <w:proofErr w:type="spellEnd"/>
      <w:r w:rsidRPr="00415899">
        <w:rPr>
          <w:rFonts w:cs="Arial"/>
          <w:sz w:val="20"/>
          <w:szCs w:val="20"/>
        </w:rPr>
        <w:t xml:space="preserve"> </w:t>
      </w:r>
      <w:proofErr w:type="spellStart"/>
      <w:r w:rsidRPr="00415899">
        <w:rPr>
          <w:rFonts w:cs="Arial"/>
          <w:sz w:val="20"/>
          <w:szCs w:val="20"/>
        </w:rPr>
        <w:t>její</w:t>
      </w:r>
      <w:proofErr w:type="spellEnd"/>
      <w:r w:rsidRPr="00415899">
        <w:rPr>
          <w:rFonts w:cs="Arial"/>
          <w:sz w:val="20"/>
          <w:szCs w:val="20"/>
        </w:rPr>
        <w:t xml:space="preserve"> </w:t>
      </w:r>
      <w:proofErr w:type="spellStart"/>
      <w:r w:rsidRPr="00415899">
        <w:rPr>
          <w:rFonts w:cs="Arial"/>
          <w:sz w:val="20"/>
          <w:szCs w:val="20"/>
        </w:rPr>
        <w:t>část</w:t>
      </w:r>
      <w:proofErr w:type="spellEnd"/>
      <w:r w:rsidRPr="00415899">
        <w:rPr>
          <w:rFonts w:cs="Arial"/>
          <w:sz w:val="20"/>
          <w:szCs w:val="20"/>
        </w:rPr>
        <w:t xml:space="preserve"> </w:t>
      </w:r>
      <w:proofErr w:type="spellStart"/>
      <w:r w:rsidRPr="00415899">
        <w:rPr>
          <w:rFonts w:cs="Arial"/>
          <w:sz w:val="20"/>
          <w:szCs w:val="20"/>
        </w:rPr>
        <w:t>poskytnout</w:t>
      </w:r>
      <w:proofErr w:type="spellEnd"/>
      <w:r w:rsidRPr="00415899">
        <w:rPr>
          <w:rFonts w:cs="Arial"/>
          <w:sz w:val="20"/>
          <w:szCs w:val="20"/>
        </w:rPr>
        <w:t xml:space="preserve"> </w:t>
      </w:r>
      <w:proofErr w:type="spellStart"/>
      <w:r w:rsidRPr="00415899">
        <w:rPr>
          <w:rFonts w:cs="Arial"/>
          <w:sz w:val="20"/>
          <w:szCs w:val="20"/>
        </w:rPr>
        <w:t>třetí</w:t>
      </w:r>
      <w:proofErr w:type="spellEnd"/>
      <w:r w:rsidRPr="00415899">
        <w:rPr>
          <w:rFonts w:cs="Arial"/>
          <w:sz w:val="20"/>
          <w:szCs w:val="20"/>
        </w:rPr>
        <w:t xml:space="preserve"> </w:t>
      </w:r>
      <w:proofErr w:type="spellStart"/>
      <w:r w:rsidRPr="00415899">
        <w:rPr>
          <w:rFonts w:cs="Arial"/>
          <w:sz w:val="20"/>
          <w:szCs w:val="20"/>
        </w:rPr>
        <w:t>osobě</w:t>
      </w:r>
      <w:proofErr w:type="spellEnd"/>
      <w:r w:rsidRPr="00415899">
        <w:rPr>
          <w:rFonts w:cs="Arial"/>
          <w:sz w:val="20"/>
          <w:szCs w:val="20"/>
        </w:rPr>
        <w:t xml:space="preserve"> (</w:t>
      </w:r>
      <w:proofErr w:type="spellStart"/>
      <w:r w:rsidRPr="00415899">
        <w:rPr>
          <w:rFonts w:cs="Arial"/>
          <w:sz w:val="20"/>
          <w:szCs w:val="20"/>
        </w:rPr>
        <w:t>podlicence</w:t>
      </w:r>
      <w:proofErr w:type="spellEnd"/>
      <w:r w:rsidRPr="00415899">
        <w:rPr>
          <w:rFonts w:cs="Arial"/>
          <w:sz w:val="20"/>
          <w:szCs w:val="20"/>
        </w:rPr>
        <w:t xml:space="preserve">) </w:t>
      </w:r>
      <w:proofErr w:type="spellStart"/>
      <w:r w:rsidRPr="00415899">
        <w:rPr>
          <w:rFonts w:cs="Arial"/>
          <w:sz w:val="20"/>
          <w:szCs w:val="20"/>
        </w:rPr>
        <w:t>nebo</w:t>
      </w:r>
      <w:proofErr w:type="spellEnd"/>
      <w:r w:rsidRPr="00415899">
        <w:rPr>
          <w:rFonts w:cs="Arial"/>
          <w:sz w:val="20"/>
          <w:szCs w:val="20"/>
        </w:rPr>
        <w:t xml:space="preserve"> </w:t>
      </w:r>
      <w:proofErr w:type="spellStart"/>
      <w:r w:rsidRPr="00415899">
        <w:rPr>
          <w:rFonts w:cs="Arial"/>
          <w:sz w:val="20"/>
          <w:szCs w:val="20"/>
        </w:rPr>
        <w:t>licenci</w:t>
      </w:r>
      <w:proofErr w:type="spellEnd"/>
      <w:r w:rsidRPr="00415899">
        <w:rPr>
          <w:rFonts w:cs="Arial"/>
          <w:sz w:val="20"/>
          <w:szCs w:val="20"/>
        </w:rPr>
        <w:t xml:space="preserve"> </w:t>
      </w:r>
      <w:proofErr w:type="spellStart"/>
      <w:r w:rsidRPr="00415899">
        <w:rPr>
          <w:rFonts w:cs="Arial"/>
          <w:sz w:val="20"/>
          <w:szCs w:val="20"/>
        </w:rPr>
        <w:t>postoupit</w:t>
      </w:r>
      <w:proofErr w:type="spellEnd"/>
      <w:r w:rsidRPr="00415899">
        <w:rPr>
          <w:rFonts w:cs="Arial"/>
          <w:sz w:val="20"/>
          <w:szCs w:val="20"/>
        </w:rPr>
        <w:t xml:space="preserve">, </w:t>
      </w:r>
      <w:proofErr w:type="spellStart"/>
      <w:r w:rsidRPr="00415899">
        <w:rPr>
          <w:rFonts w:cs="Arial"/>
          <w:sz w:val="20"/>
          <w:szCs w:val="20"/>
        </w:rPr>
        <w:t>zejména</w:t>
      </w:r>
      <w:proofErr w:type="spellEnd"/>
      <w:r w:rsidRPr="00415899">
        <w:rPr>
          <w:rFonts w:cs="Arial"/>
          <w:sz w:val="20"/>
          <w:szCs w:val="20"/>
        </w:rPr>
        <w:t xml:space="preserve"> </w:t>
      </w:r>
      <w:proofErr w:type="spellStart"/>
      <w:r w:rsidRPr="00415899">
        <w:rPr>
          <w:rFonts w:cs="Arial"/>
          <w:sz w:val="20"/>
          <w:szCs w:val="20"/>
        </w:rPr>
        <w:t>vlastníkovi</w:t>
      </w:r>
      <w:proofErr w:type="spellEnd"/>
      <w:r w:rsidRPr="00415899">
        <w:rPr>
          <w:rFonts w:cs="Arial"/>
          <w:sz w:val="20"/>
          <w:szCs w:val="20"/>
        </w:rPr>
        <w:t xml:space="preserve"> </w:t>
      </w:r>
      <w:proofErr w:type="spellStart"/>
      <w:r w:rsidRPr="00415899">
        <w:rPr>
          <w:rFonts w:cs="Arial"/>
          <w:sz w:val="20"/>
          <w:szCs w:val="20"/>
        </w:rPr>
        <w:t>či</w:t>
      </w:r>
      <w:proofErr w:type="spellEnd"/>
      <w:r w:rsidRPr="00415899">
        <w:rPr>
          <w:rFonts w:cs="Arial"/>
          <w:sz w:val="20"/>
          <w:szCs w:val="20"/>
        </w:rPr>
        <w:t xml:space="preserve"> </w:t>
      </w:r>
      <w:proofErr w:type="spellStart"/>
      <w:r w:rsidRPr="00415899">
        <w:rPr>
          <w:rFonts w:cs="Arial"/>
          <w:sz w:val="20"/>
          <w:szCs w:val="20"/>
        </w:rPr>
        <w:t>uživateli</w:t>
      </w:r>
      <w:proofErr w:type="spellEnd"/>
      <w:r w:rsidRPr="00415899">
        <w:rPr>
          <w:rFonts w:cs="Arial"/>
          <w:sz w:val="20"/>
          <w:szCs w:val="20"/>
        </w:rPr>
        <w:t xml:space="preserve"> </w:t>
      </w:r>
      <w:proofErr w:type="spellStart"/>
      <w:r w:rsidRPr="00415899">
        <w:rPr>
          <w:rFonts w:cs="Arial"/>
          <w:sz w:val="20"/>
          <w:szCs w:val="20"/>
        </w:rPr>
        <w:t>značky</w:t>
      </w:r>
      <w:proofErr w:type="spellEnd"/>
      <w:r w:rsidRPr="00415899">
        <w:rPr>
          <w:rFonts w:cs="Arial"/>
          <w:sz w:val="20"/>
          <w:szCs w:val="20"/>
        </w:rPr>
        <w:t xml:space="preserve"> icebreaker, </w:t>
      </w:r>
      <w:proofErr w:type="spellStart"/>
      <w:r w:rsidRPr="00415899">
        <w:rPr>
          <w:rFonts w:cs="Arial"/>
          <w:sz w:val="20"/>
          <w:szCs w:val="20"/>
        </w:rPr>
        <w:t>jeho</w:t>
      </w:r>
      <w:proofErr w:type="spellEnd"/>
      <w:r w:rsidRPr="00415899">
        <w:rPr>
          <w:rFonts w:cs="Arial"/>
          <w:sz w:val="20"/>
          <w:szCs w:val="20"/>
        </w:rPr>
        <w:t xml:space="preserve"> </w:t>
      </w:r>
      <w:proofErr w:type="spellStart"/>
      <w:r w:rsidRPr="00415899">
        <w:rPr>
          <w:rFonts w:cs="Arial"/>
          <w:sz w:val="20"/>
          <w:szCs w:val="20"/>
        </w:rPr>
        <w:t>propojeným</w:t>
      </w:r>
      <w:proofErr w:type="spellEnd"/>
      <w:r w:rsidRPr="00415899">
        <w:rPr>
          <w:rFonts w:cs="Arial"/>
          <w:sz w:val="20"/>
          <w:szCs w:val="20"/>
        </w:rPr>
        <w:t xml:space="preserve"> </w:t>
      </w:r>
      <w:proofErr w:type="spellStart"/>
      <w:r w:rsidRPr="00415899">
        <w:rPr>
          <w:rFonts w:cs="Arial"/>
          <w:sz w:val="20"/>
          <w:szCs w:val="20"/>
        </w:rPr>
        <w:t>osobám</w:t>
      </w:r>
      <w:proofErr w:type="spellEnd"/>
      <w:r w:rsidRPr="00415899">
        <w:rPr>
          <w:rFonts w:cs="Arial"/>
          <w:sz w:val="20"/>
          <w:szCs w:val="20"/>
        </w:rPr>
        <w:t xml:space="preserve">, </w:t>
      </w:r>
      <w:proofErr w:type="spellStart"/>
      <w:r w:rsidRPr="00415899">
        <w:rPr>
          <w:rFonts w:cs="Arial"/>
          <w:sz w:val="20"/>
          <w:szCs w:val="20"/>
        </w:rPr>
        <w:t>výrobcům</w:t>
      </w:r>
      <w:proofErr w:type="spellEnd"/>
      <w:r w:rsidRPr="00415899">
        <w:rPr>
          <w:rFonts w:cs="Arial"/>
          <w:sz w:val="20"/>
          <w:szCs w:val="20"/>
        </w:rPr>
        <w:t xml:space="preserve">, </w:t>
      </w:r>
      <w:proofErr w:type="spellStart"/>
      <w:r w:rsidRPr="00415899">
        <w:rPr>
          <w:rFonts w:cs="Arial"/>
          <w:sz w:val="20"/>
          <w:szCs w:val="20"/>
        </w:rPr>
        <w:t>distributorům</w:t>
      </w:r>
      <w:proofErr w:type="spellEnd"/>
      <w:r w:rsidRPr="00415899">
        <w:rPr>
          <w:rFonts w:cs="Arial"/>
          <w:sz w:val="20"/>
          <w:szCs w:val="20"/>
        </w:rPr>
        <w:t xml:space="preserve"> a </w:t>
      </w:r>
      <w:proofErr w:type="spellStart"/>
      <w:r w:rsidRPr="00415899">
        <w:rPr>
          <w:rFonts w:cs="Arial"/>
          <w:sz w:val="20"/>
          <w:szCs w:val="20"/>
        </w:rPr>
        <w:t>marketingovým</w:t>
      </w:r>
      <w:proofErr w:type="spellEnd"/>
      <w:r w:rsidRPr="00415899">
        <w:rPr>
          <w:rFonts w:cs="Arial"/>
          <w:sz w:val="20"/>
          <w:szCs w:val="20"/>
        </w:rPr>
        <w:t xml:space="preserve"> </w:t>
      </w:r>
      <w:proofErr w:type="spellStart"/>
      <w:r w:rsidRPr="00415899">
        <w:rPr>
          <w:rFonts w:cs="Arial"/>
          <w:sz w:val="20"/>
          <w:szCs w:val="20"/>
        </w:rPr>
        <w:t>partnerům</w:t>
      </w:r>
      <w:proofErr w:type="spellEnd"/>
      <w:r w:rsidRPr="00415899">
        <w:rPr>
          <w:rFonts w:cs="Arial"/>
          <w:sz w:val="20"/>
          <w:szCs w:val="20"/>
        </w:rPr>
        <w:t xml:space="preserve">, bez </w:t>
      </w:r>
      <w:proofErr w:type="spellStart"/>
      <w:r w:rsidRPr="00415899">
        <w:rPr>
          <w:rFonts w:cs="Arial"/>
          <w:sz w:val="20"/>
          <w:szCs w:val="20"/>
        </w:rPr>
        <w:t>dalšího</w:t>
      </w:r>
      <w:proofErr w:type="spellEnd"/>
      <w:r w:rsidRPr="00415899">
        <w:rPr>
          <w:rFonts w:cs="Arial"/>
          <w:sz w:val="20"/>
          <w:szCs w:val="20"/>
        </w:rPr>
        <w:t xml:space="preserve"> </w:t>
      </w:r>
      <w:proofErr w:type="spellStart"/>
      <w:r w:rsidRPr="00415899">
        <w:rPr>
          <w:rFonts w:cs="Arial"/>
          <w:sz w:val="20"/>
          <w:szCs w:val="20"/>
        </w:rPr>
        <w:t>souhlasu</w:t>
      </w:r>
      <w:proofErr w:type="spellEnd"/>
      <w:r w:rsidRPr="00415899">
        <w:rPr>
          <w:rFonts w:cs="Arial"/>
          <w:sz w:val="20"/>
          <w:szCs w:val="20"/>
        </w:rPr>
        <w:t xml:space="preserve"> </w:t>
      </w:r>
      <w:proofErr w:type="spellStart"/>
      <w:r w:rsidRPr="00415899">
        <w:rPr>
          <w:rFonts w:cs="Arial"/>
          <w:sz w:val="20"/>
          <w:szCs w:val="20"/>
        </w:rPr>
        <w:t>soutěžícího</w:t>
      </w:r>
      <w:proofErr w:type="spellEnd"/>
      <w:r w:rsidRPr="00415899">
        <w:rPr>
          <w:rFonts w:cs="Arial"/>
          <w:sz w:val="20"/>
          <w:szCs w:val="20"/>
        </w:rPr>
        <w:t>.</w:t>
      </w:r>
    </w:p>
    <w:p w14:paraId="374AA1F4" w14:textId="77777777" w:rsidR="003F3D56" w:rsidRPr="00415899" w:rsidRDefault="00DA020F">
      <w:pPr>
        <w:rPr>
          <w:rFonts w:cs="Arial"/>
          <w:sz w:val="20"/>
          <w:szCs w:val="20"/>
        </w:rPr>
      </w:pPr>
      <w:proofErr w:type="spellStart"/>
      <w:r w:rsidRPr="00415899">
        <w:rPr>
          <w:rFonts w:cs="Arial"/>
          <w:sz w:val="20"/>
          <w:szCs w:val="20"/>
        </w:rPr>
        <w:t>Soutěžící</w:t>
      </w:r>
      <w:proofErr w:type="spellEnd"/>
      <w:r w:rsidRPr="00415899">
        <w:rPr>
          <w:rFonts w:cs="Arial"/>
          <w:sz w:val="20"/>
          <w:szCs w:val="20"/>
        </w:rPr>
        <w:t xml:space="preserve"> </w:t>
      </w:r>
      <w:proofErr w:type="spellStart"/>
      <w:r w:rsidRPr="00415899">
        <w:rPr>
          <w:rFonts w:cs="Arial"/>
          <w:sz w:val="20"/>
          <w:szCs w:val="20"/>
        </w:rPr>
        <w:t>bere</w:t>
      </w:r>
      <w:proofErr w:type="spellEnd"/>
      <w:r w:rsidRPr="00415899">
        <w:rPr>
          <w:rFonts w:cs="Arial"/>
          <w:sz w:val="20"/>
          <w:szCs w:val="20"/>
        </w:rPr>
        <w:t xml:space="preserve"> </w:t>
      </w:r>
      <w:proofErr w:type="spellStart"/>
      <w:r w:rsidRPr="00415899">
        <w:rPr>
          <w:rFonts w:cs="Arial"/>
          <w:sz w:val="20"/>
          <w:szCs w:val="20"/>
        </w:rPr>
        <w:t>na</w:t>
      </w:r>
      <w:proofErr w:type="spellEnd"/>
      <w:r w:rsidRPr="00415899">
        <w:rPr>
          <w:rFonts w:cs="Arial"/>
          <w:sz w:val="20"/>
          <w:szCs w:val="20"/>
        </w:rPr>
        <w:t xml:space="preserve"> </w:t>
      </w:r>
      <w:proofErr w:type="spellStart"/>
      <w:r w:rsidRPr="00415899">
        <w:rPr>
          <w:rFonts w:cs="Arial"/>
          <w:sz w:val="20"/>
          <w:szCs w:val="20"/>
        </w:rPr>
        <w:t>vědomí</w:t>
      </w:r>
      <w:proofErr w:type="spellEnd"/>
      <w:r w:rsidRPr="00415899">
        <w:rPr>
          <w:rFonts w:cs="Arial"/>
          <w:sz w:val="20"/>
          <w:szCs w:val="20"/>
        </w:rPr>
        <w:t xml:space="preserve">, </w:t>
      </w:r>
      <w:proofErr w:type="spellStart"/>
      <w:r w:rsidRPr="00415899">
        <w:rPr>
          <w:rFonts w:cs="Arial"/>
          <w:sz w:val="20"/>
          <w:szCs w:val="20"/>
        </w:rPr>
        <w:t>že</w:t>
      </w:r>
      <w:proofErr w:type="spellEnd"/>
      <w:r w:rsidRPr="00415899">
        <w:rPr>
          <w:rFonts w:cs="Arial"/>
          <w:sz w:val="20"/>
          <w:szCs w:val="20"/>
        </w:rPr>
        <w:t xml:space="preserve"> za </w:t>
      </w:r>
      <w:proofErr w:type="spellStart"/>
      <w:r w:rsidRPr="00415899">
        <w:rPr>
          <w:rFonts w:cs="Arial"/>
          <w:sz w:val="20"/>
          <w:szCs w:val="20"/>
        </w:rPr>
        <w:t>poskytnutí</w:t>
      </w:r>
      <w:proofErr w:type="spellEnd"/>
      <w:r w:rsidRPr="00415899">
        <w:rPr>
          <w:rFonts w:cs="Arial"/>
          <w:sz w:val="20"/>
          <w:szCs w:val="20"/>
        </w:rPr>
        <w:t xml:space="preserve"> </w:t>
      </w:r>
      <w:proofErr w:type="spellStart"/>
      <w:r w:rsidRPr="00415899">
        <w:rPr>
          <w:rFonts w:cs="Arial"/>
          <w:sz w:val="20"/>
          <w:szCs w:val="20"/>
        </w:rPr>
        <w:t>licence</w:t>
      </w:r>
      <w:proofErr w:type="spellEnd"/>
      <w:r w:rsidRPr="00415899">
        <w:rPr>
          <w:rFonts w:cs="Arial"/>
          <w:sz w:val="20"/>
          <w:szCs w:val="20"/>
        </w:rPr>
        <w:t xml:space="preserve">, </w:t>
      </w:r>
      <w:proofErr w:type="spellStart"/>
      <w:r w:rsidRPr="00415899">
        <w:rPr>
          <w:rFonts w:cs="Arial"/>
          <w:sz w:val="20"/>
          <w:szCs w:val="20"/>
        </w:rPr>
        <w:t>výrobu</w:t>
      </w:r>
      <w:proofErr w:type="spellEnd"/>
      <w:r w:rsidRPr="00415899">
        <w:rPr>
          <w:rFonts w:cs="Arial"/>
          <w:sz w:val="20"/>
          <w:szCs w:val="20"/>
        </w:rPr>
        <w:t xml:space="preserve">, </w:t>
      </w:r>
      <w:proofErr w:type="spellStart"/>
      <w:r w:rsidRPr="00415899">
        <w:rPr>
          <w:rFonts w:cs="Arial"/>
          <w:sz w:val="20"/>
          <w:szCs w:val="20"/>
        </w:rPr>
        <w:t>prodej</w:t>
      </w:r>
      <w:proofErr w:type="spellEnd"/>
      <w:r w:rsidRPr="00415899">
        <w:rPr>
          <w:rFonts w:cs="Arial"/>
          <w:sz w:val="20"/>
          <w:szCs w:val="20"/>
        </w:rPr>
        <w:t xml:space="preserve">, </w:t>
      </w:r>
      <w:proofErr w:type="spellStart"/>
      <w:r w:rsidRPr="00415899">
        <w:rPr>
          <w:rFonts w:cs="Arial"/>
          <w:sz w:val="20"/>
          <w:szCs w:val="20"/>
        </w:rPr>
        <w:t>propagaci</w:t>
      </w:r>
      <w:proofErr w:type="spellEnd"/>
      <w:r w:rsidRPr="00415899">
        <w:rPr>
          <w:rFonts w:cs="Arial"/>
          <w:sz w:val="20"/>
          <w:szCs w:val="20"/>
        </w:rPr>
        <w:t xml:space="preserve"> ani </w:t>
      </w:r>
      <w:proofErr w:type="spellStart"/>
      <w:r w:rsidRPr="00415899">
        <w:rPr>
          <w:rFonts w:cs="Arial"/>
          <w:sz w:val="20"/>
          <w:szCs w:val="20"/>
        </w:rPr>
        <w:t>jiné</w:t>
      </w:r>
      <w:proofErr w:type="spellEnd"/>
      <w:r w:rsidRPr="00415899">
        <w:rPr>
          <w:rFonts w:cs="Arial"/>
          <w:sz w:val="20"/>
          <w:szCs w:val="20"/>
        </w:rPr>
        <w:t xml:space="preserve"> </w:t>
      </w:r>
      <w:proofErr w:type="spellStart"/>
      <w:r w:rsidRPr="00415899">
        <w:rPr>
          <w:rFonts w:cs="Arial"/>
          <w:sz w:val="20"/>
          <w:szCs w:val="20"/>
        </w:rPr>
        <w:t>užití</w:t>
      </w:r>
      <w:proofErr w:type="spellEnd"/>
      <w:r w:rsidRPr="00415899">
        <w:rPr>
          <w:rFonts w:cs="Arial"/>
          <w:sz w:val="20"/>
          <w:szCs w:val="20"/>
        </w:rPr>
        <w:t xml:space="preserve"> </w:t>
      </w:r>
      <w:proofErr w:type="spellStart"/>
      <w:r w:rsidRPr="00415899">
        <w:rPr>
          <w:rFonts w:cs="Arial"/>
          <w:sz w:val="20"/>
          <w:szCs w:val="20"/>
        </w:rPr>
        <w:t>návrhu</w:t>
      </w:r>
      <w:proofErr w:type="spellEnd"/>
      <w:r w:rsidRPr="00415899">
        <w:rPr>
          <w:rFonts w:cs="Arial"/>
          <w:sz w:val="20"/>
          <w:szCs w:val="20"/>
        </w:rPr>
        <w:t xml:space="preserve"> mu </w:t>
      </w:r>
      <w:proofErr w:type="spellStart"/>
      <w:r w:rsidRPr="00415899">
        <w:rPr>
          <w:rFonts w:cs="Arial"/>
          <w:sz w:val="20"/>
          <w:szCs w:val="20"/>
        </w:rPr>
        <w:t>vedle</w:t>
      </w:r>
      <w:proofErr w:type="spellEnd"/>
      <w:r w:rsidRPr="00415899">
        <w:rPr>
          <w:rFonts w:cs="Arial"/>
          <w:sz w:val="20"/>
          <w:szCs w:val="20"/>
        </w:rPr>
        <w:t xml:space="preserve"> </w:t>
      </w:r>
      <w:proofErr w:type="spellStart"/>
      <w:r w:rsidRPr="00415899">
        <w:rPr>
          <w:rFonts w:cs="Arial"/>
          <w:sz w:val="20"/>
          <w:szCs w:val="20"/>
        </w:rPr>
        <w:t>případné</w:t>
      </w:r>
      <w:proofErr w:type="spellEnd"/>
      <w:r w:rsidRPr="00415899">
        <w:rPr>
          <w:rFonts w:cs="Arial"/>
          <w:sz w:val="20"/>
          <w:szCs w:val="20"/>
        </w:rPr>
        <w:t xml:space="preserve"> </w:t>
      </w:r>
      <w:proofErr w:type="spellStart"/>
      <w:r w:rsidRPr="00415899">
        <w:rPr>
          <w:rFonts w:cs="Arial"/>
          <w:sz w:val="20"/>
          <w:szCs w:val="20"/>
        </w:rPr>
        <w:t>soutěžní</w:t>
      </w:r>
      <w:proofErr w:type="spellEnd"/>
      <w:r w:rsidRPr="00415899">
        <w:rPr>
          <w:rFonts w:cs="Arial"/>
          <w:sz w:val="20"/>
          <w:szCs w:val="20"/>
        </w:rPr>
        <w:t xml:space="preserve"> </w:t>
      </w:r>
      <w:proofErr w:type="spellStart"/>
      <w:r w:rsidRPr="00415899">
        <w:rPr>
          <w:rFonts w:cs="Arial"/>
          <w:sz w:val="20"/>
          <w:szCs w:val="20"/>
        </w:rPr>
        <w:t>ceny</w:t>
      </w:r>
      <w:proofErr w:type="spellEnd"/>
      <w:r w:rsidRPr="00415899">
        <w:rPr>
          <w:rFonts w:cs="Arial"/>
          <w:sz w:val="20"/>
          <w:szCs w:val="20"/>
        </w:rPr>
        <w:t xml:space="preserve"> </w:t>
      </w:r>
      <w:proofErr w:type="spellStart"/>
      <w:r w:rsidRPr="00415899">
        <w:rPr>
          <w:rFonts w:cs="Arial"/>
          <w:sz w:val="20"/>
          <w:szCs w:val="20"/>
        </w:rPr>
        <w:t>nenáleží</w:t>
      </w:r>
      <w:proofErr w:type="spellEnd"/>
      <w:r w:rsidRPr="00415899">
        <w:rPr>
          <w:rFonts w:cs="Arial"/>
          <w:sz w:val="20"/>
          <w:szCs w:val="20"/>
        </w:rPr>
        <w:t xml:space="preserve"> </w:t>
      </w:r>
      <w:proofErr w:type="spellStart"/>
      <w:r w:rsidRPr="00415899">
        <w:rPr>
          <w:rFonts w:cs="Arial"/>
          <w:sz w:val="20"/>
          <w:szCs w:val="20"/>
        </w:rPr>
        <w:t>žádná</w:t>
      </w:r>
      <w:proofErr w:type="spellEnd"/>
      <w:r w:rsidRPr="00415899">
        <w:rPr>
          <w:rFonts w:cs="Arial"/>
          <w:sz w:val="20"/>
          <w:szCs w:val="20"/>
        </w:rPr>
        <w:t xml:space="preserve"> </w:t>
      </w:r>
      <w:proofErr w:type="spellStart"/>
      <w:r w:rsidRPr="00415899">
        <w:rPr>
          <w:rFonts w:cs="Arial"/>
          <w:sz w:val="20"/>
          <w:szCs w:val="20"/>
        </w:rPr>
        <w:t>další</w:t>
      </w:r>
      <w:proofErr w:type="spellEnd"/>
      <w:r w:rsidRPr="00415899">
        <w:rPr>
          <w:rFonts w:cs="Arial"/>
          <w:sz w:val="20"/>
          <w:szCs w:val="20"/>
        </w:rPr>
        <w:t xml:space="preserve"> </w:t>
      </w:r>
      <w:proofErr w:type="spellStart"/>
      <w:r w:rsidRPr="00415899">
        <w:rPr>
          <w:rFonts w:cs="Arial"/>
          <w:sz w:val="20"/>
          <w:szCs w:val="20"/>
        </w:rPr>
        <w:t>odměna</w:t>
      </w:r>
      <w:proofErr w:type="spellEnd"/>
      <w:r w:rsidRPr="00415899">
        <w:rPr>
          <w:rFonts w:cs="Arial"/>
          <w:sz w:val="20"/>
          <w:szCs w:val="20"/>
        </w:rPr>
        <w:t xml:space="preserve">, </w:t>
      </w:r>
      <w:proofErr w:type="spellStart"/>
      <w:r w:rsidRPr="00415899">
        <w:rPr>
          <w:rFonts w:cs="Arial"/>
          <w:sz w:val="20"/>
          <w:szCs w:val="20"/>
        </w:rPr>
        <w:t>licenční</w:t>
      </w:r>
      <w:proofErr w:type="spellEnd"/>
      <w:r w:rsidRPr="00415899">
        <w:rPr>
          <w:rFonts w:cs="Arial"/>
          <w:sz w:val="20"/>
          <w:szCs w:val="20"/>
        </w:rPr>
        <w:t xml:space="preserve"> </w:t>
      </w:r>
      <w:proofErr w:type="spellStart"/>
      <w:r w:rsidRPr="00415899">
        <w:rPr>
          <w:rFonts w:cs="Arial"/>
          <w:sz w:val="20"/>
          <w:szCs w:val="20"/>
        </w:rPr>
        <w:t>poplatek</w:t>
      </w:r>
      <w:proofErr w:type="spellEnd"/>
      <w:r w:rsidRPr="00415899">
        <w:rPr>
          <w:rFonts w:cs="Arial"/>
          <w:sz w:val="20"/>
          <w:szCs w:val="20"/>
        </w:rPr>
        <w:t xml:space="preserve">, </w:t>
      </w:r>
      <w:proofErr w:type="spellStart"/>
      <w:r w:rsidRPr="00415899">
        <w:rPr>
          <w:rFonts w:cs="Arial"/>
          <w:sz w:val="20"/>
          <w:szCs w:val="20"/>
        </w:rPr>
        <w:t>podíl</w:t>
      </w:r>
      <w:proofErr w:type="spellEnd"/>
      <w:r w:rsidRPr="00415899">
        <w:rPr>
          <w:rFonts w:cs="Arial"/>
          <w:sz w:val="20"/>
          <w:szCs w:val="20"/>
        </w:rPr>
        <w:t xml:space="preserve"> </w:t>
      </w:r>
      <w:proofErr w:type="spellStart"/>
      <w:r w:rsidRPr="00415899">
        <w:rPr>
          <w:rFonts w:cs="Arial"/>
          <w:sz w:val="20"/>
          <w:szCs w:val="20"/>
        </w:rPr>
        <w:t>na</w:t>
      </w:r>
      <w:proofErr w:type="spellEnd"/>
      <w:r w:rsidRPr="00415899">
        <w:rPr>
          <w:rFonts w:cs="Arial"/>
          <w:sz w:val="20"/>
          <w:szCs w:val="20"/>
        </w:rPr>
        <w:t xml:space="preserve"> </w:t>
      </w:r>
      <w:proofErr w:type="spellStart"/>
      <w:r w:rsidRPr="00415899">
        <w:rPr>
          <w:rFonts w:cs="Arial"/>
          <w:sz w:val="20"/>
          <w:szCs w:val="20"/>
        </w:rPr>
        <w:t>tržbách</w:t>
      </w:r>
      <w:proofErr w:type="spellEnd"/>
      <w:r w:rsidRPr="00415899">
        <w:rPr>
          <w:rFonts w:cs="Arial"/>
          <w:sz w:val="20"/>
          <w:szCs w:val="20"/>
        </w:rPr>
        <w:t xml:space="preserve"> ani </w:t>
      </w:r>
      <w:proofErr w:type="spellStart"/>
      <w:r w:rsidRPr="00415899">
        <w:rPr>
          <w:rFonts w:cs="Arial"/>
          <w:sz w:val="20"/>
          <w:szCs w:val="20"/>
        </w:rPr>
        <w:t>jiné</w:t>
      </w:r>
      <w:proofErr w:type="spellEnd"/>
      <w:r w:rsidRPr="00415899">
        <w:rPr>
          <w:rFonts w:cs="Arial"/>
          <w:sz w:val="20"/>
          <w:szCs w:val="20"/>
        </w:rPr>
        <w:t xml:space="preserve"> </w:t>
      </w:r>
      <w:proofErr w:type="spellStart"/>
      <w:r w:rsidRPr="00415899">
        <w:rPr>
          <w:rFonts w:cs="Arial"/>
          <w:sz w:val="20"/>
          <w:szCs w:val="20"/>
        </w:rPr>
        <w:t>peněžité</w:t>
      </w:r>
      <w:proofErr w:type="spellEnd"/>
      <w:r w:rsidRPr="00415899">
        <w:rPr>
          <w:rFonts w:cs="Arial"/>
          <w:sz w:val="20"/>
          <w:szCs w:val="20"/>
        </w:rPr>
        <w:t xml:space="preserve"> </w:t>
      </w:r>
      <w:proofErr w:type="spellStart"/>
      <w:r w:rsidRPr="00415899">
        <w:rPr>
          <w:rFonts w:cs="Arial"/>
          <w:sz w:val="20"/>
          <w:szCs w:val="20"/>
        </w:rPr>
        <w:t>či</w:t>
      </w:r>
      <w:proofErr w:type="spellEnd"/>
      <w:r w:rsidRPr="00415899">
        <w:rPr>
          <w:rFonts w:cs="Arial"/>
          <w:sz w:val="20"/>
          <w:szCs w:val="20"/>
        </w:rPr>
        <w:t xml:space="preserve"> </w:t>
      </w:r>
      <w:proofErr w:type="spellStart"/>
      <w:r w:rsidRPr="00415899">
        <w:rPr>
          <w:rFonts w:cs="Arial"/>
          <w:sz w:val="20"/>
          <w:szCs w:val="20"/>
        </w:rPr>
        <w:t>nepeněžité</w:t>
      </w:r>
      <w:proofErr w:type="spellEnd"/>
      <w:r w:rsidRPr="00415899">
        <w:rPr>
          <w:rFonts w:cs="Arial"/>
          <w:sz w:val="20"/>
          <w:szCs w:val="20"/>
        </w:rPr>
        <w:t xml:space="preserve"> </w:t>
      </w:r>
      <w:proofErr w:type="spellStart"/>
      <w:r w:rsidRPr="00415899">
        <w:rPr>
          <w:rFonts w:cs="Arial"/>
          <w:sz w:val="20"/>
          <w:szCs w:val="20"/>
        </w:rPr>
        <w:t>plnění</w:t>
      </w:r>
      <w:proofErr w:type="spellEnd"/>
      <w:r w:rsidRPr="00415899">
        <w:rPr>
          <w:rFonts w:cs="Arial"/>
          <w:sz w:val="20"/>
          <w:szCs w:val="20"/>
        </w:rPr>
        <w:t xml:space="preserve">. </w:t>
      </w:r>
      <w:proofErr w:type="spellStart"/>
      <w:r w:rsidRPr="00415899">
        <w:rPr>
          <w:rFonts w:cs="Arial"/>
          <w:sz w:val="20"/>
          <w:szCs w:val="20"/>
        </w:rPr>
        <w:t>Licence</w:t>
      </w:r>
      <w:proofErr w:type="spellEnd"/>
      <w:r w:rsidRPr="00415899">
        <w:rPr>
          <w:rFonts w:cs="Arial"/>
          <w:sz w:val="20"/>
          <w:szCs w:val="20"/>
        </w:rPr>
        <w:t xml:space="preserve"> </w:t>
      </w:r>
      <w:proofErr w:type="spellStart"/>
      <w:r w:rsidRPr="00415899">
        <w:rPr>
          <w:rFonts w:cs="Arial"/>
          <w:sz w:val="20"/>
          <w:szCs w:val="20"/>
        </w:rPr>
        <w:t>není</w:t>
      </w:r>
      <w:proofErr w:type="spellEnd"/>
      <w:r w:rsidRPr="00415899">
        <w:rPr>
          <w:rFonts w:cs="Arial"/>
          <w:sz w:val="20"/>
          <w:szCs w:val="20"/>
        </w:rPr>
        <w:t xml:space="preserve"> pro </w:t>
      </w:r>
      <w:proofErr w:type="spellStart"/>
      <w:r w:rsidRPr="00415899">
        <w:rPr>
          <w:rFonts w:cs="Arial"/>
          <w:sz w:val="20"/>
          <w:szCs w:val="20"/>
        </w:rPr>
        <w:t>Pořadatele</w:t>
      </w:r>
      <w:proofErr w:type="spellEnd"/>
      <w:r w:rsidRPr="00415899">
        <w:rPr>
          <w:rFonts w:cs="Arial"/>
          <w:sz w:val="20"/>
          <w:szCs w:val="20"/>
        </w:rPr>
        <w:t xml:space="preserve"> </w:t>
      </w:r>
      <w:proofErr w:type="spellStart"/>
      <w:r w:rsidRPr="00415899">
        <w:rPr>
          <w:rFonts w:cs="Arial"/>
          <w:sz w:val="20"/>
          <w:szCs w:val="20"/>
        </w:rPr>
        <w:t>povinná</w:t>
      </w:r>
      <w:proofErr w:type="spellEnd"/>
      <w:r w:rsidRPr="00415899">
        <w:rPr>
          <w:rFonts w:cs="Arial"/>
          <w:sz w:val="20"/>
          <w:szCs w:val="20"/>
        </w:rPr>
        <w:t xml:space="preserve"> k </w:t>
      </w:r>
      <w:proofErr w:type="spellStart"/>
      <w:r w:rsidRPr="00415899">
        <w:rPr>
          <w:rFonts w:cs="Arial"/>
          <w:sz w:val="20"/>
          <w:szCs w:val="20"/>
        </w:rPr>
        <w:t>využití</w:t>
      </w:r>
      <w:proofErr w:type="spellEnd"/>
      <w:r w:rsidRPr="00415899">
        <w:rPr>
          <w:rFonts w:cs="Arial"/>
          <w:sz w:val="20"/>
          <w:szCs w:val="20"/>
        </w:rPr>
        <w:t>.</w:t>
      </w:r>
    </w:p>
    <w:p w14:paraId="4533EB14" w14:textId="77777777" w:rsidR="003F3D56" w:rsidRPr="00415899" w:rsidRDefault="00DA020F">
      <w:pPr>
        <w:rPr>
          <w:rFonts w:cs="Arial"/>
          <w:sz w:val="20"/>
          <w:szCs w:val="20"/>
        </w:rPr>
      </w:pPr>
      <w:proofErr w:type="spellStart"/>
      <w:r w:rsidRPr="00415899">
        <w:rPr>
          <w:rFonts w:cs="Arial"/>
          <w:sz w:val="20"/>
          <w:szCs w:val="20"/>
        </w:rPr>
        <w:t>Osobnostní</w:t>
      </w:r>
      <w:proofErr w:type="spellEnd"/>
      <w:r w:rsidRPr="00415899">
        <w:rPr>
          <w:rFonts w:cs="Arial"/>
          <w:sz w:val="20"/>
          <w:szCs w:val="20"/>
        </w:rPr>
        <w:t xml:space="preserve"> </w:t>
      </w:r>
      <w:proofErr w:type="spellStart"/>
      <w:r w:rsidRPr="00415899">
        <w:rPr>
          <w:rFonts w:cs="Arial"/>
          <w:sz w:val="20"/>
          <w:szCs w:val="20"/>
        </w:rPr>
        <w:t>autorská</w:t>
      </w:r>
      <w:proofErr w:type="spellEnd"/>
      <w:r w:rsidRPr="00415899">
        <w:rPr>
          <w:rFonts w:cs="Arial"/>
          <w:sz w:val="20"/>
          <w:szCs w:val="20"/>
        </w:rPr>
        <w:t xml:space="preserve"> </w:t>
      </w:r>
      <w:proofErr w:type="spellStart"/>
      <w:r w:rsidRPr="00415899">
        <w:rPr>
          <w:rFonts w:cs="Arial"/>
          <w:sz w:val="20"/>
          <w:szCs w:val="20"/>
        </w:rPr>
        <w:t>práva</w:t>
      </w:r>
      <w:proofErr w:type="spellEnd"/>
      <w:r w:rsidRPr="00415899">
        <w:rPr>
          <w:rFonts w:cs="Arial"/>
          <w:sz w:val="20"/>
          <w:szCs w:val="20"/>
        </w:rPr>
        <w:t xml:space="preserve"> </w:t>
      </w:r>
      <w:proofErr w:type="spellStart"/>
      <w:r w:rsidRPr="00415899">
        <w:rPr>
          <w:rFonts w:cs="Arial"/>
          <w:sz w:val="20"/>
          <w:szCs w:val="20"/>
        </w:rPr>
        <w:t>autora</w:t>
      </w:r>
      <w:proofErr w:type="spellEnd"/>
      <w:r w:rsidRPr="00415899">
        <w:rPr>
          <w:rFonts w:cs="Arial"/>
          <w:sz w:val="20"/>
          <w:szCs w:val="20"/>
        </w:rPr>
        <w:t xml:space="preserve"> </w:t>
      </w:r>
      <w:proofErr w:type="spellStart"/>
      <w:r w:rsidRPr="00415899">
        <w:rPr>
          <w:rFonts w:cs="Arial"/>
          <w:sz w:val="20"/>
          <w:szCs w:val="20"/>
        </w:rPr>
        <w:t>zůstávají</w:t>
      </w:r>
      <w:proofErr w:type="spellEnd"/>
      <w:r w:rsidRPr="00415899">
        <w:rPr>
          <w:rFonts w:cs="Arial"/>
          <w:sz w:val="20"/>
          <w:szCs w:val="20"/>
        </w:rPr>
        <w:t xml:space="preserve"> </w:t>
      </w:r>
      <w:proofErr w:type="spellStart"/>
      <w:r w:rsidRPr="00415899">
        <w:rPr>
          <w:rFonts w:cs="Arial"/>
          <w:sz w:val="20"/>
          <w:szCs w:val="20"/>
        </w:rPr>
        <w:t>zachována</w:t>
      </w:r>
      <w:proofErr w:type="spellEnd"/>
      <w:r w:rsidRPr="00415899">
        <w:rPr>
          <w:rFonts w:cs="Arial"/>
          <w:sz w:val="20"/>
          <w:szCs w:val="20"/>
        </w:rPr>
        <w:t xml:space="preserve">. </w:t>
      </w:r>
      <w:proofErr w:type="spellStart"/>
      <w:r w:rsidRPr="00415899">
        <w:rPr>
          <w:rFonts w:cs="Arial"/>
          <w:sz w:val="20"/>
          <w:szCs w:val="20"/>
        </w:rPr>
        <w:t>Pořadatel</w:t>
      </w:r>
      <w:proofErr w:type="spellEnd"/>
      <w:r w:rsidRPr="00415899">
        <w:rPr>
          <w:rFonts w:cs="Arial"/>
          <w:sz w:val="20"/>
          <w:szCs w:val="20"/>
        </w:rPr>
        <w:t xml:space="preserve"> </w:t>
      </w:r>
      <w:proofErr w:type="spellStart"/>
      <w:r w:rsidRPr="00415899">
        <w:rPr>
          <w:rFonts w:cs="Arial"/>
          <w:sz w:val="20"/>
          <w:szCs w:val="20"/>
        </w:rPr>
        <w:t>uvede</w:t>
      </w:r>
      <w:proofErr w:type="spellEnd"/>
      <w:r w:rsidRPr="00415899">
        <w:rPr>
          <w:rFonts w:cs="Arial"/>
          <w:sz w:val="20"/>
          <w:szCs w:val="20"/>
        </w:rPr>
        <w:t xml:space="preserve"> </w:t>
      </w:r>
      <w:proofErr w:type="spellStart"/>
      <w:r w:rsidRPr="00415899">
        <w:rPr>
          <w:rFonts w:cs="Arial"/>
          <w:sz w:val="20"/>
          <w:szCs w:val="20"/>
        </w:rPr>
        <w:t>autora</w:t>
      </w:r>
      <w:proofErr w:type="spellEnd"/>
      <w:r w:rsidRPr="00415899">
        <w:rPr>
          <w:rFonts w:cs="Arial"/>
          <w:sz w:val="20"/>
          <w:szCs w:val="20"/>
        </w:rPr>
        <w:t xml:space="preserve">, je-li to </w:t>
      </w:r>
      <w:proofErr w:type="spellStart"/>
      <w:r w:rsidRPr="00415899">
        <w:rPr>
          <w:rFonts w:cs="Arial"/>
          <w:sz w:val="20"/>
          <w:szCs w:val="20"/>
        </w:rPr>
        <w:t>při</w:t>
      </w:r>
      <w:proofErr w:type="spellEnd"/>
      <w:r w:rsidRPr="00415899">
        <w:rPr>
          <w:rFonts w:cs="Arial"/>
          <w:sz w:val="20"/>
          <w:szCs w:val="20"/>
        </w:rPr>
        <w:t xml:space="preserve"> </w:t>
      </w:r>
      <w:proofErr w:type="spellStart"/>
      <w:r w:rsidRPr="00415899">
        <w:rPr>
          <w:rFonts w:cs="Arial"/>
          <w:sz w:val="20"/>
          <w:szCs w:val="20"/>
        </w:rPr>
        <w:t>daném</w:t>
      </w:r>
      <w:proofErr w:type="spellEnd"/>
      <w:r w:rsidRPr="00415899">
        <w:rPr>
          <w:rFonts w:cs="Arial"/>
          <w:sz w:val="20"/>
          <w:szCs w:val="20"/>
        </w:rPr>
        <w:t xml:space="preserve"> </w:t>
      </w:r>
      <w:proofErr w:type="spellStart"/>
      <w:r w:rsidRPr="00415899">
        <w:rPr>
          <w:rFonts w:cs="Arial"/>
          <w:sz w:val="20"/>
          <w:szCs w:val="20"/>
        </w:rPr>
        <w:t>způsobu</w:t>
      </w:r>
      <w:proofErr w:type="spellEnd"/>
      <w:r w:rsidRPr="00415899">
        <w:rPr>
          <w:rFonts w:cs="Arial"/>
          <w:sz w:val="20"/>
          <w:szCs w:val="20"/>
        </w:rPr>
        <w:t xml:space="preserve"> </w:t>
      </w:r>
      <w:proofErr w:type="spellStart"/>
      <w:r w:rsidRPr="00415899">
        <w:rPr>
          <w:rFonts w:cs="Arial"/>
          <w:sz w:val="20"/>
          <w:szCs w:val="20"/>
        </w:rPr>
        <w:t>užití</w:t>
      </w:r>
      <w:proofErr w:type="spellEnd"/>
      <w:r w:rsidRPr="00415899">
        <w:rPr>
          <w:rFonts w:cs="Arial"/>
          <w:sz w:val="20"/>
          <w:szCs w:val="20"/>
        </w:rPr>
        <w:t xml:space="preserve"> </w:t>
      </w:r>
      <w:proofErr w:type="spellStart"/>
      <w:r w:rsidRPr="00415899">
        <w:rPr>
          <w:rFonts w:cs="Arial"/>
          <w:sz w:val="20"/>
          <w:szCs w:val="20"/>
        </w:rPr>
        <w:t>obvyklé</w:t>
      </w:r>
      <w:proofErr w:type="spellEnd"/>
      <w:r w:rsidRPr="00415899">
        <w:rPr>
          <w:rFonts w:cs="Arial"/>
          <w:sz w:val="20"/>
          <w:szCs w:val="20"/>
        </w:rPr>
        <w:t xml:space="preserve"> a </w:t>
      </w:r>
      <w:proofErr w:type="spellStart"/>
      <w:r w:rsidRPr="00415899">
        <w:rPr>
          <w:rFonts w:cs="Arial"/>
          <w:sz w:val="20"/>
          <w:szCs w:val="20"/>
        </w:rPr>
        <w:t>technicky</w:t>
      </w:r>
      <w:proofErr w:type="spellEnd"/>
      <w:r w:rsidRPr="00415899">
        <w:rPr>
          <w:rFonts w:cs="Arial"/>
          <w:sz w:val="20"/>
          <w:szCs w:val="20"/>
        </w:rPr>
        <w:t xml:space="preserve"> </w:t>
      </w:r>
      <w:proofErr w:type="spellStart"/>
      <w:r w:rsidRPr="00415899">
        <w:rPr>
          <w:rFonts w:cs="Arial"/>
          <w:sz w:val="20"/>
          <w:szCs w:val="20"/>
        </w:rPr>
        <w:t>možné</w:t>
      </w:r>
      <w:proofErr w:type="spellEnd"/>
      <w:r w:rsidRPr="00415899">
        <w:rPr>
          <w:rFonts w:cs="Arial"/>
          <w:sz w:val="20"/>
          <w:szCs w:val="20"/>
        </w:rPr>
        <w:t xml:space="preserve">; </w:t>
      </w:r>
      <w:proofErr w:type="spellStart"/>
      <w:r w:rsidRPr="00415899">
        <w:rPr>
          <w:rFonts w:cs="Arial"/>
          <w:sz w:val="20"/>
          <w:szCs w:val="20"/>
        </w:rPr>
        <w:t>soutěžící</w:t>
      </w:r>
      <w:proofErr w:type="spellEnd"/>
      <w:r w:rsidRPr="00415899">
        <w:rPr>
          <w:rFonts w:cs="Arial"/>
          <w:sz w:val="20"/>
          <w:szCs w:val="20"/>
        </w:rPr>
        <w:t xml:space="preserve"> </w:t>
      </w:r>
      <w:proofErr w:type="spellStart"/>
      <w:r w:rsidRPr="00415899">
        <w:rPr>
          <w:rFonts w:cs="Arial"/>
          <w:sz w:val="20"/>
          <w:szCs w:val="20"/>
        </w:rPr>
        <w:t>může</w:t>
      </w:r>
      <w:proofErr w:type="spellEnd"/>
      <w:r w:rsidRPr="00415899">
        <w:rPr>
          <w:rFonts w:cs="Arial"/>
          <w:sz w:val="20"/>
          <w:szCs w:val="20"/>
        </w:rPr>
        <w:t xml:space="preserve"> v </w:t>
      </w:r>
      <w:proofErr w:type="spellStart"/>
      <w:r w:rsidRPr="00415899">
        <w:rPr>
          <w:rFonts w:cs="Arial"/>
          <w:sz w:val="20"/>
          <w:szCs w:val="20"/>
        </w:rPr>
        <w:t>přihlášce</w:t>
      </w:r>
      <w:proofErr w:type="spellEnd"/>
      <w:r w:rsidRPr="00415899">
        <w:rPr>
          <w:rFonts w:cs="Arial"/>
          <w:sz w:val="20"/>
          <w:szCs w:val="20"/>
        </w:rPr>
        <w:t xml:space="preserve"> </w:t>
      </w:r>
      <w:proofErr w:type="spellStart"/>
      <w:r w:rsidRPr="00415899">
        <w:rPr>
          <w:rFonts w:cs="Arial"/>
          <w:sz w:val="20"/>
          <w:szCs w:val="20"/>
        </w:rPr>
        <w:t>požádat</w:t>
      </w:r>
      <w:proofErr w:type="spellEnd"/>
      <w:r w:rsidRPr="00415899">
        <w:rPr>
          <w:rFonts w:cs="Arial"/>
          <w:sz w:val="20"/>
          <w:szCs w:val="20"/>
        </w:rPr>
        <w:t xml:space="preserve"> o </w:t>
      </w:r>
      <w:proofErr w:type="spellStart"/>
      <w:r w:rsidRPr="00415899">
        <w:rPr>
          <w:rFonts w:cs="Arial"/>
          <w:sz w:val="20"/>
          <w:szCs w:val="20"/>
        </w:rPr>
        <w:t>uvedení</w:t>
      </w:r>
      <w:proofErr w:type="spellEnd"/>
      <w:r w:rsidRPr="00415899">
        <w:rPr>
          <w:rFonts w:cs="Arial"/>
          <w:sz w:val="20"/>
          <w:szCs w:val="20"/>
        </w:rPr>
        <w:t xml:space="preserve"> </w:t>
      </w:r>
      <w:proofErr w:type="spellStart"/>
      <w:r w:rsidRPr="00415899">
        <w:rPr>
          <w:rFonts w:cs="Arial"/>
          <w:sz w:val="20"/>
          <w:szCs w:val="20"/>
        </w:rPr>
        <w:t>pseudonymu</w:t>
      </w:r>
      <w:proofErr w:type="spellEnd"/>
      <w:r w:rsidRPr="00415899">
        <w:rPr>
          <w:rFonts w:cs="Arial"/>
          <w:sz w:val="20"/>
          <w:szCs w:val="20"/>
        </w:rPr>
        <w:t xml:space="preserve"> </w:t>
      </w:r>
      <w:proofErr w:type="spellStart"/>
      <w:r w:rsidRPr="00415899">
        <w:rPr>
          <w:rFonts w:cs="Arial"/>
          <w:sz w:val="20"/>
          <w:szCs w:val="20"/>
        </w:rPr>
        <w:t>nebo</w:t>
      </w:r>
      <w:proofErr w:type="spellEnd"/>
      <w:r w:rsidRPr="00415899">
        <w:rPr>
          <w:rFonts w:cs="Arial"/>
          <w:sz w:val="20"/>
          <w:szCs w:val="20"/>
        </w:rPr>
        <w:t xml:space="preserve"> o </w:t>
      </w:r>
      <w:proofErr w:type="spellStart"/>
      <w:r w:rsidRPr="00415899">
        <w:rPr>
          <w:rFonts w:cs="Arial"/>
          <w:sz w:val="20"/>
          <w:szCs w:val="20"/>
        </w:rPr>
        <w:t>anonymní</w:t>
      </w:r>
      <w:proofErr w:type="spellEnd"/>
      <w:r w:rsidRPr="00415899">
        <w:rPr>
          <w:rFonts w:cs="Arial"/>
          <w:sz w:val="20"/>
          <w:szCs w:val="20"/>
        </w:rPr>
        <w:t xml:space="preserve"> </w:t>
      </w:r>
      <w:proofErr w:type="spellStart"/>
      <w:r w:rsidRPr="00415899">
        <w:rPr>
          <w:rFonts w:cs="Arial"/>
          <w:sz w:val="20"/>
          <w:szCs w:val="20"/>
        </w:rPr>
        <w:t>zveřejnění</w:t>
      </w:r>
      <w:proofErr w:type="spellEnd"/>
      <w:r w:rsidRPr="00415899">
        <w:rPr>
          <w:rFonts w:cs="Arial"/>
          <w:sz w:val="20"/>
          <w:szCs w:val="20"/>
        </w:rPr>
        <w:t>.</w:t>
      </w:r>
    </w:p>
    <w:p w14:paraId="73CE2525" w14:textId="77777777" w:rsidR="003F3D56" w:rsidRPr="00415899" w:rsidRDefault="00DA020F">
      <w:pPr>
        <w:pStyle w:val="Nadpis1"/>
        <w:rPr>
          <w:rFonts w:ascii="Arial" w:hAnsi="Arial" w:cs="Arial"/>
          <w:sz w:val="20"/>
          <w:szCs w:val="20"/>
        </w:rPr>
      </w:pPr>
      <w:r w:rsidRPr="00415899">
        <w:rPr>
          <w:rFonts w:ascii="Arial" w:hAnsi="Arial" w:cs="Arial"/>
          <w:sz w:val="20"/>
          <w:szCs w:val="20"/>
        </w:rPr>
        <w:t xml:space="preserve">12. </w:t>
      </w:r>
      <w:proofErr w:type="spellStart"/>
      <w:r w:rsidRPr="00415899">
        <w:rPr>
          <w:rFonts w:ascii="Arial" w:hAnsi="Arial" w:cs="Arial"/>
          <w:sz w:val="20"/>
          <w:szCs w:val="20"/>
        </w:rPr>
        <w:t>Osobní</w:t>
      </w:r>
      <w:proofErr w:type="spellEnd"/>
      <w:r w:rsidRPr="00415899">
        <w:rPr>
          <w:rFonts w:ascii="Arial" w:hAnsi="Arial" w:cs="Arial"/>
          <w:sz w:val="20"/>
          <w:szCs w:val="20"/>
        </w:rPr>
        <w:t xml:space="preserve"> </w:t>
      </w:r>
      <w:proofErr w:type="spellStart"/>
      <w:r w:rsidRPr="00415899">
        <w:rPr>
          <w:rFonts w:ascii="Arial" w:hAnsi="Arial" w:cs="Arial"/>
          <w:sz w:val="20"/>
          <w:szCs w:val="20"/>
        </w:rPr>
        <w:t>údaje</w:t>
      </w:r>
      <w:proofErr w:type="spellEnd"/>
    </w:p>
    <w:p w14:paraId="4673F633" w14:textId="77777777" w:rsidR="003F3D56" w:rsidRPr="00415899" w:rsidRDefault="00DA020F">
      <w:pPr>
        <w:rPr>
          <w:rFonts w:cs="Arial"/>
          <w:sz w:val="20"/>
          <w:szCs w:val="20"/>
        </w:rPr>
      </w:pPr>
      <w:proofErr w:type="spellStart"/>
      <w:r w:rsidRPr="00415899">
        <w:rPr>
          <w:rFonts w:cs="Arial"/>
          <w:sz w:val="20"/>
          <w:szCs w:val="20"/>
        </w:rPr>
        <w:t>Správcem</w:t>
      </w:r>
      <w:proofErr w:type="spellEnd"/>
      <w:r w:rsidRPr="00415899">
        <w:rPr>
          <w:rFonts w:cs="Arial"/>
          <w:sz w:val="20"/>
          <w:szCs w:val="20"/>
        </w:rPr>
        <w:t xml:space="preserve"> </w:t>
      </w:r>
      <w:proofErr w:type="spellStart"/>
      <w:r w:rsidRPr="00415899">
        <w:rPr>
          <w:rFonts w:cs="Arial"/>
          <w:sz w:val="20"/>
          <w:szCs w:val="20"/>
        </w:rPr>
        <w:t>osobních</w:t>
      </w:r>
      <w:proofErr w:type="spellEnd"/>
      <w:r w:rsidRPr="00415899">
        <w:rPr>
          <w:rFonts w:cs="Arial"/>
          <w:sz w:val="20"/>
          <w:szCs w:val="20"/>
        </w:rPr>
        <w:t xml:space="preserve"> </w:t>
      </w:r>
      <w:proofErr w:type="spellStart"/>
      <w:r w:rsidRPr="00415899">
        <w:rPr>
          <w:rFonts w:cs="Arial"/>
          <w:sz w:val="20"/>
          <w:szCs w:val="20"/>
        </w:rPr>
        <w:t>údajů</w:t>
      </w:r>
      <w:proofErr w:type="spellEnd"/>
      <w:r w:rsidRPr="00415899">
        <w:rPr>
          <w:rFonts w:cs="Arial"/>
          <w:sz w:val="20"/>
          <w:szCs w:val="20"/>
        </w:rPr>
        <w:t xml:space="preserve"> je SUPICH </w:t>
      </w:r>
      <w:proofErr w:type="spellStart"/>
      <w:r w:rsidRPr="00415899">
        <w:rPr>
          <w:rFonts w:cs="Arial"/>
          <w:sz w:val="20"/>
          <w:szCs w:val="20"/>
        </w:rPr>
        <w:t>s.r.o.</w:t>
      </w:r>
      <w:proofErr w:type="spellEnd"/>
      <w:r w:rsidRPr="00415899">
        <w:rPr>
          <w:rFonts w:cs="Arial"/>
          <w:sz w:val="20"/>
          <w:szCs w:val="20"/>
        </w:rPr>
        <w:t xml:space="preserve">, IČO 04805445, </w:t>
      </w:r>
      <w:proofErr w:type="spellStart"/>
      <w:r w:rsidRPr="00415899">
        <w:rPr>
          <w:rFonts w:cs="Arial"/>
          <w:sz w:val="20"/>
          <w:szCs w:val="20"/>
        </w:rPr>
        <w:t>kontaktní</w:t>
      </w:r>
      <w:proofErr w:type="spellEnd"/>
      <w:r w:rsidRPr="00415899">
        <w:rPr>
          <w:rFonts w:cs="Arial"/>
          <w:sz w:val="20"/>
          <w:szCs w:val="20"/>
        </w:rPr>
        <w:t xml:space="preserve"> e-mail info@merinoobchod.cz. </w:t>
      </w:r>
      <w:proofErr w:type="spellStart"/>
      <w:r w:rsidRPr="00415899">
        <w:rPr>
          <w:rFonts w:cs="Arial"/>
          <w:sz w:val="20"/>
          <w:szCs w:val="20"/>
        </w:rPr>
        <w:t>Osobní</w:t>
      </w:r>
      <w:proofErr w:type="spellEnd"/>
      <w:r w:rsidRPr="00415899">
        <w:rPr>
          <w:rFonts w:cs="Arial"/>
          <w:sz w:val="20"/>
          <w:szCs w:val="20"/>
        </w:rPr>
        <w:t xml:space="preserve"> </w:t>
      </w:r>
      <w:proofErr w:type="spellStart"/>
      <w:r w:rsidRPr="00415899">
        <w:rPr>
          <w:rFonts w:cs="Arial"/>
          <w:sz w:val="20"/>
          <w:szCs w:val="20"/>
        </w:rPr>
        <w:t>údaje</w:t>
      </w:r>
      <w:proofErr w:type="spellEnd"/>
      <w:r w:rsidRPr="00415899">
        <w:rPr>
          <w:rFonts w:cs="Arial"/>
          <w:sz w:val="20"/>
          <w:szCs w:val="20"/>
        </w:rPr>
        <w:t xml:space="preserve"> </w:t>
      </w:r>
      <w:proofErr w:type="spellStart"/>
      <w:r w:rsidRPr="00415899">
        <w:rPr>
          <w:rFonts w:cs="Arial"/>
          <w:sz w:val="20"/>
          <w:szCs w:val="20"/>
        </w:rPr>
        <w:t>uvedené</w:t>
      </w:r>
      <w:proofErr w:type="spellEnd"/>
      <w:r w:rsidRPr="00415899">
        <w:rPr>
          <w:rFonts w:cs="Arial"/>
          <w:sz w:val="20"/>
          <w:szCs w:val="20"/>
        </w:rPr>
        <w:t xml:space="preserve"> v </w:t>
      </w:r>
      <w:proofErr w:type="spellStart"/>
      <w:r w:rsidRPr="00415899">
        <w:rPr>
          <w:rFonts w:cs="Arial"/>
          <w:sz w:val="20"/>
          <w:szCs w:val="20"/>
        </w:rPr>
        <w:t>přihlášce</w:t>
      </w:r>
      <w:proofErr w:type="spellEnd"/>
      <w:r w:rsidRPr="00415899">
        <w:rPr>
          <w:rFonts w:cs="Arial"/>
          <w:sz w:val="20"/>
          <w:szCs w:val="20"/>
        </w:rPr>
        <w:t xml:space="preserve"> </w:t>
      </w:r>
      <w:proofErr w:type="spellStart"/>
      <w:r w:rsidRPr="00415899">
        <w:rPr>
          <w:rFonts w:cs="Arial"/>
          <w:sz w:val="20"/>
          <w:szCs w:val="20"/>
        </w:rPr>
        <w:t>zpracovává</w:t>
      </w:r>
      <w:proofErr w:type="spellEnd"/>
      <w:r w:rsidRPr="00415899">
        <w:rPr>
          <w:rFonts w:cs="Arial"/>
          <w:sz w:val="20"/>
          <w:szCs w:val="20"/>
        </w:rPr>
        <w:t xml:space="preserve"> pro </w:t>
      </w:r>
      <w:proofErr w:type="spellStart"/>
      <w:r w:rsidRPr="00415899">
        <w:rPr>
          <w:rFonts w:cs="Arial"/>
          <w:sz w:val="20"/>
          <w:szCs w:val="20"/>
        </w:rPr>
        <w:t>organizaci</w:t>
      </w:r>
      <w:proofErr w:type="spellEnd"/>
      <w:r w:rsidRPr="00415899">
        <w:rPr>
          <w:rFonts w:cs="Arial"/>
          <w:sz w:val="20"/>
          <w:szCs w:val="20"/>
        </w:rPr>
        <w:t xml:space="preserve"> </w:t>
      </w:r>
      <w:proofErr w:type="spellStart"/>
      <w:r w:rsidRPr="00415899">
        <w:rPr>
          <w:rFonts w:cs="Arial"/>
          <w:sz w:val="20"/>
          <w:szCs w:val="20"/>
        </w:rPr>
        <w:t>Soutěže</w:t>
      </w:r>
      <w:proofErr w:type="spellEnd"/>
      <w:r w:rsidRPr="00415899">
        <w:rPr>
          <w:rFonts w:cs="Arial"/>
          <w:sz w:val="20"/>
          <w:szCs w:val="20"/>
        </w:rPr>
        <w:t xml:space="preserve">, </w:t>
      </w:r>
      <w:proofErr w:type="spellStart"/>
      <w:r w:rsidRPr="00415899">
        <w:rPr>
          <w:rFonts w:cs="Arial"/>
          <w:sz w:val="20"/>
          <w:szCs w:val="20"/>
        </w:rPr>
        <w:t>ověření</w:t>
      </w:r>
      <w:proofErr w:type="spellEnd"/>
      <w:r w:rsidRPr="00415899">
        <w:rPr>
          <w:rFonts w:cs="Arial"/>
          <w:sz w:val="20"/>
          <w:szCs w:val="20"/>
        </w:rPr>
        <w:t xml:space="preserve"> </w:t>
      </w:r>
      <w:proofErr w:type="spellStart"/>
      <w:r w:rsidRPr="00415899">
        <w:rPr>
          <w:rFonts w:cs="Arial"/>
          <w:sz w:val="20"/>
          <w:szCs w:val="20"/>
        </w:rPr>
        <w:t>podmínek</w:t>
      </w:r>
      <w:proofErr w:type="spellEnd"/>
      <w:r w:rsidRPr="00415899">
        <w:rPr>
          <w:rFonts w:cs="Arial"/>
          <w:sz w:val="20"/>
          <w:szCs w:val="20"/>
        </w:rPr>
        <w:t xml:space="preserve">, </w:t>
      </w:r>
      <w:proofErr w:type="spellStart"/>
      <w:r w:rsidRPr="00415899">
        <w:rPr>
          <w:rFonts w:cs="Arial"/>
          <w:sz w:val="20"/>
          <w:szCs w:val="20"/>
        </w:rPr>
        <w:t>hodnocení</w:t>
      </w:r>
      <w:proofErr w:type="spellEnd"/>
      <w:r w:rsidRPr="00415899">
        <w:rPr>
          <w:rFonts w:cs="Arial"/>
          <w:sz w:val="20"/>
          <w:szCs w:val="20"/>
        </w:rPr>
        <w:t xml:space="preserve">, </w:t>
      </w:r>
      <w:proofErr w:type="spellStart"/>
      <w:r w:rsidRPr="00415899">
        <w:rPr>
          <w:rFonts w:cs="Arial"/>
          <w:sz w:val="20"/>
          <w:szCs w:val="20"/>
        </w:rPr>
        <w:t>kontaktování</w:t>
      </w:r>
      <w:proofErr w:type="spellEnd"/>
      <w:r w:rsidRPr="00415899">
        <w:rPr>
          <w:rFonts w:cs="Arial"/>
          <w:sz w:val="20"/>
          <w:szCs w:val="20"/>
        </w:rPr>
        <w:t xml:space="preserve"> </w:t>
      </w:r>
      <w:proofErr w:type="spellStart"/>
      <w:r w:rsidRPr="00415899">
        <w:rPr>
          <w:rFonts w:cs="Arial"/>
          <w:sz w:val="20"/>
          <w:szCs w:val="20"/>
        </w:rPr>
        <w:t>soutěžících</w:t>
      </w:r>
      <w:proofErr w:type="spellEnd"/>
      <w:r w:rsidRPr="00415899">
        <w:rPr>
          <w:rFonts w:cs="Arial"/>
          <w:sz w:val="20"/>
          <w:szCs w:val="20"/>
        </w:rPr>
        <w:t xml:space="preserve">, </w:t>
      </w:r>
      <w:proofErr w:type="spellStart"/>
      <w:r w:rsidRPr="00415899">
        <w:rPr>
          <w:rFonts w:cs="Arial"/>
          <w:sz w:val="20"/>
          <w:szCs w:val="20"/>
        </w:rPr>
        <w:t>předání</w:t>
      </w:r>
      <w:proofErr w:type="spellEnd"/>
      <w:r w:rsidRPr="00415899">
        <w:rPr>
          <w:rFonts w:cs="Arial"/>
          <w:sz w:val="20"/>
          <w:szCs w:val="20"/>
        </w:rPr>
        <w:t xml:space="preserve"> </w:t>
      </w:r>
      <w:proofErr w:type="spellStart"/>
      <w:r w:rsidRPr="00415899">
        <w:rPr>
          <w:rFonts w:cs="Arial"/>
          <w:sz w:val="20"/>
          <w:szCs w:val="20"/>
        </w:rPr>
        <w:t>cen</w:t>
      </w:r>
      <w:proofErr w:type="spellEnd"/>
      <w:r w:rsidRPr="00415899">
        <w:rPr>
          <w:rFonts w:cs="Arial"/>
          <w:sz w:val="20"/>
          <w:szCs w:val="20"/>
        </w:rPr>
        <w:t xml:space="preserve">, </w:t>
      </w:r>
      <w:proofErr w:type="spellStart"/>
      <w:r w:rsidRPr="00415899">
        <w:rPr>
          <w:rFonts w:cs="Arial"/>
          <w:sz w:val="20"/>
          <w:szCs w:val="20"/>
        </w:rPr>
        <w:t>ochranu</w:t>
      </w:r>
      <w:proofErr w:type="spellEnd"/>
      <w:r w:rsidRPr="00415899">
        <w:rPr>
          <w:rFonts w:cs="Arial"/>
          <w:sz w:val="20"/>
          <w:szCs w:val="20"/>
        </w:rPr>
        <w:t xml:space="preserve"> </w:t>
      </w:r>
      <w:proofErr w:type="spellStart"/>
      <w:r w:rsidRPr="00415899">
        <w:rPr>
          <w:rFonts w:cs="Arial"/>
          <w:sz w:val="20"/>
          <w:szCs w:val="20"/>
        </w:rPr>
        <w:t>právních</w:t>
      </w:r>
      <w:proofErr w:type="spellEnd"/>
      <w:r w:rsidRPr="00415899">
        <w:rPr>
          <w:rFonts w:cs="Arial"/>
          <w:sz w:val="20"/>
          <w:szCs w:val="20"/>
        </w:rPr>
        <w:t xml:space="preserve"> </w:t>
      </w:r>
      <w:proofErr w:type="spellStart"/>
      <w:r w:rsidRPr="00415899">
        <w:rPr>
          <w:rFonts w:cs="Arial"/>
          <w:sz w:val="20"/>
          <w:szCs w:val="20"/>
        </w:rPr>
        <w:t>nároků</w:t>
      </w:r>
      <w:proofErr w:type="spellEnd"/>
      <w:r w:rsidRPr="00415899">
        <w:rPr>
          <w:rFonts w:cs="Arial"/>
          <w:sz w:val="20"/>
          <w:szCs w:val="20"/>
        </w:rPr>
        <w:t xml:space="preserve"> a </w:t>
      </w:r>
      <w:proofErr w:type="spellStart"/>
      <w:r w:rsidRPr="00415899">
        <w:rPr>
          <w:rFonts w:cs="Arial"/>
          <w:sz w:val="20"/>
          <w:szCs w:val="20"/>
        </w:rPr>
        <w:t>splnění</w:t>
      </w:r>
      <w:proofErr w:type="spellEnd"/>
      <w:r w:rsidRPr="00415899">
        <w:rPr>
          <w:rFonts w:cs="Arial"/>
          <w:sz w:val="20"/>
          <w:szCs w:val="20"/>
        </w:rPr>
        <w:t xml:space="preserve"> </w:t>
      </w:r>
      <w:proofErr w:type="spellStart"/>
      <w:r w:rsidRPr="00415899">
        <w:rPr>
          <w:rFonts w:cs="Arial"/>
          <w:sz w:val="20"/>
          <w:szCs w:val="20"/>
        </w:rPr>
        <w:t>právních</w:t>
      </w:r>
      <w:proofErr w:type="spellEnd"/>
      <w:r w:rsidRPr="00415899">
        <w:rPr>
          <w:rFonts w:cs="Arial"/>
          <w:sz w:val="20"/>
          <w:szCs w:val="20"/>
        </w:rPr>
        <w:t xml:space="preserve"> </w:t>
      </w:r>
      <w:proofErr w:type="spellStart"/>
      <w:r w:rsidRPr="00415899">
        <w:rPr>
          <w:rFonts w:cs="Arial"/>
          <w:sz w:val="20"/>
          <w:szCs w:val="20"/>
        </w:rPr>
        <w:t>povinností</w:t>
      </w:r>
      <w:proofErr w:type="spellEnd"/>
      <w:r w:rsidRPr="00415899">
        <w:rPr>
          <w:rFonts w:cs="Arial"/>
          <w:sz w:val="20"/>
          <w:szCs w:val="20"/>
        </w:rPr>
        <w:t xml:space="preserve">. </w:t>
      </w:r>
      <w:proofErr w:type="spellStart"/>
      <w:r w:rsidRPr="00415899">
        <w:rPr>
          <w:rFonts w:cs="Arial"/>
          <w:sz w:val="20"/>
          <w:szCs w:val="20"/>
        </w:rPr>
        <w:t>Právním</w:t>
      </w:r>
      <w:proofErr w:type="spellEnd"/>
      <w:r w:rsidRPr="00415899">
        <w:rPr>
          <w:rFonts w:cs="Arial"/>
          <w:sz w:val="20"/>
          <w:szCs w:val="20"/>
        </w:rPr>
        <w:t xml:space="preserve"> </w:t>
      </w:r>
      <w:proofErr w:type="spellStart"/>
      <w:r w:rsidRPr="00415899">
        <w:rPr>
          <w:rFonts w:cs="Arial"/>
          <w:sz w:val="20"/>
          <w:szCs w:val="20"/>
        </w:rPr>
        <w:t>základem</w:t>
      </w:r>
      <w:proofErr w:type="spellEnd"/>
      <w:r w:rsidRPr="00415899">
        <w:rPr>
          <w:rFonts w:cs="Arial"/>
          <w:sz w:val="20"/>
          <w:szCs w:val="20"/>
        </w:rPr>
        <w:t xml:space="preserve"> je </w:t>
      </w:r>
      <w:proofErr w:type="spellStart"/>
      <w:r w:rsidRPr="00415899">
        <w:rPr>
          <w:rFonts w:cs="Arial"/>
          <w:sz w:val="20"/>
          <w:szCs w:val="20"/>
        </w:rPr>
        <w:t>plnění</w:t>
      </w:r>
      <w:proofErr w:type="spellEnd"/>
      <w:r w:rsidRPr="00415899">
        <w:rPr>
          <w:rFonts w:cs="Arial"/>
          <w:sz w:val="20"/>
          <w:szCs w:val="20"/>
        </w:rPr>
        <w:t xml:space="preserve"> </w:t>
      </w:r>
      <w:proofErr w:type="spellStart"/>
      <w:r w:rsidRPr="00415899">
        <w:rPr>
          <w:rFonts w:cs="Arial"/>
          <w:sz w:val="20"/>
          <w:szCs w:val="20"/>
        </w:rPr>
        <w:t>podmínek</w:t>
      </w:r>
      <w:proofErr w:type="spellEnd"/>
      <w:r w:rsidRPr="00415899">
        <w:rPr>
          <w:rFonts w:cs="Arial"/>
          <w:sz w:val="20"/>
          <w:szCs w:val="20"/>
        </w:rPr>
        <w:t xml:space="preserve"> </w:t>
      </w:r>
      <w:proofErr w:type="spellStart"/>
      <w:r w:rsidRPr="00415899">
        <w:rPr>
          <w:rFonts w:cs="Arial"/>
          <w:sz w:val="20"/>
          <w:szCs w:val="20"/>
        </w:rPr>
        <w:t>Soutěže</w:t>
      </w:r>
      <w:proofErr w:type="spellEnd"/>
      <w:r w:rsidRPr="00415899">
        <w:rPr>
          <w:rFonts w:cs="Arial"/>
          <w:sz w:val="20"/>
          <w:szCs w:val="20"/>
        </w:rPr>
        <w:t xml:space="preserve">, </w:t>
      </w:r>
      <w:proofErr w:type="spellStart"/>
      <w:r w:rsidRPr="00415899">
        <w:rPr>
          <w:rFonts w:cs="Arial"/>
          <w:sz w:val="20"/>
          <w:szCs w:val="20"/>
        </w:rPr>
        <w:t>oprávněné</w:t>
      </w:r>
      <w:proofErr w:type="spellEnd"/>
      <w:r w:rsidRPr="00415899">
        <w:rPr>
          <w:rFonts w:cs="Arial"/>
          <w:sz w:val="20"/>
          <w:szCs w:val="20"/>
        </w:rPr>
        <w:t xml:space="preserve"> </w:t>
      </w:r>
      <w:proofErr w:type="spellStart"/>
      <w:r w:rsidRPr="00415899">
        <w:rPr>
          <w:rFonts w:cs="Arial"/>
          <w:sz w:val="20"/>
          <w:szCs w:val="20"/>
        </w:rPr>
        <w:t>zájmy</w:t>
      </w:r>
      <w:proofErr w:type="spellEnd"/>
      <w:r w:rsidRPr="00415899">
        <w:rPr>
          <w:rFonts w:cs="Arial"/>
          <w:sz w:val="20"/>
          <w:szCs w:val="20"/>
        </w:rPr>
        <w:t xml:space="preserve"> </w:t>
      </w:r>
      <w:proofErr w:type="spellStart"/>
      <w:r w:rsidRPr="00415899">
        <w:rPr>
          <w:rFonts w:cs="Arial"/>
          <w:sz w:val="20"/>
          <w:szCs w:val="20"/>
        </w:rPr>
        <w:t>Pořadatele</w:t>
      </w:r>
      <w:proofErr w:type="spellEnd"/>
      <w:r w:rsidRPr="00415899">
        <w:rPr>
          <w:rFonts w:cs="Arial"/>
          <w:sz w:val="20"/>
          <w:szCs w:val="20"/>
        </w:rPr>
        <w:t xml:space="preserve"> a </w:t>
      </w:r>
      <w:proofErr w:type="spellStart"/>
      <w:r w:rsidRPr="00415899">
        <w:rPr>
          <w:rFonts w:cs="Arial"/>
          <w:sz w:val="20"/>
          <w:szCs w:val="20"/>
        </w:rPr>
        <w:t>plnění</w:t>
      </w:r>
      <w:proofErr w:type="spellEnd"/>
      <w:r w:rsidRPr="00415899">
        <w:rPr>
          <w:rFonts w:cs="Arial"/>
          <w:sz w:val="20"/>
          <w:szCs w:val="20"/>
        </w:rPr>
        <w:t xml:space="preserve"> </w:t>
      </w:r>
      <w:proofErr w:type="spellStart"/>
      <w:r w:rsidRPr="00415899">
        <w:rPr>
          <w:rFonts w:cs="Arial"/>
          <w:sz w:val="20"/>
          <w:szCs w:val="20"/>
        </w:rPr>
        <w:t>právních</w:t>
      </w:r>
      <w:proofErr w:type="spellEnd"/>
      <w:r w:rsidRPr="00415899">
        <w:rPr>
          <w:rFonts w:cs="Arial"/>
          <w:sz w:val="20"/>
          <w:szCs w:val="20"/>
        </w:rPr>
        <w:t xml:space="preserve"> </w:t>
      </w:r>
      <w:proofErr w:type="spellStart"/>
      <w:r w:rsidRPr="00415899">
        <w:rPr>
          <w:rFonts w:cs="Arial"/>
          <w:sz w:val="20"/>
          <w:szCs w:val="20"/>
        </w:rPr>
        <w:t>povinností</w:t>
      </w:r>
      <w:proofErr w:type="spellEnd"/>
      <w:r w:rsidRPr="00415899">
        <w:rPr>
          <w:rFonts w:cs="Arial"/>
          <w:sz w:val="20"/>
          <w:szCs w:val="20"/>
        </w:rPr>
        <w:t xml:space="preserve">; </w:t>
      </w:r>
      <w:proofErr w:type="spellStart"/>
      <w:r w:rsidRPr="00415899">
        <w:rPr>
          <w:rFonts w:cs="Arial"/>
          <w:sz w:val="20"/>
          <w:szCs w:val="20"/>
        </w:rPr>
        <w:t>zveřejnění</w:t>
      </w:r>
      <w:proofErr w:type="spellEnd"/>
      <w:r w:rsidRPr="00415899">
        <w:rPr>
          <w:rFonts w:cs="Arial"/>
          <w:sz w:val="20"/>
          <w:szCs w:val="20"/>
        </w:rPr>
        <w:t xml:space="preserve"> </w:t>
      </w:r>
      <w:proofErr w:type="spellStart"/>
      <w:r w:rsidRPr="00415899">
        <w:rPr>
          <w:rFonts w:cs="Arial"/>
          <w:sz w:val="20"/>
          <w:szCs w:val="20"/>
        </w:rPr>
        <w:t>jména</w:t>
      </w:r>
      <w:proofErr w:type="spellEnd"/>
      <w:r w:rsidRPr="00415899">
        <w:rPr>
          <w:rFonts w:cs="Arial"/>
          <w:sz w:val="20"/>
          <w:szCs w:val="20"/>
        </w:rPr>
        <w:t xml:space="preserve"> </w:t>
      </w:r>
      <w:proofErr w:type="spellStart"/>
      <w:r w:rsidRPr="00415899">
        <w:rPr>
          <w:rFonts w:cs="Arial"/>
          <w:sz w:val="20"/>
          <w:szCs w:val="20"/>
        </w:rPr>
        <w:t>či</w:t>
      </w:r>
      <w:proofErr w:type="spellEnd"/>
      <w:r w:rsidRPr="00415899">
        <w:rPr>
          <w:rFonts w:cs="Arial"/>
          <w:sz w:val="20"/>
          <w:szCs w:val="20"/>
        </w:rPr>
        <w:t xml:space="preserve"> </w:t>
      </w:r>
      <w:proofErr w:type="spellStart"/>
      <w:r w:rsidRPr="00415899">
        <w:rPr>
          <w:rFonts w:cs="Arial"/>
          <w:sz w:val="20"/>
          <w:szCs w:val="20"/>
        </w:rPr>
        <w:t>pseudonymu</w:t>
      </w:r>
      <w:proofErr w:type="spellEnd"/>
      <w:r w:rsidRPr="00415899">
        <w:rPr>
          <w:rFonts w:cs="Arial"/>
          <w:sz w:val="20"/>
          <w:szCs w:val="20"/>
        </w:rPr>
        <w:t xml:space="preserve"> a </w:t>
      </w:r>
      <w:proofErr w:type="spellStart"/>
      <w:r w:rsidRPr="00415899">
        <w:rPr>
          <w:rFonts w:cs="Arial"/>
          <w:sz w:val="20"/>
          <w:szCs w:val="20"/>
        </w:rPr>
        <w:t>návrhu</w:t>
      </w:r>
      <w:proofErr w:type="spellEnd"/>
      <w:r w:rsidRPr="00415899">
        <w:rPr>
          <w:rFonts w:cs="Arial"/>
          <w:sz w:val="20"/>
          <w:szCs w:val="20"/>
        </w:rPr>
        <w:t xml:space="preserve"> </w:t>
      </w:r>
      <w:proofErr w:type="spellStart"/>
      <w:r w:rsidRPr="00415899">
        <w:rPr>
          <w:rFonts w:cs="Arial"/>
          <w:sz w:val="20"/>
          <w:szCs w:val="20"/>
        </w:rPr>
        <w:t>vychází</w:t>
      </w:r>
      <w:proofErr w:type="spellEnd"/>
      <w:r w:rsidRPr="00415899">
        <w:rPr>
          <w:rFonts w:cs="Arial"/>
          <w:sz w:val="20"/>
          <w:szCs w:val="20"/>
        </w:rPr>
        <w:t xml:space="preserve"> z </w:t>
      </w:r>
      <w:proofErr w:type="spellStart"/>
      <w:r w:rsidRPr="00415899">
        <w:rPr>
          <w:rFonts w:cs="Arial"/>
          <w:sz w:val="20"/>
          <w:szCs w:val="20"/>
        </w:rPr>
        <w:t>pravidel</w:t>
      </w:r>
      <w:proofErr w:type="spellEnd"/>
      <w:r w:rsidRPr="00415899">
        <w:rPr>
          <w:rFonts w:cs="Arial"/>
          <w:sz w:val="20"/>
          <w:szCs w:val="20"/>
        </w:rPr>
        <w:t xml:space="preserve"> </w:t>
      </w:r>
      <w:proofErr w:type="spellStart"/>
      <w:r w:rsidRPr="00415899">
        <w:rPr>
          <w:rFonts w:cs="Arial"/>
          <w:sz w:val="20"/>
          <w:szCs w:val="20"/>
        </w:rPr>
        <w:t>Soutěže</w:t>
      </w:r>
      <w:proofErr w:type="spellEnd"/>
      <w:r w:rsidRPr="00415899">
        <w:rPr>
          <w:rFonts w:cs="Arial"/>
          <w:sz w:val="20"/>
          <w:szCs w:val="20"/>
        </w:rPr>
        <w:t xml:space="preserve"> a </w:t>
      </w:r>
      <w:proofErr w:type="spellStart"/>
      <w:r w:rsidRPr="00415899">
        <w:rPr>
          <w:rFonts w:cs="Arial"/>
          <w:sz w:val="20"/>
          <w:szCs w:val="20"/>
        </w:rPr>
        <w:t>poskytnuté</w:t>
      </w:r>
      <w:proofErr w:type="spellEnd"/>
      <w:r w:rsidRPr="00415899">
        <w:rPr>
          <w:rFonts w:cs="Arial"/>
          <w:sz w:val="20"/>
          <w:szCs w:val="20"/>
        </w:rPr>
        <w:t xml:space="preserve"> </w:t>
      </w:r>
      <w:proofErr w:type="spellStart"/>
      <w:r w:rsidRPr="00415899">
        <w:rPr>
          <w:rFonts w:cs="Arial"/>
          <w:sz w:val="20"/>
          <w:szCs w:val="20"/>
        </w:rPr>
        <w:t>licence</w:t>
      </w:r>
      <w:proofErr w:type="spellEnd"/>
      <w:r w:rsidRPr="00415899">
        <w:rPr>
          <w:rFonts w:cs="Arial"/>
          <w:sz w:val="20"/>
          <w:szCs w:val="20"/>
        </w:rPr>
        <w:t>.</w:t>
      </w:r>
    </w:p>
    <w:p w14:paraId="69B8E2CF" w14:textId="77777777" w:rsidR="003F3D56" w:rsidRPr="00415899" w:rsidRDefault="00DA020F">
      <w:pPr>
        <w:rPr>
          <w:rFonts w:cs="Arial"/>
          <w:sz w:val="20"/>
          <w:szCs w:val="20"/>
        </w:rPr>
      </w:pPr>
      <w:proofErr w:type="spellStart"/>
      <w:r w:rsidRPr="00415899">
        <w:rPr>
          <w:rFonts w:cs="Arial"/>
          <w:sz w:val="20"/>
          <w:szCs w:val="20"/>
        </w:rPr>
        <w:t>Údaje</w:t>
      </w:r>
      <w:proofErr w:type="spellEnd"/>
      <w:r w:rsidRPr="00415899">
        <w:rPr>
          <w:rFonts w:cs="Arial"/>
          <w:sz w:val="20"/>
          <w:szCs w:val="20"/>
        </w:rPr>
        <w:t xml:space="preserve"> </w:t>
      </w:r>
      <w:proofErr w:type="spellStart"/>
      <w:r w:rsidRPr="00415899">
        <w:rPr>
          <w:rFonts w:cs="Arial"/>
          <w:sz w:val="20"/>
          <w:szCs w:val="20"/>
        </w:rPr>
        <w:t>mohou</w:t>
      </w:r>
      <w:proofErr w:type="spellEnd"/>
      <w:r w:rsidRPr="00415899">
        <w:rPr>
          <w:rFonts w:cs="Arial"/>
          <w:sz w:val="20"/>
          <w:szCs w:val="20"/>
        </w:rPr>
        <w:t xml:space="preserve"> </w:t>
      </w:r>
      <w:proofErr w:type="spellStart"/>
      <w:r w:rsidRPr="00415899">
        <w:rPr>
          <w:rFonts w:cs="Arial"/>
          <w:sz w:val="20"/>
          <w:szCs w:val="20"/>
        </w:rPr>
        <w:t>být</w:t>
      </w:r>
      <w:proofErr w:type="spellEnd"/>
      <w:r w:rsidRPr="00415899">
        <w:rPr>
          <w:rFonts w:cs="Arial"/>
          <w:sz w:val="20"/>
          <w:szCs w:val="20"/>
        </w:rPr>
        <w:t xml:space="preserve"> </w:t>
      </w:r>
      <w:proofErr w:type="spellStart"/>
      <w:r w:rsidRPr="00415899">
        <w:rPr>
          <w:rFonts w:cs="Arial"/>
          <w:sz w:val="20"/>
          <w:szCs w:val="20"/>
        </w:rPr>
        <w:t>zpřístupněny</w:t>
      </w:r>
      <w:proofErr w:type="spellEnd"/>
      <w:r w:rsidRPr="00415899">
        <w:rPr>
          <w:rFonts w:cs="Arial"/>
          <w:sz w:val="20"/>
          <w:szCs w:val="20"/>
        </w:rPr>
        <w:t xml:space="preserve"> </w:t>
      </w:r>
      <w:proofErr w:type="spellStart"/>
      <w:r w:rsidRPr="00415899">
        <w:rPr>
          <w:rFonts w:cs="Arial"/>
          <w:sz w:val="20"/>
          <w:szCs w:val="20"/>
        </w:rPr>
        <w:t>členům</w:t>
      </w:r>
      <w:proofErr w:type="spellEnd"/>
      <w:r w:rsidRPr="00415899">
        <w:rPr>
          <w:rFonts w:cs="Arial"/>
          <w:sz w:val="20"/>
          <w:szCs w:val="20"/>
        </w:rPr>
        <w:t xml:space="preserve"> </w:t>
      </w:r>
      <w:proofErr w:type="spellStart"/>
      <w:r w:rsidRPr="00415899">
        <w:rPr>
          <w:rFonts w:cs="Arial"/>
          <w:sz w:val="20"/>
          <w:szCs w:val="20"/>
        </w:rPr>
        <w:t>komise</w:t>
      </w:r>
      <w:proofErr w:type="spellEnd"/>
      <w:r w:rsidRPr="00415899">
        <w:rPr>
          <w:rFonts w:cs="Arial"/>
          <w:sz w:val="20"/>
          <w:szCs w:val="20"/>
        </w:rPr>
        <w:t xml:space="preserve">, </w:t>
      </w:r>
      <w:proofErr w:type="spellStart"/>
      <w:r w:rsidRPr="00415899">
        <w:rPr>
          <w:rFonts w:cs="Arial"/>
          <w:sz w:val="20"/>
          <w:szCs w:val="20"/>
        </w:rPr>
        <w:t>poskytovatelům</w:t>
      </w:r>
      <w:proofErr w:type="spellEnd"/>
      <w:r w:rsidRPr="00415899">
        <w:rPr>
          <w:rFonts w:cs="Arial"/>
          <w:sz w:val="20"/>
          <w:szCs w:val="20"/>
        </w:rPr>
        <w:t xml:space="preserve"> IT a </w:t>
      </w:r>
      <w:proofErr w:type="spellStart"/>
      <w:r w:rsidRPr="00415899">
        <w:rPr>
          <w:rFonts w:cs="Arial"/>
          <w:sz w:val="20"/>
          <w:szCs w:val="20"/>
        </w:rPr>
        <w:t>komunikačních</w:t>
      </w:r>
      <w:proofErr w:type="spellEnd"/>
      <w:r w:rsidRPr="00415899">
        <w:rPr>
          <w:rFonts w:cs="Arial"/>
          <w:sz w:val="20"/>
          <w:szCs w:val="20"/>
        </w:rPr>
        <w:t xml:space="preserve"> </w:t>
      </w:r>
      <w:proofErr w:type="spellStart"/>
      <w:r w:rsidRPr="00415899">
        <w:rPr>
          <w:rFonts w:cs="Arial"/>
          <w:sz w:val="20"/>
          <w:szCs w:val="20"/>
        </w:rPr>
        <w:t>služeb</w:t>
      </w:r>
      <w:proofErr w:type="spellEnd"/>
      <w:r w:rsidRPr="00415899">
        <w:rPr>
          <w:rFonts w:cs="Arial"/>
          <w:sz w:val="20"/>
          <w:szCs w:val="20"/>
        </w:rPr>
        <w:t xml:space="preserve">, </w:t>
      </w:r>
      <w:proofErr w:type="spellStart"/>
      <w:r w:rsidRPr="00415899">
        <w:rPr>
          <w:rFonts w:cs="Arial"/>
          <w:sz w:val="20"/>
          <w:szCs w:val="20"/>
        </w:rPr>
        <w:t>právním</w:t>
      </w:r>
      <w:proofErr w:type="spellEnd"/>
      <w:r w:rsidRPr="00415899">
        <w:rPr>
          <w:rFonts w:cs="Arial"/>
          <w:sz w:val="20"/>
          <w:szCs w:val="20"/>
        </w:rPr>
        <w:t xml:space="preserve"> </w:t>
      </w:r>
      <w:proofErr w:type="spellStart"/>
      <w:r w:rsidRPr="00415899">
        <w:rPr>
          <w:rFonts w:cs="Arial"/>
          <w:sz w:val="20"/>
          <w:szCs w:val="20"/>
        </w:rPr>
        <w:t>či</w:t>
      </w:r>
      <w:proofErr w:type="spellEnd"/>
      <w:r w:rsidRPr="00415899">
        <w:rPr>
          <w:rFonts w:cs="Arial"/>
          <w:sz w:val="20"/>
          <w:szCs w:val="20"/>
        </w:rPr>
        <w:t xml:space="preserve"> </w:t>
      </w:r>
      <w:proofErr w:type="spellStart"/>
      <w:r w:rsidRPr="00415899">
        <w:rPr>
          <w:rFonts w:cs="Arial"/>
          <w:sz w:val="20"/>
          <w:szCs w:val="20"/>
        </w:rPr>
        <w:t>účetním</w:t>
      </w:r>
      <w:proofErr w:type="spellEnd"/>
      <w:r w:rsidRPr="00415899">
        <w:rPr>
          <w:rFonts w:cs="Arial"/>
          <w:sz w:val="20"/>
          <w:szCs w:val="20"/>
        </w:rPr>
        <w:t xml:space="preserve"> </w:t>
      </w:r>
      <w:proofErr w:type="spellStart"/>
      <w:r w:rsidRPr="00415899">
        <w:rPr>
          <w:rFonts w:cs="Arial"/>
          <w:sz w:val="20"/>
          <w:szCs w:val="20"/>
        </w:rPr>
        <w:t>poradcům</w:t>
      </w:r>
      <w:proofErr w:type="spellEnd"/>
      <w:r w:rsidRPr="00415899">
        <w:rPr>
          <w:rFonts w:cs="Arial"/>
          <w:sz w:val="20"/>
          <w:szCs w:val="20"/>
        </w:rPr>
        <w:t xml:space="preserve"> </w:t>
      </w:r>
      <w:proofErr w:type="gramStart"/>
      <w:r w:rsidRPr="00415899">
        <w:rPr>
          <w:rFonts w:cs="Arial"/>
          <w:sz w:val="20"/>
          <w:szCs w:val="20"/>
        </w:rPr>
        <w:t>a</w:t>
      </w:r>
      <w:proofErr w:type="gramEnd"/>
      <w:r w:rsidRPr="00415899">
        <w:rPr>
          <w:rFonts w:cs="Arial"/>
          <w:sz w:val="20"/>
          <w:szCs w:val="20"/>
        </w:rPr>
        <w:t xml:space="preserve"> </w:t>
      </w:r>
      <w:proofErr w:type="spellStart"/>
      <w:r w:rsidRPr="00415899">
        <w:rPr>
          <w:rFonts w:cs="Arial"/>
          <w:sz w:val="20"/>
          <w:szCs w:val="20"/>
        </w:rPr>
        <w:t>osobám</w:t>
      </w:r>
      <w:proofErr w:type="spellEnd"/>
      <w:r w:rsidRPr="00415899">
        <w:rPr>
          <w:rFonts w:cs="Arial"/>
          <w:sz w:val="20"/>
          <w:szCs w:val="20"/>
        </w:rPr>
        <w:t xml:space="preserve"> </w:t>
      </w:r>
      <w:proofErr w:type="spellStart"/>
      <w:r w:rsidRPr="00415899">
        <w:rPr>
          <w:rFonts w:cs="Arial"/>
          <w:sz w:val="20"/>
          <w:szCs w:val="20"/>
        </w:rPr>
        <w:t>zapojeným</w:t>
      </w:r>
      <w:proofErr w:type="spellEnd"/>
      <w:r w:rsidRPr="00415899">
        <w:rPr>
          <w:rFonts w:cs="Arial"/>
          <w:sz w:val="20"/>
          <w:szCs w:val="20"/>
        </w:rPr>
        <w:t xml:space="preserve"> do </w:t>
      </w:r>
      <w:proofErr w:type="spellStart"/>
      <w:r w:rsidRPr="00415899">
        <w:rPr>
          <w:rFonts w:cs="Arial"/>
          <w:sz w:val="20"/>
          <w:szCs w:val="20"/>
        </w:rPr>
        <w:t>evropského</w:t>
      </w:r>
      <w:proofErr w:type="spellEnd"/>
      <w:r w:rsidRPr="00415899">
        <w:rPr>
          <w:rFonts w:cs="Arial"/>
          <w:sz w:val="20"/>
          <w:szCs w:val="20"/>
        </w:rPr>
        <w:t xml:space="preserve"> </w:t>
      </w:r>
      <w:proofErr w:type="spellStart"/>
      <w:r w:rsidRPr="00415899">
        <w:rPr>
          <w:rFonts w:cs="Arial"/>
          <w:sz w:val="20"/>
          <w:szCs w:val="20"/>
        </w:rPr>
        <w:t>výběru</w:t>
      </w:r>
      <w:proofErr w:type="spellEnd"/>
      <w:r w:rsidRPr="00415899">
        <w:rPr>
          <w:rFonts w:cs="Arial"/>
          <w:sz w:val="20"/>
          <w:szCs w:val="20"/>
        </w:rPr>
        <w:t xml:space="preserve"> a </w:t>
      </w:r>
      <w:proofErr w:type="spellStart"/>
      <w:r w:rsidRPr="00415899">
        <w:rPr>
          <w:rFonts w:cs="Arial"/>
          <w:sz w:val="20"/>
          <w:szCs w:val="20"/>
        </w:rPr>
        <w:t>realizace</w:t>
      </w:r>
      <w:proofErr w:type="spellEnd"/>
      <w:r w:rsidRPr="00415899">
        <w:rPr>
          <w:rFonts w:cs="Arial"/>
          <w:sz w:val="20"/>
          <w:szCs w:val="20"/>
        </w:rPr>
        <w:t xml:space="preserve"> </w:t>
      </w:r>
      <w:proofErr w:type="spellStart"/>
      <w:r w:rsidRPr="00415899">
        <w:rPr>
          <w:rFonts w:cs="Arial"/>
          <w:sz w:val="20"/>
          <w:szCs w:val="20"/>
        </w:rPr>
        <w:t>návrhu</w:t>
      </w:r>
      <w:proofErr w:type="spellEnd"/>
      <w:r w:rsidRPr="00415899">
        <w:rPr>
          <w:rFonts w:cs="Arial"/>
          <w:sz w:val="20"/>
          <w:szCs w:val="20"/>
        </w:rPr>
        <w:t xml:space="preserve">, </w:t>
      </w:r>
      <w:proofErr w:type="spellStart"/>
      <w:r w:rsidRPr="00415899">
        <w:rPr>
          <w:rFonts w:cs="Arial"/>
          <w:sz w:val="20"/>
          <w:szCs w:val="20"/>
        </w:rPr>
        <w:t>vždy</w:t>
      </w:r>
      <w:proofErr w:type="spellEnd"/>
      <w:r w:rsidRPr="00415899">
        <w:rPr>
          <w:rFonts w:cs="Arial"/>
          <w:sz w:val="20"/>
          <w:szCs w:val="20"/>
        </w:rPr>
        <w:t xml:space="preserve"> </w:t>
      </w:r>
      <w:proofErr w:type="spellStart"/>
      <w:r w:rsidRPr="00415899">
        <w:rPr>
          <w:rFonts w:cs="Arial"/>
          <w:sz w:val="20"/>
          <w:szCs w:val="20"/>
        </w:rPr>
        <w:t>jen</w:t>
      </w:r>
      <w:proofErr w:type="spellEnd"/>
      <w:r w:rsidRPr="00415899">
        <w:rPr>
          <w:rFonts w:cs="Arial"/>
          <w:sz w:val="20"/>
          <w:szCs w:val="20"/>
        </w:rPr>
        <w:t xml:space="preserve"> v </w:t>
      </w:r>
      <w:proofErr w:type="spellStart"/>
      <w:r w:rsidRPr="00415899">
        <w:rPr>
          <w:rFonts w:cs="Arial"/>
          <w:sz w:val="20"/>
          <w:szCs w:val="20"/>
        </w:rPr>
        <w:t>nezbytném</w:t>
      </w:r>
      <w:proofErr w:type="spellEnd"/>
      <w:r w:rsidRPr="00415899">
        <w:rPr>
          <w:rFonts w:cs="Arial"/>
          <w:sz w:val="20"/>
          <w:szCs w:val="20"/>
        </w:rPr>
        <w:t xml:space="preserve"> </w:t>
      </w:r>
      <w:proofErr w:type="spellStart"/>
      <w:r w:rsidRPr="00415899">
        <w:rPr>
          <w:rFonts w:cs="Arial"/>
          <w:sz w:val="20"/>
          <w:szCs w:val="20"/>
        </w:rPr>
        <w:t>rozsahu</w:t>
      </w:r>
      <w:proofErr w:type="spellEnd"/>
      <w:r w:rsidRPr="00415899">
        <w:rPr>
          <w:rFonts w:cs="Arial"/>
          <w:sz w:val="20"/>
          <w:szCs w:val="20"/>
        </w:rPr>
        <w:t xml:space="preserve">. </w:t>
      </w:r>
      <w:proofErr w:type="spellStart"/>
      <w:r w:rsidRPr="00415899">
        <w:rPr>
          <w:rFonts w:cs="Arial"/>
          <w:sz w:val="20"/>
          <w:szCs w:val="20"/>
        </w:rPr>
        <w:t>Údaje</w:t>
      </w:r>
      <w:proofErr w:type="spellEnd"/>
      <w:r w:rsidRPr="00415899">
        <w:rPr>
          <w:rFonts w:cs="Arial"/>
          <w:sz w:val="20"/>
          <w:szCs w:val="20"/>
        </w:rPr>
        <w:t xml:space="preserve"> </w:t>
      </w:r>
      <w:proofErr w:type="spellStart"/>
      <w:r w:rsidRPr="00415899">
        <w:rPr>
          <w:rFonts w:cs="Arial"/>
          <w:sz w:val="20"/>
          <w:szCs w:val="20"/>
        </w:rPr>
        <w:t>budou</w:t>
      </w:r>
      <w:proofErr w:type="spellEnd"/>
      <w:r w:rsidRPr="00415899">
        <w:rPr>
          <w:rFonts w:cs="Arial"/>
          <w:sz w:val="20"/>
          <w:szCs w:val="20"/>
        </w:rPr>
        <w:t xml:space="preserve"> </w:t>
      </w:r>
      <w:proofErr w:type="spellStart"/>
      <w:r w:rsidRPr="00415899">
        <w:rPr>
          <w:rFonts w:cs="Arial"/>
          <w:sz w:val="20"/>
          <w:szCs w:val="20"/>
        </w:rPr>
        <w:t>uchovávány</w:t>
      </w:r>
      <w:proofErr w:type="spellEnd"/>
      <w:r w:rsidRPr="00415899">
        <w:rPr>
          <w:rFonts w:cs="Arial"/>
          <w:sz w:val="20"/>
          <w:szCs w:val="20"/>
        </w:rPr>
        <w:t xml:space="preserve"> po </w:t>
      </w:r>
      <w:proofErr w:type="spellStart"/>
      <w:r w:rsidRPr="00415899">
        <w:rPr>
          <w:rFonts w:cs="Arial"/>
          <w:sz w:val="20"/>
          <w:szCs w:val="20"/>
        </w:rPr>
        <w:t>dobu</w:t>
      </w:r>
      <w:proofErr w:type="spellEnd"/>
      <w:r w:rsidRPr="00415899">
        <w:rPr>
          <w:rFonts w:cs="Arial"/>
          <w:sz w:val="20"/>
          <w:szCs w:val="20"/>
        </w:rPr>
        <w:t xml:space="preserve"> </w:t>
      </w:r>
      <w:proofErr w:type="spellStart"/>
      <w:r w:rsidRPr="00415899">
        <w:rPr>
          <w:rFonts w:cs="Arial"/>
          <w:sz w:val="20"/>
          <w:szCs w:val="20"/>
        </w:rPr>
        <w:t>Soutěže</w:t>
      </w:r>
      <w:proofErr w:type="spellEnd"/>
      <w:r w:rsidRPr="00415899">
        <w:rPr>
          <w:rFonts w:cs="Arial"/>
          <w:sz w:val="20"/>
          <w:szCs w:val="20"/>
        </w:rPr>
        <w:t xml:space="preserve"> a </w:t>
      </w:r>
      <w:proofErr w:type="spellStart"/>
      <w:r w:rsidRPr="00415899">
        <w:rPr>
          <w:rFonts w:cs="Arial"/>
          <w:sz w:val="20"/>
          <w:szCs w:val="20"/>
        </w:rPr>
        <w:t>následně</w:t>
      </w:r>
      <w:proofErr w:type="spellEnd"/>
      <w:r w:rsidRPr="00415899">
        <w:rPr>
          <w:rFonts w:cs="Arial"/>
          <w:sz w:val="20"/>
          <w:szCs w:val="20"/>
        </w:rPr>
        <w:t xml:space="preserve"> po </w:t>
      </w:r>
      <w:proofErr w:type="spellStart"/>
      <w:r w:rsidRPr="00415899">
        <w:rPr>
          <w:rFonts w:cs="Arial"/>
          <w:sz w:val="20"/>
          <w:szCs w:val="20"/>
        </w:rPr>
        <w:t>dobu</w:t>
      </w:r>
      <w:proofErr w:type="spellEnd"/>
      <w:r w:rsidRPr="00415899">
        <w:rPr>
          <w:rFonts w:cs="Arial"/>
          <w:sz w:val="20"/>
          <w:szCs w:val="20"/>
        </w:rPr>
        <w:t xml:space="preserve"> </w:t>
      </w:r>
      <w:proofErr w:type="spellStart"/>
      <w:r w:rsidRPr="00415899">
        <w:rPr>
          <w:rFonts w:cs="Arial"/>
          <w:sz w:val="20"/>
          <w:szCs w:val="20"/>
        </w:rPr>
        <w:t>nezbytnou</w:t>
      </w:r>
      <w:proofErr w:type="spellEnd"/>
      <w:r w:rsidRPr="00415899">
        <w:rPr>
          <w:rFonts w:cs="Arial"/>
          <w:sz w:val="20"/>
          <w:szCs w:val="20"/>
        </w:rPr>
        <w:t xml:space="preserve"> k </w:t>
      </w:r>
      <w:proofErr w:type="spellStart"/>
      <w:r w:rsidRPr="00415899">
        <w:rPr>
          <w:rFonts w:cs="Arial"/>
          <w:sz w:val="20"/>
          <w:szCs w:val="20"/>
        </w:rPr>
        <w:t>ochraně</w:t>
      </w:r>
      <w:proofErr w:type="spellEnd"/>
      <w:r w:rsidRPr="00415899">
        <w:rPr>
          <w:rFonts w:cs="Arial"/>
          <w:sz w:val="20"/>
          <w:szCs w:val="20"/>
        </w:rPr>
        <w:t xml:space="preserve"> </w:t>
      </w:r>
      <w:proofErr w:type="spellStart"/>
      <w:r w:rsidRPr="00415899">
        <w:rPr>
          <w:rFonts w:cs="Arial"/>
          <w:sz w:val="20"/>
          <w:szCs w:val="20"/>
        </w:rPr>
        <w:t>práv</w:t>
      </w:r>
      <w:proofErr w:type="spellEnd"/>
      <w:r w:rsidRPr="00415899">
        <w:rPr>
          <w:rFonts w:cs="Arial"/>
          <w:sz w:val="20"/>
          <w:szCs w:val="20"/>
        </w:rPr>
        <w:t xml:space="preserve"> a </w:t>
      </w:r>
      <w:proofErr w:type="spellStart"/>
      <w:r w:rsidRPr="00415899">
        <w:rPr>
          <w:rFonts w:cs="Arial"/>
          <w:sz w:val="20"/>
          <w:szCs w:val="20"/>
        </w:rPr>
        <w:t>splnění</w:t>
      </w:r>
      <w:proofErr w:type="spellEnd"/>
      <w:r w:rsidRPr="00415899">
        <w:rPr>
          <w:rFonts w:cs="Arial"/>
          <w:sz w:val="20"/>
          <w:szCs w:val="20"/>
        </w:rPr>
        <w:t xml:space="preserve"> </w:t>
      </w:r>
      <w:proofErr w:type="spellStart"/>
      <w:r w:rsidRPr="00415899">
        <w:rPr>
          <w:rFonts w:cs="Arial"/>
          <w:sz w:val="20"/>
          <w:szCs w:val="20"/>
        </w:rPr>
        <w:t>zákonných</w:t>
      </w:r>
      <w:proofErr w:type="spellEnd"/>
      <w:r w:rsidRPr="00415899">
        <w:rPr>
          <w:rFonts w:cs="Arial"/>
          <w:sz w:val="20"/>
          <w:szCs w:val="20"/>
        </w:rPr>
        <w:t xml:space="preserve"> </w:t>
      </w:r>
      <w:proofErr w:type="spellStart"/>
      <w:r w:rsidRPr="00415899">
        <w:rPr>
          <w:rFonts w:cs="Arial"/>
          <w:sz w:val="20"/>
          <w:szCs w:val="20"/>
        </w:rPr>
        <w:t>povinností</w:t>
      </w:r>
      <w:proofErr w:type="spellEnd"/>
      <w:r w:rsidRPr="00415899">
        <w:rPr>
          <w:rFonts w:cs="Arial"/>
          <w:sz w:val="20"/>
          <w:szCs w:val="20"/>
        </w:rPr>
        <w:t xml:space="preserve">; </w:t>
      </w:r>
      <w:proofErr w:type="spellStart"/>
      <w:r w:rsidRPr="00415899">
        <w:rPr>
          <w:rFonts w:cs="Arial"/>
          <w:sz w:val="20"/>
          <w:szCs w:val="20"/>
        </w:rPr>
        <w:t>údaje</w:t>
      </w:r>
      <w:proofErr w:type="spellEnd"/>
      <w:r w:rsidRPr="00415899">
        <w:rPr>
          <w:rFonts w:cs="Arial"/>
          <w:sz w:val="20"/>
          <w:szCs w:val="20"/>
        </w:rPr>
        <w:t xml:space="preserve"> a </w:t>
      </w:r>
      <w:proofErr w:type="spellStart"/>
      <w:r w:rsidRPr="00415899">
        <w:rPr>
          <w:rFonts w:cs="Arial"/>
          <w:sz w:val="20"/>
          <w:szCs w:val="20"/>
        </w:rPr>
        <w:t>podklady</w:t>
      </w:r>
      <w:proofErr w:type="spellEnd"/>
      <w:r w:rsidRPr="00415899">
        <w:rPr>
          <w:rFonts w:cs="Arial"/>
          <w:sz w:val="20"/>
          <w:szCs w:val="20"/>
        </w:rPr>
        <w:t xml:space="preserve"> </w:t>
      </w:r>
      <w:proofErr w:type="spellStart"/>
      <w:r w:rsidRPr="00415899">
        <w:rPr>
          <w:rFonts w:cs="Arial"/>
          <w:sz w:val="20"/>
          <w:szCs w:val="20"/>
        </w:rPr>
        <w:t>související</w:t>
      </w:r>
      <w:proofErr w:type="spellEnd"/>
      <w:r w:rsidRPr="00415899">
        <w:rPr>
          <w:rFonts w:cs="Arial"/>
          <w:sz w:val="20"/>
          <w:szCs w:val="20"/>
        </w:rPr>
        <w:t xml:space="preserve"> s </w:t>
      </w:r>
      <w:proofErr w:type="spellStart"/>
      <w:r w:rsidRPr="00415899">
        <w:rPr>
          <w:rFonts w:cs="Arial"/>
          <w:sz w:val="20"/>
          <w:szCs w:val="20"/>
        </w:rPr>
        <w:t>licencovaným</w:t>
      </w:r>
      <w:proofErr w:type="spellEnd"/>
      <w:r w:rsidRPr="00415899">
        <w:rPr>
          <w:rFonts w:cs="Arial"/>
          <w:sz w:val="20"/>
          <w:szCs w:val="20"/>
        </w:rPr>
        <w:t xml:space="preserve"> </w:t>
      </w:r>
      <w:proofErr w:type="spellStart"/>
      <w:r w:rsidRPr="00415899">
        <w:rPr>
          <w:rFonts w:cs="Arial"/>
          <w:sz w:val="20"/>
          <w:szCs w:val="20"/>
        </w:rPr>
        <w:t>užitím</w:t>
      </w:r>
      <w:proofErr w:type="spellEnd"/>
      <w:r w:rsidRPr="00415899">
        <w:rPr>
          <w:rFonts w:cs="Arial"/>
          <w:sz w:val="20"/>
          <w:szCs w:val="20"/>
        </w:rPr>
        <w:t xml:space="preserve"> </w:t>
      </w:r>
      <w:proofErr w:type="spellStart"/>
      <w:r w:rsidRPr="00415899">
        <w:rPr>
          <w:rFonts w:cs="Arial"/>
          <w:sz w:val="20"/>
          <w:szCs w:val="20"/>
        </w:rPr>
        <w:t>návrhu</w:t>
      </w:r>
      <w:proofErr w:type="spellEnd"/>
      <w:r w:rsidRPr="00415899">
        <w:rPr>
          <w:rFonts w:cs="Arial"/>
          <w:sz w:val="20"/>
          <w:szCs w:val="20"/>
        </w:rPr>
        <w:t xml:space="preserve"> </w:t>
      </w:r>
      <w:proofErr w:type="spellStart"/>
      <w:r w:rsidRPr="00415899">
        <w:rPr>
          <w:rFonts w:cs="Arial"/>
          <w:sz w:val="20"/>
          <w:szCs w:val="20"/>
        </w:rPr>
        <w:t>mohou</w:t>
      </w:r>
      <w:proofErr w:type="spellEnd"/>
      <w:r w:rsidRPr="00415899">
        <w:rPr>
          <w:rFonts w:cs="Arial"/>
          <w:sz w:val="20"/>
          <w:szCs w:val="20"/>
        </w:rPr>
        <w:t xml:space="preserve"> </w:t>
      </w:r>
      <w:proofErr w:type="spellStart"/>
      <w:r w:rsidRPr="00415899">
        <w:rPr>
          <w:rFonts w:cs="Arial"/>
          <w:sz w:val="20"/>
          <w:szCs w:val="20"/>
        </w:rPr>
        <w:t>být</w:t>
      </w:r>
      <w:proofErr w:type="spellEnd"/>
      <w:r w:rsidRPr="00415899">
        <w:rPr>
          <w:rFonts w:cs="Arial"/>
          <w:sz w:val="20"/>
          <w:szCs w:val="20"/>
        </w:rPr>
        <w:t xml:space="preserve"> </w:t>
      </w:r>
      <w:proofErr w:type="spellStart"/>
      <w:r w:rsidRPr="00415899">
        <w:rPr>
          <w:rFonts w:cs="Arial"/>
          <w:sz w:val="20"/>
          <w:szCs w:val="20"/>
        </w:rPr>
        <w:t>uchovávány</w:t>
      </w:r>
      <w:proofErr w:type="spellEnd"/>
      <w:r w:rsidRPr="00415899">
        <w:rPr>
          <w:rFonts w:cs="Arial"/>
          <w:sz w:val="20"/>
          <w:szCs w:val="20"/>
        </w:rPr>
        <w:t xml:space="preserve"> po </w:t>
      </w:r>
      <w:proofErr w:type="spellStart"/>
      <w:r w:rsidRPr="00415899">
        <w:rPr>
          <w:rFonts w:cs="Arial"/>
          <w:sz w:val="20"/>
          <w:szCs w:val="20"/>
        </w:rPr>
        <w:t>dobu</w:t>
      </w:r>
      <w:proofErr w:type="spellEnd"/>
      <w:r w:rsidRPr="00415899">
        <w:rPr>
          <w:rFonts w:cs="Arial"/>
          <w:sz w:val="20"/>
          <w:szCs w:val="20"/>
        </w:rPr>
        <w:t xml:space="preserve"> </w:t>
      </w:r>
      <w:proofErr w:type="spellStart"/>
      <w:r w:rsidRPr="00415899">
        <w:rPr>
          <w:rFonts w:cs="Arial"/>
          <w:sz w:val="20"/>
          <w:szCs w:val="20"/>
        </w:rPr>
        <w:t>trvání</w:t>
      </w:r>
      <w:proofErr w:type="spellEnd"/>
      <w:r w:rsidRPr="00415899">
        <w:rPr>
          <w:rFonts w:cs="Arial"/>
          <w:sz w:val="20"/>
          <w:szCs w:val="20"/>
        </w:rPr>
        <w:t xml:space="preserve"> </w:t>
      </w:r>
      <w:proofErr w:type="spellStart"/>
      <w:r w:rsidRPr="00415899">
        <w:rPr>
          <w:rFonts w:cs="Arial"/>
          <w:sz w:val="20"/>
          <w:szCs w:val="20"/>
        </w:rPr>
        <w:t>licence</w:t>
      </w:r>
      <w:proofErr w:type="spellEnd"/>
      <w:r w:rsidRPr="00415899">
        <w:rPr>
          <w:rFonts w:cs="Arial"/>
          <w:sz w:val="20"/>
          <w:szCs w:val="20"/>
        </w:rPr>
        <w:t>.</w:t>
      </w:r>
    </w:p>
    <w:p w14:paraId="74E208B2" w14:textId="77777777" w:rsidR="003F3D56" w:rsidRPr="00415899" w:rsidRDefault="00DA020F">
      <w:pPr>
        <w:rPr>
          <w:rFonts w:cs="Arial"/>
          <w:sz w:val="20"/>
          <w:szCs w:val="20"/>
        </w:rPr>
      </w:pPr>
      <w:proofErr w:type="spellStart"/>
      <w:r w:rsidRPr="00415899">
        <w:rPr>
          <w:rFonts w:cs="Arial"/>
          <w:sz w:val="20"/>
          <w:szCs w:val="20"/>
        </w:rPr>
        <w:t>Soutěžící</w:t>
      </w:r>
      <w:proofErr w:type="spellEnd"/>
      <w:r w:rsidRPr="00415899">
        <w:rPr>
          <w:rFonts w:cs="Arial"/>
          <w:sz w:val="20"/>
          <w:szCs w:val="20"/>
        </w:rPr>
        <w:t xml:space="preserve"> </w:t>
      </w:r>
      <w:proofErr w:type="spellStart"/>
      <w:r w:rsidRPr="00415899">
        <w:rPr>
          <w:rFonts w:cs="Arial"/>
          <w:sz w:val="20"/>
          <w:szCs w:val="20"/>
        </w:rPr>
        <w:t>má</w:t>
      </w:r>
      <w:proofErr w:type="spellEnd"/>
      <w:r w:rsidRPr="00415899">
        <w:rPr>
          <w:rFonts w:cs="Arial"/>
          <w:sz w:val="20"/>
          <w:szCs w:val="20"/>
        </w:rPr>
        <w:t xml:space="preserve"> v </w:t>
      </w:r>
      <w:proofErr w:type="spellStart"/>
      <w:r w:rsidRPr="00415899">
        <w:rPr>
          <w:rFonts w:cs="Arial"/>
          <w:sz w:val="20"/>
          <w:szCs w:val="20"/>
        </w:rPr>
        <w:t>zákonném</w:t>
      </w:r>
      <w:proofErr w:type="spellEnd"/>
      <w:r w:rsidRPr="00415899">
        <w:rPr>
          <w:rFonts w:cs="Arial"/>
          <w:sz w:val="20"/>
          <w:szCs w:val="20"/>
        </w:rPr>
        <w:t xml:space="preserve"> </w:t>
      </w:r>
      <w:proofErr w:type="spellStart"/>
      <w:r w:rsidRPr="00415899">
        <w:rPr>
          <w:rFonts w:cs="Arial"/>
          <w:sz w:val="20"/>
          <w:szCs w:val="20"/>
        </w:rPr>
        <w:t>rozsahu</w:t>
      </w:r>
      <w:proofErr w:type="spellEnd"/>
      <w:r w:rsidRPr="00415899">
        <w:rPr>
          <w:rFonts w:cs="Arial"/>
          <w:sz w:val="20"/>
          <w:szCs w:val="20"/>
        </w:rPr>
        <w:t xml:space="preserve"> </w:t>
      </w:r>
      <w:proofErr w:type="spellStart"/>
      <w:r w:rsidRPr="00415899">
        <w:rPr>
          <w:rFonts w:cs="Arial"/>
          <w:sz w:val="20"/>
          <w:szCs w:val="20"/>
        </w:rPr>
        <w:t>právo</w:t>
      </w:r>
      <w:proofErr w:type="spellEnd"/>
      <w:r w:rsidRPr="00415899">
        <w:rPr>
          <w:rFonts w:cs="Arial"/>
          <w:sz w:val="20"/>
          <w:szCs w:val="20"/>
        </w:rPr>
        <w:t xml:space="preserve"> </w:t>
      </w:r>
      <w:proofErr w:type="spellStart"/>
      <w:r w:rsidRPr="00415899">
        <w:rPr>
          <w:rFonts w:cs="Arial"/>
          <w:sz w:val="20"/>
          <w:szCs w:val="20"/>
        </w:rPr>
        <w:t>na</w:t>
      </w:r>
      <w:proofErr w:type="spellEnd"/>
      <w:r w:rsidRPr="00415899">
        <w:rPr>
          <w:rFonts w:cs="Arial"/>
          <w:sz w:val="20"/>
          <w:szCs w:val="20"/>
        </w:rPr>
        <w:t xml:space="preserve"> </w:t>
      </w:r>
      <w:proofErr w:type="spellStart"/>
      <w:r w:rsidRPr="00415899">
        <w:rPr>
          <w:rFonts w:cs="Arial"/>
          <w:sz w:val="20"/>
          <w:szCs w:val="20"/>
        </w:rPr>
        <w:t>přístup</w:t>
      </w:r>
      <w:proofErr w:type="spellEnd"/>
      <w:r w:rsidRPr="00415899">
        <w:rPr>
          <w:rFonts w:cs="Arial"/>
          <w:sz w:val="20"/>
          <w:szCs w:val="20"/>
        </w:rPr>
        <w:t xml:space="preserve">, </w:t>
      </w:r>
      <w:proofErr w:type="spellStart"/>
      <w:r w:rsidRPr="00415899">
        <w:rPr>
          <w:rFonts w:cs="Arial"/>
          <w:sz w:val="20"/>
          <w:szCs w:val="20"/>
        </w:rPr>
        <w:t>opravu</w:t>
      </w:r>
      <w:proofErr w:type="spellEnd"/>
      <w:r w:rsidRPr="00415899">
        <w:rPr>
          <w:rFonts w:cs="Arial"/>
          <w:sz w:val="20"/>
          <w:szCs w:val="20"/>
        </w:rPr>
        <w:t xml:space="preserve">, </w:t>
      </w:r>
      <w:proofErr w:type="spellStart"/>
      <w:r w:rsidRPr="00415899">
        <w:rPr>
          <w:rFonts w:cs="Arial"/>
          <w:sz w:val="20"/>
          <w:szCs w:val="20"/>
        </w:rPr>
        <w:t>výmaz</w:t>
      </w:r>
      <w:proofErr w:type="spellEnd"/>
      <w:r w:rsidRPr="00415899">
        <w:rPr>
          <w:rFonts w:cs="Arial"/>
          <w:sz w:val="20"/>
          <w:szCs w:val="20"/>
        </w:rPr>
        <w:t xml:space="preserve">, </w:t>
      </w:r>
      <w:proofErr w:type="spellStart"/>
      <w:r w:rsidRPr="00415899">
        <w:rPr>
          <w:rFonts w:cs="Arial"/>
          <w:sz w:val="20"/>
          <w:szCs w:val="20"/>
        </w:rPr>
        <w:t>omezení</w:t>
      </w:r>
      <w:proofErr w:type="spellEnd"/>
      <w:r w:rsidRPr="00415899">
        <w:rPr>
          <w:rFonts w:cs="Arial"/>
          <w:sz w:val="20"/>
          <w:szCs w:val="20"/>
        </w:rPr>
        <w:t xml:space="preserve"> </w:t>
      </w:r>
      <w:proofErr w:type="spellStart"/>
      <w:r w:rsidRPr="00415899">
        <w:rPr>
          <w:rFonts w:cs="Arial"/>
          <w:sz w:val="20"/>
          <w:szCs w:val="20"/>
        </w:rPr>
        <w:t>zpracování</w:t>
      </w:r>
      <w:proofErr w:type="spellEnd"/>
      <w:r w:rsidRPr="00415899">
        <w:rPr>
          <w:rFonts w:cs="Arial"/>
          <w:sz w:val="20"/>
          <w:szCs w:val="20"/>
        </w:rPr>
        <w:t xml:space="preserve">, </w:t>
      </w:r>
      <w:proofErr w:type="spellStart"/>
      <w:r w:rsidRPr="00415899">
        <w:rPr>
          <w:rFonts w:cs="Arial"/>
          <w:sz w:val="20"/>
          <w:szCs w:val="20"/>
        </w:rPr>
        <w:t>námitku</w:t>
      </w:r>
      <w:proofErr w:type="spellEnd"/>
      <w:r w:rsidRPr="00415899">
        <w:rPr>
          <w:rFonts w:cs="Arial"/>
          <w:sz w:val="20"/>
          <w:szCs w:val="20"/>
        </w:rPr>
        <w:t xml:space="preserve"> a </w:t>
      </w:r>
      <w:proofErr w:type="spellStart"/>
      <w:r w:rsidRPr="00415899">
        <w:rPr>
          <w:rFonts w:cs="Arial"/>
          <w:sz w:val="20"/>
          <w:szCs w:val="20"/>
        </w:rPr>
        <w:t>přenositelnost</w:t>
      </w:r>
      <w:proofErr w:type="spellEnd"/>
      <w:r w:rsidRPr="00415899">
        <w:rPr>
          <w:rFonts w:cs="Arial"/>
          <w:sz w:val="20"/>
          <w:szCs w:val="20"/>
        </w:rPr>
        <w:t xml:space="preserve"> a </w:t>
      </w:r>
      <w:proofErr w:type="spellStart"/>
      <w:r w:rsidRPr="00415899">
        <w:rPr>
          <w:rFonts w:cs="Arial"/>
          <w:sz w:val="20"/>
          <w:szCs w:val="20"/>
        </w:rPr>
        <w:t>právo</w:t>
      </w:r>
      <w:proofErr w:type="spellEnd"/>
      <w:r w:rsidRPr="00415899">
        <w:rPr>
          <w:rFonts w:cs="Arial"/>
          <w:sz w:val="20"/>
          <w:szCs w:val="20"/>
        </w:rPr>
        <w:t xml:space="preserve"> </w:t>
      </w:r>
      <w:proofErr w:type="spellStart"/>
      <w:r w:rsidRPr="00415899">
        <w:rPr>
          <w:rFonts w:cs="Arial"/>
          <w:sz w:val="20"/>
          <w:szCs w:val="20"/>
        </w:rPr>
        <w:t>podat</w:t>
      </w:r>
      <w:proofErr w:type="spellEnd"/>
      <w:r w:rsidRPr="00415899">
        <w:rPr>
          <w:rFonts w:cs="Arial"/>
          <w:sz w:val="20"/>
          <w:szCs w:val="20"/>
        </w:rPr>
        <w:t xml:space="preserve"> </w:t>
      </w:r>
      <w:proofErr w:type="spellStart"/>
      <w:r w:rsidRPr="00415899">
        <w:rPr>
          <w:rFonts w:cs="Arial"/>
          <w:sz w:val="20"/>
          <w:szCs w:val="20"/>
        </w:rPr>
        <w:t>stížnost</w:t>
      </w:r>
      <w:proofErr w:type="spellEnd"/>
      <w:r w:rsidRPr="00415899">
        <w:rPr>
          <w:rFonts w:cs="Arial"/>
          <w:sz w:val="20"/>
          <w:szCs w:val="20"/>
        </w:rPr>
        <w:t xml:space="preserve"> u </w:t>
      </w:r>
      <w:proofErr w:type="spellStart"/>
      <w:r w:rsidRPr="00415899">
        <w:rPr>
          <w:rFonts w:cs="Arial"/>
          <w:sz w:val="20"/>
          <w:szCs w:val="20"/>
        </w:rPr>
        <w:t>Úřadu</w:t>
      </w:r>
      <w:proofErr w:type="spellEnd"/>
      <w:r w:rsidRPr="00415899">
        <w:rPr>
          <w:rFonts w:cs="Arial"/>
          <w:sz w:val="20"/>
          <w:szCs w:val="20"/>
        </w:rPr>
        <w:t xml:space="preserve"> pro </w:t>
      </w:r>
      <w:proofErr w:type="spellStart"/>
      <w:r w:rsidRPr="00415899">
        <w:rPr>
          <w:rFonts w:cs="Arial"/>
          <w:sz w:val="20"/>
          <w:szCs w:val="20"/>
        </w:rPr>
        <w:t>ochranu</w:t>
      </w:r>
      <w:proofErr w:type="spellEnd"/>
      <w:r w:rsidRPr="00415899">
        <w:rPr>
          <w:rFonts w:cs="Arial"/>
          <w:sz w:val="20"/>
          <w:szCs w:val="20"/>
        </w:rPr>
        <w:t xml:space="preserve"> </w:t>
      </w:r>
      <w:proofErr w:type="spellStart"/>
      <w:r w:rsidRPr="00415899">
        <w:rPr>
          <w:rFonts w:cs="Arial"/>
          <w:sz w:val="20"/>
          <w:szCs w:val="20"/>
        </w:rPr>
        <w:t>osobních</w:t>
      </w:r>
      <w:proofErr w:type="spellEnd"/>
      <w:r w:rsidRPr="00415899">
        <w:rPr>
          <w:rFonts w:cs="Arial"/>
          <w:sz w:val="20"/>
          <w:szCs w:val="20"/>
        </w:rPr>
        <w:t xml:space="preserve"> </w:t>
      </w:r>
      <w:proofErr w:type="spellStart"/>
      <w:r w:rsidRPr="00415899">
        <w:rPr>
          <w:rFonts w:cs="Arial"/>
          <w:sz w:val="20"/>
          <w:szCs w:val="20"/>
        </w:rPr>
        <w:t>údajů</w:t>
      </w:r>
      <w:proofErr w:type="spellEnd"/>
      <w:r w:rsidRPr="00415899">
        <w:rPr>
          <w:rFonts w:cs="Arial"/>
          <w:sz w:val="20"/>
          <w:szCs w:val="20"/>
        </w:rPr>
        <w:t xml:space="preserve">. </w:t>
      </w:r>
      <w:proofErr w:type="spellStart"/>
      <w:r w:rsidRPr="00415899">
        <w:rPr>
          <w:rFonts w:cs="Arial"/>
          <w:sz w:val="20"/>
          <w:szCs w:val="20"/>
        </w:rPr>
        <w:t>Podrobnosti</w:t>
      </w:r>
      <w:proofErr w:type="spellEnd"/>
      <w:r w:rsidRPr="00415899">
        <w:rPr>
          <w:rFonts w:cs="Arial"/>
          <w:sz w:val="20"/>
          <w:szCs w:val="20"/>
        </w:rPr>
        <w:t xml:space="preserve"> </w:t>
      </w:r>
      <w:proofErr w:type="spellStart"/>
      <w:r w:rsidRPr="00415899">
        <w:rPr>
          <w:rFonts w:cs="Arial"/>
          <w:sz w:val="20"/>
          <w:szCs w:val="20"/>
        </w:rPr>
        <w:t>jsou</w:t>
      </w:r>
      <w:proofErr w:type="spellEnd"/>
      <w:r w:rsidRPr="00415899">
        <w:rPr>
          <w:rFonts w:cs="Arial"/>
          <w:sz w:val="20"/>
          <w:szCs w:val="20"/>
        </w:rPr>
        <w:t xml:space="preserve"> </w:t>
      </w:r>
      <w:proofErr w:type="spellStart"/>
      <w:r w:rsidRPr="00415899">
        <w:rPr>
          <w:rFonts w:cs="Arial"/>
          <w:sz w:val="20"/>
          <w:szCs w:val="20"/>
        </w:rPr>
        <w:t>uvedeny</w:t>
      </w:r>
      <w:proofErr w:type="spellEnd"/>
      <w:r w:rsidRPr="00415899">
        <w:rPr>
          <w:rFonts w:cs="Arial"/>
          <w:sz w:val="20"/>
          <w:szCs w:val="20"/>
        </w:rPr>
        <w:t xml:space="preserve"> v </w:t>
      </w:r>
      <w:proofErr w:type="spellStart"/>
      <w:r w:rsidRPr="00415899">
        <w:rPr>
          <w:rFonts w:cs="Arial"/>
          <w:sz w:val="20"/>
          <w:szCs w:val="20"/>
        </w:rPr>
        <w:t>pravidlech</w:t>
      </w:r>
      <w:proofErr w:type="spellEnd"/>
      <w:r w:rsidRPr="00415899">
        <w:rPr>
          <w:rFonts w:cs="Arial"/>
          <w:sz w:val="20"/>
          <w:szCs w:val="20"/>
        </w:rPr>
        <w:t xml:space="preserve"> </w:t>
      </w:r>
      <w:proofErr w:type="spellStart"/>
      <w:r w:rsidRPr="00415899">
        <w:rPr>
          <w:rFonts w:cs="Arial"/>
          <w:sz w:val="20"/>
          <w:szCs w:val="20"/>
        </w:rPr>
        <w:t>ochrany</w:t>
      </w:r>
      <w:proofErr w:type="spellEnd"/>
      <w:r w:rsidRPr="00415899">
        <w:rPr>
          <w:rFonts w:cs="Arial"/>
          <w:sz w:val="20"/>
          <w:szCs w:val="20"/>
        </w:rPr>
        <w:t xml:space="preserve"> </w:t>
      </w:r>
      <w:proofErr w:type="spellStart"/>
      <w:r w:rsidRPr="00415899">
        <w:rPr>
          <w:rFonts w:cs="Arial"/>
          <w:sz w:val="20"/>
          <w:szCs w:val="20"/>
        </w:rPr>
        <w:t>osobních</w:t>
      </w:r>
      <w:proofErr w:type="spellEnd"/>
      <w:r w:rsidRPr="00415899">
        <w:rPr>
          <w:rFonts w:cs="Arial"/>
          <w:sz w:val="20"/>
          <w:szCs w:val="20"/>
        </w:rPr>
        <w:t xml:space="preserve"> </w:t>
      </w:r>
      <w:proofErr w:type="spellStart"/>
      <w:r w:rsidRPr="00415899">
        <w:rPr>
          <w:rFonts w:cs="Arial"/>
          <w:sz w:val="20"/>
          <w:szCs w:val="20"/>
        </w:rPr>
        <w:t>údajů</w:t>
      </w:r>
      <w:proofErr w:type="spellEnd"/>
      <w:r w:rsidRPr="00415899">
        <w:rPr>
          <w:rFonts w:cs="Arial"/>
          <w:sz w:val="20"/>
          <w:szCs w:val="20"/>
        </w:rPr>
        <w:t xml:space="preserve"> </w:t>
      </w:r>
      <w:proofErr w:type="spellStart"/>
      <w:r w:rsidRPr="00415899">
        <w:rPr>
          <w:rFonts w:cs="Arial"/>
          <w:sz w:val="20"/>
          <w:szCs w:val="20"/>
        </w:rPr>
        <w:t>na</w:t>
      </w:r>
      <w:proofErr w:type="spellEnd"/>
      <w:r w:rsidRPr="00415899">
        <w:rPr>
          <w:rFonts w:cs="Arial"/>
          <w:sz w:val="20"/>
          <w:szCs w:val="20"/>
        </w:rPr>
        <w:t xml:space="preserve"> www.merinoobchod.cz/pravidla-ochrany-osobnich-udaju/. </w:t>
      </w:r>
      <w:proofErr w:type="spellStart"/>
      <w:r w:rsidRPr="00415899">
        <w:rPr>
          <w:rFonts w:cs="Arial"/>
          <w:sz w:val="20"/>
          <w:szCs w:val="20"/>
        </w:rPr>
        <w:t>Údaje</w:t>
      </w:r>
      <w:proofErr w:type="spellEnd"/>
      <w:r w:rsidRPr="00415899">
        <w:rPr>
          <w:rFonts w:cs="Arial"/>
          <w:sz w:val="20"/>
          <w:szCs w:val="20"/>
        </w:rPr>
        <w:t xml:space="preserve"> </w:t>
      </w:r>
      <w:proofErr w:type="spellStart"/>
      <w:r w:rsidRPr="00415899">
        <w:rPr>
          <w:rFonts w:cs="Arial"/>
          <w:sz w:val="20"/>
          <w:szCs w:val="20"/>
        </w:rPr>
        <w:t>nejsou</w:t>
      </w:r>
      <w:proofErr w:type="spellEnd"/>
      <w:r w:rsidRPr="00415899">
        <w:rPr>
          <w:rFonts w:cs="Arial"/>
          <w:sz w:val="20"/>
          <w:szCs w:val="20"/>
        </w:rPr>
        <w:t xml:space="preserve"> </w:t>
      </w:r>
      <w:proofErr w:type="spellStart"/>
      <w:r w:rsidRPr="00415899">
        <w:rPr>
          <w:rFonts w:cs="Arial"/>
          <w:sz w:val="20"/>
          <w:szCs w:val="20"/>
        </w:rPr>
        <w:t>na</w:t>
      </w:r>
      <w:proofErr w:type="spellEnd"/>
      <w:r w:rsidRPr="00415899">
        <w:rPr>
          <w:rFonts w:cs="Arial"/>
          <w:sz w:val="20"/>
          <w:szCs w:val="20"/>
        </w:rPr>
        <w:t xml:space="preserve"> </w:t>
      </w:r>
      <w:proofErr w:type="spellStart"/>
      <w:r w:rsidRPr="00415899">
        <w:rPr>
          <w:rFonts w:cs="Arial"/>
          <w:sz w:val="20"/>
          <w:szCs w:val="20"/>
        </w:rPr>
        <w:t>základě</w:t>
      </w:r>
      <w:proofErr w:type="spellEnd"/>
      <w:r w:rsidRPr="00415899">
        <w:rPr>
          <w:rFonts w:cs="Arial"/>
          <w:sz w:val="20"/>
          <w:szCs w:val="20"/>
        </w:rPr>
        <w:t xml:space="preserve"> </w:t>
      </w:r>
      <w:proofErr w:type="spellStart"/>
      <w:r w:rsidRPr="00415899">
        <w:rPr>
          <w:rFonts w:cs="Arial"/>
          <w:sz w:val="20"/>
          <w:szCs w:val="20"/>
        </w:rPr>
        <w:t>Soutěže</w:t>
      </w:r>
      <w:proofErr w:type="spellEnd"/>
      <w:r w:rsidRPr="00415899">
        <w:rPr>
          <w:rFonts w:cs="Arial"/>
          <w:sz w:val="20"/>
          <w:szCs w:val="20"/>
        </w:rPr>
        <w:t xml:space="preserve"> </w:t>
      </w:r>
      <w:proofErr w:type="spellStart"/>
      <w:r w:rsidRPr="00415899">
        <w:rPr>
          <w:rFonts w:cs="Arial"/>
          <w:sz w:val="20"/>
          <w:szCs w:val="20"/>
        </w:rPr>
        <w:t>používány</w:t>
      </w:r>
      <w:proofErr w:type="spellEnd"/>
      <w:r w:rsidRPr="00415899">
        <w:rPr>
          <w:rFonts w:cs="Arial"/>
          <w:sz w:val="20"/>
          <w:szCs w:val="20"/>
        </w:rPr>
        <w:t xml:space="preserve"> k </w:t>
      </w:r>
      <w:proofErr w:type="spellStart"/>
      <w:r w:rsidRPr="00415899">
        <w:rPr>
          <w:rFonts w:cs="Arial"/>
          <w:sz w:val="20"/>
          <w:szCs w:val="20"/>
        </w:rPr>
        <w:t>automatizovanému</w:t>
      </w:r>
      <w:proofErr w:type="spellEnd"/>
      <w:r w:rsidRPr="00415899">
        <w:rPr>
          <w:rFonts w:cs="Arial"/>
          <w:sz w:val="20"/>
          <w:szCs w:val="20"/>
        </w:rPr>
        <w:t xml:space="preserve"> </w:t>
      </w:r>
      <w:proofErr w:type="spellStart"/>
      <w:r w:rsidRPr="00415899">
        <w:rPr>
          <w:rFonts w:cs="Arial"/>
          <w:sz w:val="20"/>
          <w:szCs w:val="20"/>
        </w:rPr>
        <w:t>rozhodování</w:t>
      </w:r>
      <w:proofErr w:type="spellEnd"/>
      <w:r w:rsidRPr="00415899">
        <w:rPr>
          <w:rFonts w:cs="Arial"/>
          <w:sz w:val="20"/>
          <w:szCs w:val="20"/>
        </w:rPr>
        <w:t xml:space="preserve"> ani k </w:t>
      </w:r>
      <w:proofErr w:type="spellStart"/>
      <w:r w:rsidRPr="00415899">
        <w:rPr>
          <w:rFonts w:cs="Arial"/>
          <w:sz w:val="20"/>
          <w:szCs w:val="20"/>
        </w:rPr>
        <w:t>zasílání</w:t>
      </w:r>
      <w:proofErr w:type="spellEnd"/>
      <w:r w:rsidRPr="00415899">
        <w:rPr>
          <w:rFonts w:cs="Arial"/>
          <w:sz w:val="20"/>
          <w:szCs w:val="20"/>
        </w:rPr>
        <w:t xml:space="preserve"> </w:t>
      </w:r>
      <w:proofErr w:type="spellStart"/>
      <w:r w:rsidRPr="00415899">
        <w:rPr>
          <w:rFonts w:cs="Arial"/>
          <w:sz w:val="20"/>
          <w:szCs w:val="20"/>
        </w:rPr>
        <w:t>obchodních</w:t>
      </w:r>
      <w:proofErr w:type="spellEnd"/>
      <w:r w:rsidRPr="00415899">
        <w:rPr>
          <w:rFonts w:cs="Arial"/>
          <w:sz w:val="20"/>
          <w:szCs w:val="20"/>
        </w:rPr>
        <w:t xml:space="preserve"> </w:t>
      </w:r>
      <w:proofErr w:type="spellStart"/>
      <w:r w:rsidRPr="00415899">
        <w:rPr>
          <w:rFonts w:cs="Arial"/>
          <w:sz w:val="20"/>
          <w:szCs w:val="20"/>
        </w:rPr>
        <w:t>sdělení</w:t>
      </w:r>
      <w:proofErr w:type="spellEnd"/>
      <w:r w:rsidRPr="00415899">
        <w:rPr>
          <w:rFonts w:cs="Arial"/>
          <w:sz w:val="20"/>
          <w:szCs w:val="20"/>
        </w:rPr>
        <w:t xml:space="preserve"> bez </w:t>
      </w:r>
      <w:proofErr w:type="spellStart"/>
      <w:r w:rsidRPr="00415899">
        <w:rPr>
          <w:rFonts w:cs="Arial"/>
          <w:sz w:val="20"/>
          <w:szCs w:val="20"/>
        </w:rPr>
        <w:t>samostatného</w:t>
      </w:r>
      <w:proofErr w:type="spellEnd"/>
      <w:r w:rsidRPr="00415899">
        <w:rPr>
          <w:rFonts w:cs="Arial"/>
          <w:sz w:val="20"/>
          <w:szCs w:val="20"/>
        </w:rPr>
        <w:t xml:space="preserve"> </w:t>
      </w:r>
      <w:proofErr w:type="spellStart"/>
      <w:r w:rsidRPr="00415899">
        <w:rPr>
          <w:rFonts w:cs="Arial"/>
          <w:sz w:val="20"/>
          <w:szCs w:val="20"/>
        </w:rPr>
        <w:t>právního</w:t>
      </w:r>
      <w:proofErr w:type="spellEnd"/>
      <w:r w:rsidRPr="00415899">
        <w:rPr>
          <w:rFonts w:cs="Arial"/>
          <w:sz w:val="20"/>
          <w:szCs w:val="20"/>
        </w:rPr>
        <w:t xml:space="preserve"> </w:t>
      </w:r>
      <w:proofErr w:type="spellStart"/>
      <w:r w:rsidRPr="00415899">
        <w:rPr>
          <w:rFonts w:cs="Arial"/>
          <w:sz w:val="20"/>
          <w:szCs w:val="20"/>
        </w:rPr>
        <w:t>důvodu</w:t>
      </w:r>
      <w:proofErr w:type="spellEnd"/>
      <w:r w:rsidRPr="00415899">
        <w:rPr>
          <w:rFonts w:cs="Arial"/>
          <w:sz w:val="20"/>
          <w:szCs w:val="20"/>
        </w:rPr>
        <w:t>.</w:t>
      </w:r>
    </w:p>
    <w:p w14:paraId="1E748B47" w14:textId="77777777" w:rsidR="003F3D56" w:rsidRPr="00415899" w:rsidRDefault="00DA020F">
      <w:pPr>
        <w:pStyle w:val="Nadpis1"/>
        <w:rPr>
          <w:rFonts w:ascii="Arial" w:hAnsi="Arial" w:cs="Arial"/>
          <w:sz w:val="20"/>
          <w:szCs w:val="20"/>
        </w:rPr>
      </w:pPr>
      <w:r w:rsidRPr="00415899">
        <w:rPr>
          <w:rFonts w:ascii="Arial" w:hAnsi="Arial" w:cs="Arial"/>
          <w:sz w:val="20"/>
          <w:szCs w:val="20"/>
        </w:rPr>
        <w:lastRenderedPageBreak/>
        <w:t xml:space="preserve">13. </w:t>
      </w:r>
      <w:proofErr w:type="spellStart"/>
      <w:r w:rsidRPr="00415899">
        <w:rPr>
          <w:rFonts w:ascii="Arial" w:hAnsi="Arial" w:cs="Arial"/>
          <w:sz w:val="20"/>
          <w:szCs w:val="20"/>
        </w:rPr>
        <w:t>Odpovědnost</w:t>
      </w:r>
      <w:proofErr w:type="spellEnd"/>
      <w:r w:rsidRPr="00415899">
        <w:rPr>
          <w:rFonts w:ascii="Arial" w:hAnsi="Arial" w:cs="Arial"/>
          <w:sz w:val="20"/>
          <w:szCs w:val="20"/>
        </w:rPr>
        <w:t xml:space="preserve"> a </w:t>
      </w:r>
      <w:proofErr w:type="spellStart"/>
      <w:r w:rsidRPr="00415899">
        <w:rPr>
          <w:rFonts w:ascii="Arial" w:hAnsi="Arial" w:cs="Arial"/>
          <w:sz w:val="20"/>
          <w:szCs w:val="20"/>
        </w:rPr>
        <w:t>změny</w:t>
      </w:r>
      <w:proofErr w:type="spellEnd"/>
      <w:r w:rsidRPr="00415899">
        <w:rPr>
          <w:rFonts w:ascii="Arial" w:hAnsi="Arial" w:cs="Arial"/>
          <w:sz w:val="20"/>
          <w:szCs w:val="20"/>
        </w:rPr>
        <w:t xml:space="preserve"> </w:t>
      </w:r>
      <w:proofErr w:type="spellStart"/>
      <w:r w:rsidRPr="00415899">
        <w:rPr>
          <w:rFonts w:ascii="Arial" w:hAnsi="Arial" w:cs="Arial"/>
          <w:sz w:val="20"/>
          <w:szCs w:val="20"/>
        </w:rPr>
        <w:t>Soutěže</w:t>
      </w:r>
      <w:proofErr w:type="spellEnd"/>
    </w:p>
    <w:p w14:paraId="780FEAF2" w14:textId="77777777" w:rsidR="003F3D56" w:rsidRPr="00415899" w:rsidRDefault="00DA020F">
      <w:pPr>
        <w:pStyle w:val="Seznamsodrkami"/>
        <w:spacing w:after="60"/>
        <w:ind w:left="547" w:hanging="274"/>
        <w:rPr>
          <w:rFonts w:cs="Arial"/>
          <w:sz w:val="20"/>
          <w:szCs w:val="20"/>
        </w:rPr>
      </w:pPr>
      <w:proofErr w:type="spellStart"/>
      <w:r w:rsidRPr="00415899">
        <w:rPr>
          <w:rFonts w:cs="Arial"/>
          <w:sz w:val="20"/>
          <w:szCs w:val="20"/>
        </w:rPr>
        <w:t>Pořadatel</w:t>
      </w:r>
      <w:proofErr w:type="spellEnd"/>
      <w:r w:rsidRPr="00415899">
        <w:rPr>
          <w:rFonts w:cs="Arial"/>
          <w:sz w:val="20"/>
          <w:szCs w:val="20"/>
        </w:rPr>
        <w:t xml:space="preserve"> </w:t>
      </w:r>
      <w:proofErr w:type="spellStart"/>
      <w:r w:rsidRPr="00415899">
        <w:rPr>
          <w:rFonts w:cs="Arial"/>
          <w:sz w:val="20"/>
          <w:szCs w:val="20"/>
        </w:rPr>
        <w:t>neodpovídá</w:t>
      </w:r>
      <w:proofErr w:type="spellEnd"/>
      <w:r w:rsidRPr="00415899">
        <w:rPr>
          <w:rFonts w:cs="Arial"/>
          <w:sz w:val="20"/>
          <w:szCs w:val="20"/>
        </w:rPr>
        <w:t xml:space="preserve"> za </w:t>
      </w:r>
      <w:proofErr w:type="spellStart"/>
      <w:r w:rsidRPr="00415899">
        <w:rPr>
          <w:rFonts w:cs="Arial"/>
          <w:sz w:val="20"/>
          <w:szCs w:val="20"/>
        </w:rPr>
        <w:t>nedoručené</w:t>
      </w:r>
      <w:proofErr w:type="spellEnd"/>
      <w:r w:rsidRPr="00415899">
        <w:rPr>
          <w:rFonts w:cs="Arial"/>
          <w:sz w:val="20"/>
          <w:szCs w:val="20"/>
        </w:rPr>
        <w:t xml:space="preserve">, </w:t>
      </w:r>
      <w:proofErr w:type="spellStart"/>
      <w:r w:rsidRPr="00415899">
        <w:rPr>
          <w:rFonts w:cs="Arial"/>
          <w:sz w:val="20"/>
          <w:szCs w:val="20"/>
        </w:rPr>
        <w:t>poškozené</w:t>
      </w:r>
      <w:proofErr w:type="spellEnd"/>
      <w:r w:rsidRPr="00415899">
        <w:rPr>
          <w:rFonts w:cs="Arial"/>
          <w:sz w:val="20"/>
          <w:szCs w:val="20"/>
        </w:rPr>
        <w:t xml:space="preserve">, </w:t>
      </w:r>
      <w:proofErr w:type="spellStart"/>
      <w:r w:rsidRPr="00415899">
        <w:rPr>
          <w:rFonts w:cs="Arial"/>
          <w:sz w:val="20"/>
          <w:szCs w:val="20"/>
        </w:rPr>
        <w:t>nečitelné</w:t>
      </w:r>
      <w:proofErr w:type="spellEnd"/>
      <w:r w:rsidRPr="00415899">
        <w:rPr>
          <w:rFonts w:cs="Arial"/>
          <w:sz w:val="20"/>
          <w:szCs w:val="20"/>
        </w:rPr>
        <w:t xml:space="preserve"> </w:t>
      </w:r>
      <w:proofErr w:type="spellStart"/>
      <w:r w:rsidRPr="00415899">
        <w:rPr>
          <w:rFonts w:cs="Arial"/>
          <w:sz w:val="20"/>
          <w:szCs w:val="20"/>
        </w:rPr>
        <w:t>nebo</w:t>
      </w:r>
      <w:proofErr w:type="spellEnd"/>
      <w:r w:rsidRPr="00415899">
        <w:rPr>
          <w:rFonts w:cs="Arial"/>
          <w:sz w:val="20"/>
          <w:szCs w:val="20"/>
        </w:rPr>
        <w:t xml:space="preserve"> </w:t>
      </w:r>
      <w:proofErr w:type="spellStart"/>
      <w:r w:rsidRPr="00415899">
        <w:rPr>
          <w:rFonts w:cs="Arial"/>
          <w:sz w:val="20"/>
          <w:szCs w:val="20"/>
        </w:rPr>
        <w:t>opožděné</w:t>
      </w:r>
      <w:proofErr w:type="spellEnd"/>
      <w:r w:rsidRPr="00415899">
        <w:rPr>
          <w:rFonts w:cs="Arial"/>
          <w:sz w:val="20"/>
          <w:szCs w:val="20"/>
        </w:rPr>
        <w:t xml:space="preserve"> </w:t>
      </w:r>
      <w:proofErr w:type="spellStart"/>
      <w:r w:rsidRPr="00415899">
        <w:rPr>
          <w:rFonts w:cs="Arial"/>
          <w:sz w:val="20"/>
          <w:szCs w:val="20"/>
        </w:rPr>
        <w:t>soubory</w:t>
      </w:r>
      <w:proofErr w:type="spellEnd"/>
      <w:r w:rsidRPr="00415899">
        <w:rPr>
          <w:rFonts w:cs="Arial"/>
          <w:sz w:val="20"/>
          <w:szCs w:val="20"/>
        </w:rPr>
        <w:t xml:space="preserve"> ani za </w:t>
      </w:r>
      <w:proofErr w:type="spellStart"/>
      <w:r w:rsidRPr="00415899">
        <w:rPr>
          <w:rFonts w:cs="Arial"/>
          <w:sz w:val="20"/>
          <w:szCs w:val="20"/>
        </w:rPr>
        <w:t>výpadky</w:t>
      </w:r>
      <w:proofErr w:type="spellEnd"/>
      <w:r w:rsidRPr="00415899">
        <w:rPr>
          <w:rFonts w:cs="Arial"/>
          <w:sz w:val="20"/>
          <w:szCs w:val="20"/>
        </w:rPr>
        <w:t xml:space="preserve"> e-</w:t>
      </w:r>
      <w:proofErr w:type="spellStart"/>
      <w:r w:rsidRPr="00415899">
        <w:rPr>
          <w:rFonts w:cs="Arial"/>
          <w:sz w:val="20"/>
          <w:szCs w:val="20"/>
        </w:rPr>
        <w:t>mailu</w:t>
      </w:r>
      <w:proofErr w:type="spellEnd"/>
      <w:r w:rsidRPr="00415899">
        <w:rPr>
          <w:rFonts w:cs="Arial"/>
          <w:sz w:val="20"/>
          <w:szCs w:val="20"/>
        </w:rPr>
        <w:t xml:space="preserve"> </w:t>
      </w:r>
      <w:proofErr w:type="spellStart"/>
      <w:r w:rsidRPr="00415899">
        <w:rPr>
          <w:rFonts w:cs="Arial"/>
          <w:sz w:val="20"/>
          <w:szCs w:val="20"/>
        </w:rPr>
        <w:t>či</w:t>
      </w:r>
      <w:proofErr w:type="spellEnd"/>
      <w:r w:rsidRPr="00415899">
        <w:rPr>
          <w:rFonts w:cs="Arial"/>
          <w:sz w:val="20"/>
          <w:szCs w:val="20"/>
        </w:rPr>
        <w:t xml:space="preserve"> </w:t>
      </w:r>
      <w:proofErr w:type="spellStart"/>
      <w:r w:rsidRPr="00415899">
        <w:rPr>
          <w:rFonts w:cs="Arial"/>
          <w:sz w:val="20"/>
          <w:szCs w:val="20"/>
        </w:rPr>
        <w:t>služeb</w:t>
      </w:r>
      <w:proofErr w:type="spellEnd"/>
      <w:r w:rsidRPr="00415899">
        <w:rPr>
          <w:rFonts w:cs="Arial"/>
          <w:sz w:val="20"/>
          <w:szCs w:val="20"/>
        </w:rPr>
        <w:t xml:space="preserve"> pro </w:t>
      </w:r>
      <w:proofErr w:type="spellStart"/>
      <w:r w:rsidRPr="00415899">
        <w:rPr>
          <w:rFonts w:cs="Arial"/>
          <w:sz w:val="20"/>
          <w:szCs w:val="20"/>
        </w:rPr>
        <w:t>přenos</w:t>
      </w:r>
      <w:proofErr w:type="spellEnd"/>
      <w:r w:rsidRPr="00415899">
        <w:rPr>
          <w:rFonts w:cs="Arial"/>
          <w:sz w:val="20"/>
          <w:szCs w:val="20"/>
        </w:rPr>
        <w:t xml:space="preserve"> </w:t>
      </w:r>
      <w:proofErr w:type="spellStart"/>
      <w:r w:rsidRPr="00415899">
        <w:rPr>
          <w:rFonts w:cs="Arial"/>
          <w:sz w:val="20"/>
          <w:szCs w:val="20"/>
        </w:rPr>
        <w:t>dat</w:t>
      </w:r>
      <w:proofErr w:type="spellEnd"/>
      <w:r w:rsidRPr="00415899">
        <w:rPr>
          <w:rFonts w:cs="Arial"/>
          <w:sz w:val="20"/>
          <w:szCs w:val="20"/>
        </w:rPr>
        <w:t xml:space="preserve">, </w:t>
      </w:r>
      <w:proofErr w:type="spellStart"/>
      <w:r w:rsidRPr="00415899">
        <w:rPr>
          <w:rFonts w:cs="Arial"/>
          <w:sz w:val="20"/>
          <w:szCs w:val="20"/>
        </w:rPr>
        <w:t>které</w:t>
      </w:r>
      <w:proofErr w:type="spellEnd"/>
      <w:r w:rsidRPr="00415899">
        <w:rPr>
          <w:rFonts w:cs="Arial"/>
          <w:sz w:val="20"/>
          <w:szCs w:val="20"/>
        </w:rPr>
        <w:t xml:space="preserve"> </w:t>
      </w:r>
      <w:proofErr w:type="spellStart"/>
      <w:r w:rsidRPr="00415899">
        <w:rPr>
          <w:rFonts w:cs="Arial"/>
          <w:sz w:val="20"/>
          <w:szCs w:val="20"/>
        </w:rPr>
        <w:t>nemohl</w:t>
      </w:r>
      <w:proofErr w:type="spellEnd"/>
      <w:r w:rsidRPr="00415899">
        <w:rPr>
          <w:rFonts w:cs="Arial"/>
          <w:sz w:val="20"/>
          <w:szCs w:val="20"/>
        </w:rPr>
        <w:t xml:space="preserve"> </w:t>
      </w:r>
      <w:proofErr w:type="spellStart"/>
      <w:r w:rsidRPr="00415899">
        <w:rPr>
          <w:rFonts w:cs="Arial"/>
          <w:sz w:val="20"/>
          <w:szCs w:val="20"/>
        </w:rPr>
        <w:t>rozumně</w:t>
      </w:r>
      <w:proofErr w:type="spellEnd"/>
      <w:r w:rsidRPr="00415899">
        <w:rPr>
          <w:rFonts w:cs="Arial"/>
          <w:sz w:val="20"/>
          <w:szCs w:val="20"/>
        </w:rPr>
        <w:t xml:space="preserve"> </w:t>
      </w:r>
      <w:proofErr w:type="spellStart"/>
      <w:r w:rsidRPr="00415899">
        <w:rPr>
          <w:rFonts w:cs="Arial"/>
          <w:sz w:val="20"/>
          <w:szCs w:val="20"/>
        </w:rPr>
        <w:t>ovlivnit</w:t>
      </w:r>
      <w:proofErr w:type="spellEnd"/>
      <w:r w:rsidRPr="00415899">
        <w:rPr>
          <w:rFonts w:cs="Arial"/>
          <w:sz w:val="20"/>
          <w:szCs w:val="20"/>
        </w:rPr>
        <w:t>.</w:t>
      </w:r>
    </w:p>
    <w:p w14:paraId="15B5430C" w14:textId="77777777" w:rsidR="003F3D56" w:rsidRPr="00415899" w:rsidRDefault="00DA020F">
      <w:pPr>
        <w:pStyle w:val="Seznamsodrkami"/>
        <w:spacing w:after="60"/>
        <w:ind w:left="547" w:hanging="274"/>
        <w:rPr>
          <w:rFonts w:cs="Arial"/>
          <w:sz w:val="20"/>
          <w:szCs w:val="20"/>
        </w:rPr>
      </w:pPr>
      <w:proofErr w:type="spellStart"/>
      <w:r w:rsidRPr="00415899">
        <w:rPr>
          <w:rFonts w:cs="Arial"/>
          <w:sz w:val="20"/>
          <w:szCs w:val="20"/>
        </w:rPr>
        <w:t>Soutěžící</w:t>
      </w:r>
      <w:proofErr w:type="spellEnd"/>
      <w:r w:rsidRPr="00415899">
        <w:rPr>
          <w:rFonts w:cs="Arial"/>
          <w:sz w:val="20"/>
          <w:szCs w:val="20"/>
        </w:rPr>
        <w:t xml:space="preserve"> </w:t>
      </w:r>
      <w:proofErr w:type="spellStart"/>
      <w:r w:rsidRPr="00415899">
        <w:rPr>
          <w:rFonts w:cs="Arial"/>
          <w:sz w:val="20"/>
          <w:szCs w:val="20"/>
        </w:rPr>
        <w:t>nese</w:t>
      </w:r>
      <w:proofErr w:type="spellEnd"/>
      <w:r w:rsidRPr="00415899">
        <w:rPr>
          <w:rFonts w:cs="Arial"/>
          <w:sz w:val="20"/>
          <w:szCs w:val="20"/>
        </w:rPr>
        <w:t xml:space="preserve"> </w:t>
      </w:r>
      <w:proofErr w:type="spellStart"/>
      <w:r w:rsidRPr="00415899">
        <w:rPr>
          <w:rFonts w:cs="Arial"/>
          <w:sz w:val="20"/>
          <w:szCs w:val="20"/>
        </w:rPr>
        <w:t>náklady</w:t>
      </w:r>
      <w:proofErr w:type="spellEnd"/>
      <w:r w:rsidRPr="00415899">
        <w:rPr>
          <w:rFonts w:cs="Arial"/>
          <w:sz w:val="20"/>
          <w:szCs w:val="20"/>
        </w:rPr>
        <w:t xml:space="preserve"> </w:t>
      </w:r>
      <w:proofErr w:type="spellStart"/>
      <w:r w:rsidRPr="00415899">
        <w:rPr>
          <w:rFonts w:cs="Arial"/>
          <w:sz w:val="20"/>
          <w:szCs w:val="20"/>
        </w:rPr>
        <w:t>spojené</w:t>
      </w:r>
      <w:proofErr w:type="spellEnd"/>
      <w:r w:rsidRPr="00415899">
        <w:rPr>
          <w:rFonts w:cs="Arial"/>
          <w:sz w:val="20"/>
          <w:szCs w:val="20"/>
        </w:rPr>
        <w:t xml:space="preserve"> s </w:t>
      </w:r>
      <w:proofErr w:type="spellStart"/>
      <w:r w:rsidRPr="00415899">
        <w:rPr>
          <w:rFonts w:cs="Arial"/>
          <w:sz w:val="20"/>
          <w:szCs w:val="20"/>
        </w:rPr>
        <w:t>vytvořením</w:t>
      </w:r>
      <w:proofErr w:type="spellEnd"/>
      <w:r w:rsidRPr="00415899">
        <w:rPr>
          <w:rFonts w:cs="Arial"/>
          <w:sz w:val="20"/>
          <w:szCs w:val="20"/>
        </w:rPr>
        <w:t xml:space="preserve"> </w:t>
      </w:r>
      <w:proofErr w:type="gramStart"/>
      <w:r w:rsidRPr="00415899">
        <w:rPr>
          <w:rFonts w:cs="Arial"/>
          <w:sz w:val="20"/>
          <w:szCs w:val="20"/>
        </w:rPr>
        <w:t>a</w:t>
      </w:r>
      <w:proofErr w:type="gramEnd"/>
      <w:r w:rsidRPr="00415899">
        <w:rPr>
          <w:rFonts w:cs="Arial"/>
          <w:sz w:val="20"/>
          <w:szCs w:val="20"/>
        </w:rPr>
        <w:t xml:space="preserve"> </w:t>
      </w:r>
      <w:proofErr w:type="spellStart"/>
      <w:r w:rsidRPr="00415899">
        <w:rPr>
          <w:rFonts w:cs="Arial"/>
          <w:sz w:val="20"/>
          <w:szCs w:val="20"/>
        </w:rPr>
        <w:t>odesláním</w:t>
      </w:r>
      <w:proofErr w:type="spellEnd"/>
      <w:r w:rsidRPr="00415899">
        <w:rPr>
          <w:rFonts w:cs="Arial"/>
          <w:sz w:val="20"/>
          <w:szCs w:val="20"/>
        </w:rPr>
        <w:t xml:space="preserve"> </w:t>
      </w:r>
      <w:proofErr w:type="spellStart"/>
      <w:r w:rsidRPr="00415899">
        <w:rPr>
          <w:rFonts w:cs="Arial"/>
          <w:sz w:val="20"/>
          <w:szCs w:val="20"/>
        </w:rPr>
        <w:t>návrhu</w:t>
      </w:r>
      <w:proofErr w:type="spellEnd"/>
      <w:r w:rsidRPr="00415899">
        <w:rPr>
          <w:rFonts w:cs="Arial"/>
          <w:sz w:val="20"/>
          <w:szCs w:val="20"/>
        </w:rPr>
        <w:t xml:space="preserve">. </w:t>
      </w:r>
      <w:proofErr w:type="spellStart"/>
      <w:r w:rsidRPr="00415899">
        <w:rPr>
          <w:rFonts w:cs="Arial"/>
          <w:sz w:val="20"/>
          <w:szCs w:val="20"/>
        </w:rPr>
        <w:t>Případné</w:t>
      </w:r>
      <w:proofErr w:type="spellEnd"/>
      <w:r w:rsidRPr="00415899">
        <w:rPr>
          <w:rFonts w:cs="Arial"/>
          <w:sz w:val="20"/>
          <w:szCs w:val="20"/>
        </w:rPr>
        <w:t xml:space="preserve"> </w:t>
      </w:r>
      <w:proofErr w:type="spellStart"/>
      <w:r w:rsidRPr="00415899">
        <w:rPr>
          <w:rFonts w:cs="Arial"/>
          <w:sz w:val="20"/>
          <w:szCs w:val="20"/>
        </w:rPr>
        <w:t>daňové</w:t>
      </w:r>
      <w:proofErr w:type="spellEnd"/>
      <w:r w:rsidRPr="00415899">
        <w:rPr>
          <w:rFonts w:cs="Arial"/>
          <w:sz w:val="20"/>
          <w:szCs w:val="20"/>
        </w:rPr>
        <w:t xml:space="preserve"> </w:t>
      </w:r>
      <w:proofErr w:type="spellStart"/>
      <w:r w:rsidRPr="00415899">
        <w:rPr>
          <w:rFonts w:cs="Arial"/>
          <w:sz w:val="20"/>
          <w:szCs w:val="20"/>
        </w:rPr>
        <w:t>povinnosti</w:t>
      </w:r>
      <w:proofErr w:type="spellEnd"/>
      <w:r w:rsidRPr="00415899">
        <w:rPr>
          <w:rFonts w:cs="Arial"/>
          <w:sz w:val="20"/>
          <w:szCs w:val="20"/>
        </w:rPr>
        <w:t xml:space="preserve"> </w:t>
      </w:r>
      <w:proofErr w:type="spellStart"/>
      <w:r w:rsidRPr="00415899">
        <w:rPr>
          <w:rFonts w:cs="Arial"/>
          <w:sz w:val="20"/>
          <w:szCs w:val="20"/>
        </w:rPr>
        <w:t>výherce</w:t>
      </w:r>
      <w:proofErr w:type="spellEnd"/>
      <w:r w:rsidRPr="00415899">
        <w:rPr>
          <w:rFonts w:cs="Arial"/>
          <w:sz w:val="20"/>
          <w:szCs w:val="20"/>
        </w:rPr>
        <w:t xml:space="preserve"> se </w:t>
      </w:r>
      <w:proofErr w:type="spellStart"/>
      <w:r w:rsidRPr="00415899">
        <w:rPr>
          <w:rFonts w:cs="Arial"/>
          <w:sz w:val="20"/>
          <w:szCs w:val="20"/>
        </w:rPr>
        <w:t>řídí</w:t>
      </w:r>
      <w:proofErr w:type="spellEnd"/>
      <w:r w:rsidRPr="00415899">
        <w:rPr>
          <w:rFonts w:cs="Arial"/>
          <w:sz w:val="20"/>
          <w:szCs w:val="20"/>
        </w:rPr>
        <w:t xml:space="preserve"> </w:t>
      </w:r>
      <w:proofErr w:type="spellStart"/>
      <w:r w:rsidRPr="00415899">
        <w:rPr>
          <w:rFonts w:cs="Arial"/>
          <w:sz w:val="20"/>
          <w:szCs w:val="20"/>
        </w:rPr>
        <w:t>platnými</w:t>
      </w:r>
      <w:proofErr w:type="spellEnd"/>
      <w:r w:rsidRPr="00415899">
        <w:rPr>
          <w:rFonts w:cs="Arial"/>
          <w:sz w:val="20"/>
          <w:szCs w:val="20"/>
        </w:rPr>
        <w:t xml:space="preserve"> </w:t>
      </w:r>
      <w:proofErr w:type="spellStart"/>
      <w:r w:rsidRPr="00415899">
        <w:rPr>
          <w:rFonts w:cs="Arial"/>
          <w:sz w:val="20"/>
          <w:szCs w:val="20"/>
        </w:rPr>
        <w:t>právními</w:t>
      </w:r>
      <w:proofErr w:type="spellEnd"/>
      <w:r w:rsidRPr="00415899">
        <w:rPr>
          <w:rFonts w:cs="Arial"/>
          <w:sz w:val="20"/>
          <w:szCs w:val="20"/>
        </w:rPr>
        <w:t xml:space="preserve"> </w:t>
      </w:r>
      <w:proofErr w:type="spellStart"/>
      <w:r w:rsidRPr="00415899">
        <w:rPr>
          <w:rFonts w:cs="Arial"/>
          <w:sz w:val="20"/>
          <w:szCs w:val="20"/>
        </w:rPr>
        <w:t>předpisy</w:t>
      </w:r>
      <w:proofErr w:type="spellEnd"/>
      <w:r w:rsidRPr="00415899">
        <w:rPr>
          <w:rFonts w:cs="Arial"/>
          <w:sz w:val="20"/>
          <w:szCs w:val="20"/>
        </w:rPr>
        <w:t>.</w:t>
      </w:r>
    </w:p>
    <w:p w14:paraId="58001C0E" w14:textId="77777777" w:rsidR="003F3D56" w:rsidRPr="00415899" w:rsidRDefault="00DA020F">
      <w:pPr>
        <w:pStyle w:val="Seznamsodrkami"/>
        <w:spacing w:after="60"/>
        <w:ind w:left="547" w:hanging="274"/>
        <w:rPr>
          <w:rFonts w:cs="Arial"/>
          <w:sz w:val="20"/>
          <w:szCs w:val="20"/>
        </w:rPr>
      </w:pPr>
      <w:proofErr w:type="spellStart"/>
      <w:r w:rsidRPr="00415899">
        <w:rPr>
          <w:rFonts w:cs="Arial"/>
          <w:sz w:val="20"/>
          <w:szCs w:val="20"/>
        </w:rPr>
        <w:t>Pokud</w:t>
      </w:r>
      <w:proofErr w:type="spellEnd"/>
      <w:r w:rsidRPr="00415899">
        <w:rPr>
          <w:rFonts w:cs="Arial"/>
          <w:sz w:val="20"/>
          <w:szCs w:val="20"/>
        </w:rPr>
        <w:t xml:space="preserve"> </w:t>
      </w:r>
      <w:proofErr w:type="spellStart"/>
      <w:r w:rsidRPr="00415899">
        <w:rPr>
          <w:rFonts w:cs="Arial"/>
          <w:sz w:val="20"/>
          <w:szCs w:val="20"/>
        </w:rPr>
        <w:t>bude</w:t>
      </w:r>
      <w:proofErr w:type="spellEnd"/>
      <w:r w:rsidRPr="00415899">
        <w:rPr>
          <w:rFonts w:cs="Arial"/>
          <w:sz w:val="20"/>
          <w:szCs w:val="20"/>
        </w:rPr>
        <w:t xml:space="preserve"> </w:t>
      </w:r>
      <w:proofErr w:type="spellStart"/>
      <w:r w:rsidRPr="00415899">
        <w:rPr>
          <w:rFonts w:cs="Arial"/>
          <w:sz w:val="20"/>
          <w:szCs w:val="20"/>
        </w:rPr>
        <w:t>počet</w:t>
      </w:r>
      <w:proofErr w:type="spellEnd"/>
      <w:r w:rsidRPr="00415899">
        <w:rPr>
          <w:rFonts w:cs="Arial"/>
          <w:sz w:val="20"/>
          <w:szCs w:val="20"/>
        </w:rPr>
        <w:t xml:space="preserve"> </w:t>
      </w:r>
      <w:proofErr w:type="spellStart"/>
      <w:r w:rsidRPr="00415899">
        <w:rPr>
          <w:rFonts w:cs="Arial"/>
          <w:sz w:val="20"/>
          <w:szCs w:val="20"/>
        </w:rPr>
        <w:t>soutěžících</w:t>
      </w:r>
      <w:proofErr w:type="spellEnd"/>
      <w:r w:rsidRPr="00415899">
        <w:rPr>
          <w:rFonts w:cs="Arial"/>
          <w:sz w:val="20"/>
          <w:szCs w:val="20"/>
        </w:rPr>
        <w:t xml:space="preserve">, </w:t>
      </w:r>
      <w:proofErr w:type="spellStart"/>
      <w:r w:rsidRPr="00415899">
        <w:rPr>
          <w:rFonts w:cs="Arial"/>
          <w:sz w:val="20"/>
          <w:szCs w:val="20"/>
        </w:rPr>
        <w:t>kteří</w:t>
      </w:r>
      <w:proofErr w:type="spellEnd"/>
      <w:r w:rsidRPr="00415899">
        <w:rPr>
          <w:rFonts w:cs="Arial"/>
          <w:sz w:val="20"/>
          <w:szCs w:val="20"/>
        </w:rPr>
        <w:t xml:space="preserve"> do </w:t>
      </w:r>
      <w:proofErr w:type="spellStart"/>
      <w:r w:rsidRPr="00415899">
        <w:rPr>
          <w:rFonts w:cs="Arial"/>
          <w:sz w:val="20"/>
          <w:szCs w:val="20"/>
        </w:rPr>
        <w:t>Soutěže</w:t>
      </w:r>
      <w:proofErr w:type="spellEnd"/>
      <w:r w:rsidRPr="00415899">
        <w:rPr>
          <w:rFonts w:cs="Arial"/>
          <w:sz w:val="20"/>
          <w:szCs w:val="20"/>
        </w:rPr>
        <w:t xml:space="preserve"> </w:t>
      </w:r>
      <w:proofErr w:type="spellStart"/>
      <w:r w:rsidRPr="00415899">
        <w:rPr>
          <w:rFonts w:cs="Arial"/>
          <w:sz w:val="20"/>
          <w:szCs w:val="20"/>
        </w:rPr>
        <w:t>přihlásili</w:t>
      </w:r>
      <w:proofErr w:type="spellEnd"/>
      <w:r w:rsidRPr="00415899">
        <w:rPr>
          <w:rFonts w:cs="Arial"/>
          <w:sz w:val="20"/>
          <w:szCs w:val="20"/>
        </w:rPr>
        <w:t xml:space="preserve"> </w:t>
      </w:r>
      <w:proofErr w:type="spellStart"/>
      <w:r w:rsidRPr="00415899">
        <w:rPr>
          <w:rFonts w:cs="Arial"/>
          <w:sz w:val="20"/>
          <w:szCs w:val="20"/>
        </w:rPr>
        <w:t>alespoň</w:t>
      </w:r>
      <w:proofErr w:type="spellEnd"/>
      <w:r w:rsidRPr="00415899">
        <w:rPr>
          <w:rFonts w:cs="Arial"/>
          <w:sz w:val="20"/>
          <w:szCs w:val="20"/>
        </w:rPr>
        <w:t xml:space="preserve"> </w:t>
      </w:r>
      <w:proofErr w:type="spellStart"/>
      <w:r w:rsidRPr="00415899">
        <w:rPr>
          <w:rFonts w:cs="Arial"/>
          <w:sz w:val="20"/>
          <w:szCs w:val="20"/>
        </w:rPr>
        <w:t>jeden</w:t>
      </w:r>
      <w:proofErr w:type="spellEnd"/>
      <w:r w:rsidRPr="00415899">
        <w:rPr>
          <w:rFonts w:cs="Arial"/>
          <w:sz w:val="20"/>
          <w:szCs w:val="20"/>
        </w:rPr>
        <w:t xml:space="preserve"> </w:t>
      </w:r>
      <w:proofErr w:type="spellStart"/>
      <w:r w:rsidRPr="00415899">
        <w:rPr>
          <w:rFonts w:cs="Arial"/>
          <w:sz w:val="20"/>
          <w:szCs w:val="20"/>
        </w:rPr>
        <w:t>návrh</w:t>
      </w:r>
      <w:proofErr w:type="spellEnd"/>
      <w:r w:rsidRPr="00415899">
        <w:rPr>
          <w:rFonts w:cs="Arial"/>
          <w:sz w:val="20"/>
          <w:szCs w:val="20"/>
        </w:rPr>
        <w:t xml:space="preserve"> </w:t>
      </w:r>
      <w:proofErr w:type="spellStart"/>
      <w:r w:rsidRPr="00415899">
        <w:rPr>
          <w:rFonts w:cs="Arial"/>
          <w:sz w:val="20"/>
          <w:szCs w:val="20"/>
        </w:rPr>
        <w:t>splňující</w:t>
      </w:r>
      <w:proofErr w:type="spellEnd"/>
      <w:r w:rsidRPr="00415899">
        <w:rPr>
          <w:rFonts w:cs="Arial"/>
          <w:sz w:val="20"/>
          <w:szCs w:val="20"/>
        </w:rPr>
        <w:t xml:space="preserve"> </w:t>
      </w:r>
      <w:proofErr w:type="spellStart"/>
      <w:r w:rsidRPr="00415899">
        <w:rPr>
          <w:rFonts w:cs="Arial"/>
          <w:sz w:val="20"/>
          <w:szCs w:val="20"/>
        </w:rPr>
        <w:t>pravidla</w:t>
      </w:r>
      <w:proofErr w:type="spellEnd"/>
      <w:r w:rsidRPr="00415899">
        <w:rPr>
          <w:rFonts w:cs="Arial"/>
          <w:sz w:val="20"/>
          <w:szCs w:val="20"/>
        </w:rPr>
        <w:t xml:space="preserve">, </w:t>
      </w:r>
      <w:proofErr w:type="spellStart"/>
      <w:r w:rsidRPr="00415899">
        <w:rPr>
          <w:rFonts w:cs="Arial"/>
          <w:sz w:val="20"/>
          <w:szCs w:val="20"/>
        </w:rPr>
        <w:t>nižší</w:t>
      </w:r>
      <w:proofErr w:type="spellEnd"/>
      <w:r w:rsidRPr="00415899">
        <w:rPr>
          <w:rFonts w:cs="Arial"/>
          <w:sz w:val="20"/>
          <w:szCs w:val="20"/>
        </w:rPr>
        <w:t xml:space="preserve"> </w:t>
      </w:r>
      <w:proofErr w:type="spellStart"/>
      <w:r w:rsidRPr="00415899">
        <w:rPr>
          <w:rFonts w:cs="Arial"/>
          <w:sz w:val="20"/>
          <w:szCs w:val="20"/>
        </w:rPr>
        <w:t>než</w:t>
      </w:r>
      <w:proofErr w:type="spellEnd"/>
      <w:r w:rsidRPr="00415899">
        <w:rPr>
          <w:rFonts w:cs="Arial"/>
          <w:sz w:val="20"/>
          <w:szCs w:val="20"/>
        </w:rPr>
        <w:t xml:space="preserve"> </w:t>
      </w:r>
      <w:proofErr w:type="spellStart"/>
      <w:r w:rsidRPr="00415899">
        <w:rPr>
          <w:rFonts w:cs="Arial"/>
          <w:sz w:val="20"/>
          <w:szCs w:val="20"/>
        </w:rPr>
        <w:t>počet</w:t>
      </w:r>
      <w:proofErr w:type="spellEnd"/>
      <w:r w:rsidRPr="00415899">
        <w:rPr>
          <w:rFonts w:cs="Arial"/>
          <w:sz w:val="20"/>
          <w:szCs w:val="20"/>
        </w:rPr>
        <w:t xml:space="preserve"> </w:t>
      </w:r>
      <w:proofErr w:type="spellStart"/>
      <w:r w:rsidRPr="00415899">
        <w:rPr>
          <w:rFonts w:cs="Arial"/>
          <w:sz w:val="20"/>
          <w:szCs w:val="20"/>
        </w:rPr>
        <w:t>vyhlášených</w:t>
      </w:r>
      <w:proofErr w:type="spellEnd"/>
      <w:r w:rsidRPr="00415899">
        <w:rPr>
          <w:rFonts w:cs="Arial"/>
          <w:sz w:val="20"/>
          <w:szCs w:val="20"/>
        </w:rPr>
        <w:t xml:space="preserve"> </w:t>
      </w:r>
      <w:proofErr w:type="spellStart"/>
      <w:r w:rsidRPr="00415899">
        <w:rPr>
          <w:rFonts w:cs="Arial"/>
          <w:sz w:val="20"/>
          <w:szCs w:val="20"/>
        </w:rPr>
        <w:t>cen</w:t>
      </w:r>
      <w:proofErr w:type="spellEnd"/>
      <w:r w:rsidRPr="00415899">
        <w:rPr>
          <w:rFonts w:cs="Arial"/>
          <w:sz w:val="20"/>
          <w:szCs w:val="20"/>
        </w:rPr>
        <w:t xml:space="preserve">, je </w:t>
      </w:r>
      <w:proofErr w:type="spellStart"/>
      <w:r w:rsidRPr="00415899">
        <w:rPr>
          <w:rFonts w:cs="Arial"/>
          <w:sz w:val="20"/>
          <w:szCs w:val="20"/>
        </w:rPr>
        <w:t>Pořadatel</w:t>
      </w:r>
      <w:proofErr w:type="spellEnd"/>
      <w:r w:rsidRPr="00415899">
        <w:rPr>
          <w:rFonts w:cs="Arial"/>
          <w:sz w:val="20"/>
          <w:szCs w:val="20"/>
        </w:rPr>
        <w:t xml:space="preserve"> </w:t>
      </w:r>
      <w:proofErr w:type="spellStart"/>
      <w:r w:rsidRPr="00415899">
        <w:rPr>
          <w:rFonts w:cs="Arial"/>
          <w:sz w:val="20"/>
          <w:szCs w:val="20"/>
        </w:rPr>
        <w:t>oprávněn</w:t>
      </w:r>
      <w:proofErr w:type="spellEnd"/>
      <w:r w:rsidRPr="00415899">
        <w:rPr>
          <w:rFonts w:cs="Arial"/>
          <w:sz w:val="20"/>
          <w:szCs w:val="20"/>
        </w:rPr>
        <w:t xml:space="preserve"> </w:t>
      </w:r>
      <w:proofErr w:type="spellStart"/>
      <w:r w:rsidRPr="00415899">
        <w:rPr>
          <w:rFonts w:cs="Arial"/>
          <w:sz w:val="20"/>
          <w:szCs w:val="20"/>
        </w:rPr>
        <w:t>udělit</w:t>
      </w:r>
      <w:proofErr w:type="spellEnd"/>
      <w:r w:rsidRPr="00415899">
        <w:rPr>
          <w:rFonts w:cs="Arial"/>
          <w:sz w:val="20"/>
          <w:szCs w:val="20"/>
        </w:rPr>
        <w:t xml:space="preserve"> </w:t>
      </w:r>
      <w:proofErr w:type="spellStart"/>
      <w:r w:rsidRPr="00415899">
        <w:rPr>
          <w:rFonts w:cs="Arial"/>
          <w:sz w:val="20"/>
          <w:szCs w:val="20"/>
        </w:rPr>
        <w:t>odpovídající</w:t>
      </w:r>
      <w:proofErr w:type="spellEnd"/>
      <w:r w:rsidRPr="00415899">
        <w:rPr>
          <w:rFonts w:cs="Arial"/>
          <w:sz w:val="20"/>
          <w:szCs w:val="20"/>
        </w:rPr>
        <w:t xml:space="preserve"> </w:t>
      </w:r>
      <w:proofErr w:type="spellStart"/>
      <w:r w:rsidRPr="00415899">
        <w:rPr>
          <w:rFonts w:cs="Arial"/>
          <w:sz w:val="20"/>
          <w:szCs w:val="20"/>
        </w:rPr>
        <w:t>nižší</w:t>
      </w:r>
      <w:proofErr w:type="spellEnd"/>
      <w:r w:rsidRPr="00415899">
        <w:rPr>
          <w:rFonts w:cs="Arial"/>
          <w:sz w:val="20"/>
          <w:szCs w:val="20"/>
        </w:rPr>
        <w:t xml:space="preserve"> </w:t>
      </w:r>
      <w:proofErr w:type="spellStart"/>
      <w:r w:rsidRPr="00415899">
        <w:rPr>
          <w:rFonts w:cs="Arial"/>
          <w:sz w:val="20"/>
          <w:szCs w:val="20"/>
        </w:rPr>
        <w:t>počet</w:t>
      </w:r>
      <w:proofErr w:type="spellEnd"/>
      <w:r w:rsidRPr="00415899">
        <w:rPr>
          <w:rFonts w:cs="Arial"/>
          <w:sz w:val="20"/>
          <w:szCs w:val="20"/>
        </w:rPr>
        <w:t xml:space="preserve"> cen. </w:t>
      </w:r>
      <w:proofErr w:type="spellStart"/>
      <w:r w:rsidRPr="00415899">
        <w:rPr>
          <w:rFonts w:cs="Arial"/>
          <w:sz w:val="20"/>
          <w:szCs w:val="20"/>
        </w:rPr>
        <w:t>Samotná</w:t>
      </w:r>
      <w:proofErr w:type="spellEnd"/>
      <w:r w:rsidRPr="00415899">
        <w:rPr>
          <w:rFonts w:cs="Arial"/>
          <w:sz w:val="20"/>
          <w:szCs w:val="20"/>
        </w:rPr>
        <w:t xml:space="preserve"> </w:t>
      </w:r>
      <w:proofErr w:type="spellStart"/>
      <w:r w:rsidRPr="00415899">
        <w:rPr>
          <w:rFonts w:cs="Arial"/>
          <w:sz w:val="20"/>
          <w:szCs w:val="20"/>
        </w:rPr>
        <w:t>účast</w:t>
      </w:r>
      <w:proofErr w:type="spellEnd"/>
      <w:r w:rsidRPr="00415899">
        <w:rPr>
          <w:rFonts w:cs="Arial"/>
          <w:sz w:val="20"/>
          <w:szCs w:val="20"/>
        </w:rPr>
        <w:t xml:space="preserve"> v </w:t>
      </w:r>
      <w:proofErr w:type="spellStart"/>
      <w:r w:rsidRPr="00415899">
        <w:rPr>
          <w:rFonts w:cs="Arial"/>
          <w:sz w:val="20"/>
          <w:szCs w:val="20"/>
        </w:rPr>
        <w:t>Soutěži</w:t>
      </w:r>
      <w:proofErr w:type="spellEnd"/>
      <w:r w:rsidRPr="00415899">
        <w:rPr>
          <w:rFonts w:cs="Arial"/>
          <w:sz w:val="20"/>
          <w:szCs w:val="20"/>
        </w:rPr>
        <w:t xml:space="preserve"> ani </w:t>
      </w:r>
      <w:proofErr w:type="spellStart"/>
      <w:r w:rsidRPr="00415899">
        <w:rPr>
          <w:rFonts w:cs="Arial"/>
          <w:sz w:val="20"/>
          <w:szCs w:val="20"/>
        </w:rPr>
        <w:t>nízký</w:t>
      </w:r>
      <w:proofErr w:type="spellEnd"/>
      <w:r w:rsidRPr="00415899">
        <w:rPr>
          <w:rFonts w:cs="Arial"/>
          <w:sz w:val="20"/>
          <w:szCs w:val="20"/>
        </w:rPr>
        <w:t xml:space="preserve"> </w:t>
      </w:r>
      <w:proofErr w:type="spellStart"/>
      <w:r w:rsidRPr="00415899">
        <w:rPr>
          <w:rFonts w:cs="Arial"/>
          <w:sz w:val="20"/>
          <w:szCs w:val="20"/>
        </w:rPr>
        <w:t>počet</w:t>
      </w:r>
      <w:proofErr w:type="spellEnd"/>
      <w:r w:rsidRPr="00415899">
        <w:rPr>
          <w:rFonts w:cs="Arial"/>
          <w:sz w:val="20"/>
          <w:szCs w:val="20"/>
        </w:rPr>
        <w:t xml:space="preserve"> </w:t>
      </w:r>
      <w:proofErr w:type="spellStart"/>
      <w:r w:rsidRPr="00415899">
        <w:rPr>
          <w:rFonts w:cs="Arial"/>
          <w:sz w:val="20"/>
          <w:szCs w:val="20"/>
        </w:rPr>
        <w:t>soutěžících</w:t>
      </w:r>
      <w:proofErr w:type="spellEnd"/>
      <w:r w:rsidRPr="00415899">
        <w:rPr>
          <w:rFonts w:cs="Arial"/>
          <w:sz w:val="20"/>
          <w:szCs w:val="20"/>
        </w:rPr>
        <w:t xml:space="preserve"> </w:t>
      </w:r>
      <w:proofErr w:type="spellStart"/>
      <w:r w:rsidRPr="00415899">
        <w:rPr>
          <w:rFonts w:cs="Arial"/>
          <w:sz w:val="20"/>
          <w:szCs w:val="20"/>
        </w:rPr>
        <w:t>nezakládají</w:t>
      </w:r>
      <w:proofErr w:type="spellEnd"/>
      <w:r w:rsidRPr="00415899">
        <w:rPr>
          <w:rFonts w:cs="Arial"/>
          <w:sz w:val="20"/>
          <w:szCs w:val="20"/>
        </w:rPr>
        <w:t xml:space="preserve"> </w:t>
      </w:r>
      <w:proofErr w:type="spellStart"/>
      <w:r w:rsidRPr="00415899">
        <w:rPr>
          <w:rFonts w:cs="Arial"/>
          <w:sz w:val="20"/>
          <w:szCs w:val="20"/>
        </w:rPr>
        <w:t>nárok</w:t>
      </w:r>
      <w:proofErr w:type="spellEnd"/>
      <w:r w:rsidRPr="00415899">
        <w:rPr>
          <w:rFonts w:cs="Arial"/>
          <w:sz w:val="20"/>
          <w:szCs w:val="20"/>
        </w:rPr>
        <w:t xml:space="preserve"> </w:t>
      </w:r>
      <w:proofErr w:type="spellStart"/>
      <w:r w:rsidRPr="00415899">
        <w:rPr>
          <w:rFonts w:cs="Arial"/>
          <w:sz w:val="20"/>
          <w:szCs w:val="20"/>
        </w:rPr>
        <w:t>na</w:t>
      </w:r>
      <w:proofErr w:type="spellEnd"/>
      <w:r w:rsidRPr="00415899">
        <w:rPr>
          <w:rFonts w:cs="Arial"/>
          <w:sz w:val="20"/>
          <w:szCs w:val="20"/>
        </w:rPr>
        <w:t xml:space="preserve"> </w:t>
      </w:r>
      <w:proofErr w:type="spellStart"/>
      <w:r w:rsidRPr="00415899">
        <w:rPr>
          <w:rFonts w:cs="Arial"/>
          <w:sz w:val="20"/>
          <w:szCs w:val="20"/>
        </w:rPr>
        <w:t>udělení</w:t>
      </w:r>
      <w:proofErr w:type="spellEnd"/>
      <w:r w:rsidRPr="00415899">
        <w:rPr>
          <w:rFonts w:cs="Arial"/>
          <w:sz w:val="20"/>
          <w:szCs w:val="20"/>
        </w:rPr>
        <w:t xml:space="preserve"> </w:t>
      </w:r>
      <w:proofErr w:type="spellStart"/>
      <w:r w:rsidRPr="00415899">
        <w:rPr>
          <w:rFonts w:cs="Arial"/>
          <w:sz w:val="20"/>
          <w:szCs w:val="20"/>
        </w:rPr>
        <w:t>ceny</w:t>
      </w:r>
      <w:proofErr w:type="spellEnd"/>
      <w:r w:rsidRPr="00415899">
        <w:rPr>
          <w:rFonts w:cs="Arial"/>
          <w:sz w:val="20"/>
          <w:szCs w:val="20"/>
        </w:rPr>
        <w:t>.</w:t>
      </w:r>
    </w:p>
    <w:p w14:paraId="17412872" w14:textId="77777777" w:rsidR="003F3D56" w:rsidRPr="00415899" w:rsidRDefault="00DA020F">
      <w:pPr>
        <w:pStyle w:val="Seznamsodrkami"/>
        <w:spacing w:after="60"/>
        <w:ind w:left="547" w:hanging="274"/>
        <w:rPr>
          <w:rFonts w:cs="Arial"/>
          <w:sz w:val="20"/>
          <w:szCs w:val="20"/>
        </w:rPr>
      </w:pPr>
      <w:proofErr w:type="spellStart"/>
      <w:r w:rsidRPr="00415899">
        <w:rPr>
          <w:rFonts w:cs="Arial"/>
          <w:sz w:val="20"/>
          <w:szCs w:val="20"/>
        </w:rPr>
        <w:t>Pořadatel</w:t>
      </w:r>
      <w:proofErr w:type="spellEnd"/>
      <w:r w:rsidRPr="00415899">
        <w:rPr>
          <w:rFonts w:cs="Arial"/>
          <w:sz w:val="20"/>
          <w:szCs w:val="20"/>
        </w:rPr>
        <w:t xml:space="preserve"> </w:t>
      </w:r>
      <w:proofErr w:type="spellStart"/>
      <w:r w:rsidRPr="00415899">
        <w:rPr>
          <w:rFonts w:cs="Arial"/>
          <w:sz w:val="20"/>
          <w:szCs w:val="20"/>
        </w:rPr>
        <w:t>si</w:t>
      </w:r>
      <w:proofErr w:type="spellEnd"/>
      <w:r w:rsidRPr="00415899">
        <w:rPr>
          <w:rFonts w:cs="Arial"/>
          <w:sz w:val="20"/>
          <w:szCs w:val="20"/>
        </w:rPr>
        <w:t xml:space="preserve"> </w:t>
      </w:r>
      <w:proofErr w:type="spellStart"/>
      <w:r w:rsidRPr="00415899">
        <w:rPr>
          <w:rFonts w:cs="Arial"/>
          <w:sz w:val="20"/>
          <w:szCs w:val="20"/>
        </w:rPr>
        <w:t>na</w:t>
      </w:r>
      <w:proofErr w:type="spellEnd"/>
      <w:r w:rsidRPr="00415899">
        <w:rPr>
          <w:rFonts w:cs="Arial"/>
          <w:sz w:val="20"/>
          <w:szCs w:val="20"/>
        </w:rPr>
        <w:t xml:space="preserve"> </w:t>
      </w:r>
      <w:proofErr w:type="spellStart"/>
      <w:r w:rsidRPr="00415899">
        <w:rPr>
          <w:rFonts w:cs="Arial"/>
          <w:sz w:val="20"/>
          <w:szCs w:val="20"/>
        </w:rPr>
        <w:t>základě</w:t>
      </w:r>
      <w:proofErr w:type="spellEnd"/>
      <w:r w:rsidRPr="00415899">
        <w:rPr>
          <w:rFonts w:cs="Arial"/>
          <w:sz w:val="20"/>
          <w:szCs w:val="20"/>
        </w:rPr>
        <w:t xml:space="preserve"> </w:t>
      </w:r>
      <w:proofErr w:type="spellStart"/>
      <w:r w:rsidRPr="00415899">
        <w:rPr>
          <w:rFonts w:cs="Arial"/>
          <w:sz w:val="20"/>
          <w:szCs w:val="20"/>
        </w:rPr>
        <w:t>odůvodněného</w:t>
      </w:r>
      <w:proofErr w:type="spellEnd"/>
      <w:r w:rsidRPr="00415899">
        <w:rPr>
          <w:rFonts w:cs="Arial"/>
          <w:sz w:val="20"/>
          <w:szCs w:val="20"/>
        </w:rPr>
        <w:t xml:space="preserve"> </w:t>
      </w:r>
      <w:proofErr w:type="spellStart"/>
      <w:r w:rsidRPr="00415899">
        <w:rPr>
          <w:rFonts w:cs="Arial"/>
          <w:sz w:val="20"/>
          <w:szCs w:val="20"/>
        </w:rPr>
        <w:t>hodnocení</w:t>
      </w:r>
      <w:proofErr w:type="spellEnd"/>
      <w:r w:rsidRPr="00415899">
        <w:rPr>
          <w:rFonts w:cs="Arial"/>
          <w:sz w:val="20"/>
          <w:szCs w:val="20"/>
        </w:rPr>
        <w:t xml:space="preserve"> </w:t>
      </w:r>
      <w:proofErr w:type="spellStart"/>
      <w:r w:rsidRPr="00415899">
        <w:rPr>
          <w:rFonts w:cs="Arial"/>
          <w:sz w:val="20"/>
          <w:szCs w:val="20"/>
        </w:rPr>
        <w:t>komise</w:t>
      </w:r>
      <w:proofErr w:type="spellEnd"/>
      <w:r w:rsidRPr="00415899">
        <w:rPr>
          <w:rFonts w:cs="Arial"/>
          <w:sz w:val="20"/>
          <w:szCs w:val="20"/>
        </w:rPr>
        <w:t xml:space="preserve"> </w:t>
      </w:r>
      <w:proofErr w:type="spellStart"/>
      <w:r w:rsidRPr="00415899">
        <w:rPr>
          <w:rFonts w:cs="Arial"/>
          <w:sz w:val="20"/>
          <w:szCs w:val="20"/>
        </w:rPr>
        <w:t>podle</w:t>
      </w:r>
      <w:proofErr w:type="spellEnd"/>
      <w:r w:rsidRPr="00415899">
        <w:rPr>
          <w:rFonts w:cs="Arial"/>
          <w:sz w:val="20"/>
          <w:szCs w:val="20"/>
        </w:rPr>
        <w:t xml:space="preserve"> </w:t>
      </w:r>
      <w:proofErr w:type="spellStart"/>
      <w:r w:rsidRPr="00415899">
        <w:rPr>
          <w:rFonts w:cs="Arial"/>
          <w:sz w:val="20"/>
          <w:szCs w:val="20"/>
        </w:rPr>
        <w:t>kritérií</w:t>
      </w:r>
      <w:proofErr w:type="spellEnd"/>
      <w:r w:rsidRPr="00415899">
        <w:rPr>
          <w:rFonts w:cs="Arial"/>
          <w:sz w:val="20"/>
          <w:szCs w:val="20"/>
        </w:rPr>
        <w:t xml:space="preserve"> </w:t>
      </w:r>
      <w:proofErr w:type="spellStart"/>
      <w:r w:rsidRPr="00415899">
        <w:rPr>
          <w:rFonts w:cs="Arial"/>
          <w:sz w:val="20"/>
          <w:szCs w:val="20"/>
        </w:rPr>
        <w:t>uvedených</w:t>
      </w:r>
      <w:proofErr w:type="spellEnd"/>
      <w:r w:rsidRPr="00415899">
        <w:rPr>
          <w:rFonts w:cs="Arial"/>
          <w:sz w:val="20"/>
          <w:szCs w:val="20"/>
        </w:rPr>
        <w:t xml:space="preserve"> v </w:t>
      </w:r>
      <w:proofErr w:type="spellStart"/>
      <w:r w:rsidRPr="00415899">
        <w:rPr>
          <w:rFonts w:cs="Arial"/>
          <w:sz w:val="20"/>
          <w:szCs w:val="20"/>
        </w:rPr>
        <w:t>čl</w:t>
      </w:r>
      <w:proofErr w:type="spellEnd"/>
      <w:r w:rsidRPr="00415899">
        <w:rPr>
          <w:rFonts w:cs="Arial"/>
          <w:sz w:val="20"/>
          <w:szCs w:val="20"/>
        </w:rPr>
        <w:t xml:space="preserve">. 8 </w:t>
      </w:r>
      <w:proofErr w:type="spellStart"/>
      <w:r w:rsidRPr="00415899">
        <w:rPr>
          <w:rFonts w:cs="Arial"/>
          <w:sz w:val="20"/>
          <w:szCs w:val="20"/>
        </w:rPr>
        <w:t>vyhrazuje</w:t>
      </w:r>
      <w:proofErr w:type="spellEnd"/>
      <w:r w:rsidRPr="00415899">
        <w:rPr>
          <w:rFonts w:cs="Arial"/>
          <w:sz w:val="20"/>
          <w:szCs w:val="20"/>
        </w:rPr>
        <w:t xml:space="preserve"> </w:t>
      </w:r>
      <w:proofErr w:type="spellStart"/>
      <w:r w:rsidRPr="00415899">
        <w:rPr>
          <w:rFonts w:cs="Arial"/>
          <w:sz w:val="20"/>
          <w:szCs w:val="20"/>
        </w:rPr>
        <w:t>právo</w:t>
      </w:r>
      <w:proofErr w:type="spellEnd"/>
      <w:r w:rsidRPr="00415899">
        <w:rPr>
          <w:rFonts w:cs="Arial"/>
          <w:sz w:val="20"/>
          <w:szCs w:val="20"/>
        </w:rPr>
        <w:t xml:space="preserve"> </w:t>
      </w:r>
      <w:proofErr w:type="spellStart"/>
      <w:r w:rsidRPr="00415899">
        <w:rPr>
          <w:rFonts w:cs="Arial"/>
          <w:sz w:val="20"/>
          <w:szCs w:val="20"/>
        </w:rPr>
        <w:t>neobsadit</w:t>
      </w:r>
      <w:proofErr w:type="spellEnd"/>
      <w:r w:rsidRPr="00415899">
        <w:rPr>
          <w:rFonts w:cs="Arial"/>
          <w:sz w:val="20"/>
          <w:szCs w:val="20"/>
        </w:rPr>
        <w:t xml:space="preserve"> </w:t>
      </w:r>
      <w:proofErr w:type="spellStart"/>
      <w:r w:rsidRPr="00415899">
        <w:rPr>
          <w:rFonts w:cs="Arial"/>
          <w:sz w:val="20"/>
          <w:szCs w:val="20"/>
        </w:rPr>
        <w:t>kterékoli</w:t>
      </w:r>
      <w:proofErr w:type="spellEnd"/>
      <w:r w:rsidRPr="00415899">
        <w:rPr>
          <w:rFonts w:cs="Arial"/>
          <w:sz w:val="20"/>
          <w:szCs w:val="20"/>
        </w:rPr>
        <w:t xml:space="preserve"> z 1. </w:t>
      </w:r>
      <w:proofErr w:type="spellStart"/>
      <w:r w:rsidRPr="00415899">
        <w:rPr>
          <w:rFonts w:cs="Arial"/>
          <w:sz w:val="20"/>
          <w:szCs w:val="20"/>
        </w:rPr>
        <w:t>až</w:t>
      </w:r>
      <w:proofErr w:type="spellEnd"/>
      <w:r w:rsidRPr="00415899">
        <w:rPr>
          <w:rFonts w:cs="Arial"/>
          <w:sz w:val="20"/>
          <w:szCs w:val="20"/>
        </w:rPr>
        <w:t xml:space="preserve"> 3. </w:t>
      </w:r>
      <w:proofErr w:type="spellStart"/>
      <w:r w:rsidRPr="00415899">
        <w:rPr>
          <w:rFonts w:cs="Arial"/>
          <w:sz w:val="20"/>
          <w:szCs w:val="20"/>
        </w:rPr>
        <w:t>míst</w:t>
      </w:r>
      <w:proofErr w:type="spellEnd"/>
      <w:r w:rsidRPr="00415899">
        <w:rPr>
          <w:rFonts w:cs="Arial"/>
          <w:sz w:val="20"/>
          <w:szCs w:val="20"/>
        </w:rPr>
        <w:t xml:space="preserve"> a </w:t>
      </w:r>
      <w:proofErr w:type="spellStart"/>
      <w:r w:rsidRPr="00415899">
        <w:rPr>
          <w:rFonts w:cs="Arial"/>
          <w:sz w:val="20"/>
          <w:szCs w:val="20"/>
        </w:rPr>
        <w:t>příslušnou</w:t>
      </w:r>
      <w:proofErr w:type="spellEnd"/>
      <w:r w:rsidRPr="00415899">
        <w:rPr>
          <w:rFonts w:cs="Arial"/>
          <w:sz w:val="20"/>
          <w:szCs w:val="20"/>
        </w:rPr>
        <w:t xml:space="preserve"> </w:t>
      </w:r>
      <w:proofErr w:type="spellStart"/>
      <w:r w:rsidRPr="00415899">
        <w:rPr>
          <w:rFonts w:cs="Arial"/>
          <w:sz w:val="20"/>
          <w:szCs w:val="20"/>
        </w:rPr>
        <w:t>cenu</w:t>
      </w:r>
      <w:proofErr w:type="spellEnd"/>
      <w:r w:rsidRPr="00415899">
        <w:rPr>
          <w:rFonts w:cs="Arial"/>
          <w:sz w:val="20"/>
          <w:szCs w:val="20"/>
        </w:rPr>
        <w:t xml:space="preserve"> </w:t>
      </w:r>
      <w:proofErr w:type="spellStart"/>
      <w:r w:rsidRPr="00415899">
        <w:rPr>
          <w:rFonts w:cs="Arial"/>
          <w:sz w:val="20"/>
          <w:szCs w:val="20"/>
        </w:rPr>
        <w:t>neudělit</w:t>
      </w:r>
      <w:proofErr w:type="spellEnd"/>
      <w:r w:rsidRPr="00415899">
        <w:rPr>
          <w:rFonts w:cs="Arial"/>
          <w:sz w:val="20"/>
          <w:szCs w:val="20"/>
        </w:rPr>
        <w:t xml:space="preserve">, </w:t>
      </w:r>
      <w:proofErr w:type="spellStart"/>
      <w:r w:rsidRPr="00415899">
        <w:rPr>
          <w:rFonts w:cs="Arial"/>
          <w:sz w:val="20"/>
          <w:szCs w:val="20"/>
        </w:rPr>
        <w:t>pokud</w:t>
      </w:r>
      <w:proofErr w:type="spellEnd"/>
      <w:r w:rsidRPr="00415899">
        <w:rPr>
          <w:rFonts w:cs="Arial"/>
          <w:sz w:val="20"/>
          <w:szCs w:val="20"/>
        </w:rPr>
        <w:t xml:space="preserve"> </w:t>
      </w:r>
      <w:proofErr w:type="spellStart"/>
      <w:r w:rsidRPr="00415899">
        <w:rPr>
          <w:rFonts w:cs="Arial"/>
          <w:sz w:val="20"/>
          <w:szCs w:val="20"/>
        </w:rPr>
        <w:t>žádný</w:t>
      </w:r>
      <w:proofErr w:type="spellEnd"/>
      <w:r w:rsidRPr="00415899">
        <w:rPr>
          <w:rFonts w:cs="Arial"/>
          <w:sz w:val="20"/>
          <w:szCs w:val="20"/>
        </w:rPr>
        <w:t xml:space="preserve"> z </w:t>
      </w:r>
      <w:proofErr w:type="spellStart"/>
      <w:r w:rsidRPr="00415899">
        <w:rPr>
          <w:rFonts w:cs="Arial"/>
          <w:sz w:val="20"/>
          <w:szCs w:val="20"/>
        </w:rPr>
        <w:t>přihlášených</w:t>
      </w:r>
      <w:proofErr w:type="spellEnd"/>
      <w:r w:rsidRPr="00415899">
        <w:rPr>
          <w:rFonts w:cs="Arial"/>
          <w:sz w:val="20"/>
          <w:szCs w:val="20"/>
        </w:rPr>
        <w:t xml:space="preserve"> </w:t>
      </w:r>
      <w:proofErr w:type="spellStart"/>
      <w:r w:rsidRPr="00415899">
        <w:rPr>
          <w:rFonts w:cs="Arial"/>
          <w:sz w:val="20"/>
          <w:szCs w:val="20"/>
        </w:rPr>
        <w:t>návrhů</w:t>
      </w:r>
      <w:proofErr w:type="spellEnd"/>
      <w:r w:rsidRPr="00415899">
        <w:rPr>
          <w:rFonts w:cs="Arial"/>
          <w:sz w:val="20"/>
          <w:szCs w:val="20"/>
        </w:rPr>
        <w:t xml:space="preserve"> </w:t>
      </w:r>
      <w:proofErr w:type="spellStart"/>
      <w:r w:rsidRPr="00415899">
        <w:rPr>
          <w:rFonts w:cs="Arial"/>
          <w:sz w:val="20"/>
          <w:szCs w:val="20"/>
        </w:rPr>
        <w:t>nedosáhne</w:t>
      </w:r>
      <w:proofErr w:type="spellEnd"/>
      <w:r w:rsidRPr="00415899">
        <w:rPr>
          <w:rFonts w:cs="Arial"/>
          <w:sz w:val="20"/>
          <w:szCs w:val="20"/>
        </w:rPr>
        <w:t xml:space="preserve"> </w:t>
      </w:r>
      <w:proofErr w:type="spellStart"/>
      <w:r w:rsidRPr="00415899">
        <w:rPr>
          <w:rFonts w:cs="Arial"/>
          <w:sz w:val="20"/>
          <w:szCs w:val="20"/>
        </w:rPr>
        <w:t>kvality</w:t>
      </w:r>
      <w:proofErr w:type="spellEnd"/>
      <w:r w:rsidRPr="00415899">
        <w:rPr>
          <w:rFonts w:cs="Arial"/>
          <w:sz w:val="20"/>
          <w:szCs w:val="20"/>
        </w:rPr>
        <w:t xml:space="preserve"> </w:t>
      </w:r>
      <w:proofErr w:type="spellStart"/>
      <w:r w:rsidRPr="00415899">
        <w:rPr>
          <w:rFonts w:cs="Arial"/>
          <w:sz w:val="20"/>
          <w:szCs w:val="20"/>
        </w:rPr>
        <w:t>odpovídající</w:t>
      </w:r>
      <w:proofErr w:type="spellEnd"/>
      <w:r w:rsidRPr="00415899">
        <w:rPr>
          <w:rFonts w:cs="Arial"/>
          <w:sz w:val="20"/>
          <w:szCs w:val="20"/>
        </w:rPr>
        <w:t xml:space="preserve"> </w:t>
      </w:r>
      <w:proofErr w:type="spellStart"/>
      <w:r w:rsidRPr="00415899">
        <w:rPr>
          <w:rFonts w:cs="Arial"/>
          <w:sz w:val="20"/>
          <w:szCs w:val="20"/>
        </w:rPr>
        <w:t>danému</w:t>
      </w:r>
      <w:proofErr w:type="spellEnd"/>
      <w:r w:rsidRPr="00415899">
        <w:rPr>
          <w:rFonts w:cs="Arial"/>
          <w:sz w:val="20"/>
          <w:szCs w:val="20"/>
        </w:rPr>
        <w:t xml:space="preserve"> </w:t>
      </w:r>
      <w:proofErr w:type="spellStart"/>
      <w:r w:rsidRPr="00415899">
        <w:rPr>
          <w:rFonts w:cs="Arial"/>
          <w:sz w:val="20"/>
          <w:szCs w:val="20"/>
        </w:rPr>
        <w:t>umístění</w:t>
      </w:r>
      <w:proofErr w:type="spellEnd"/>
      <w:r w:rsidRPr="00415899">
        <w:rPr>
          <w:rFonts w:cs="Arial"/>
          <w:sz w:val="20"/>
          <w:szCs w:val="20"/>
        </w:rPr>
        <w:t xml:space="preserve">. </w:t>
      </w:r>
      <w:proofErr w:type="spellStart"/>
      <w:r w:rsidRPr="00415899">
        <w:rPr>
          <w:rFonts w:cs="Arial"/>
          <w:sz w:val="20"/>
          <w:szCs w:val="20"/>
        </w:rPr>
        <w:t>Pokud</w:t>
      </w:r>
      <w:proofErr w:type="spellEnd"/>
      <w:r w:rsidRPr="00415899">
        <w:rPr>
          <w:rFonts w:cs="Arial"/>
          <w:sz w:val="20"/>
          <w:szCs w:val="20"/>
        </w:rPr>
        <w:t xml:space="preserve"> </w:t>
      </w:r>
      <w:proofErr w:type="spellStart"/>
      <w:r w:rsidRPr="00415899">
        <w:rPr>
          <w:rFonts w:cs="Arial"/>
          <w:sz w:val="20"/>
          <w:szCs w:val="20"/>
        </w:rPr>
        <w:t>komise</w:t>
      </w:r>
      <w:proofErr w:type="spellEnd"/>
      <w:r w:rsidRPr="00415899">
        <w:rPr>
          <w:rFonts w:cs="Arial"/>
          <w:sz w:val="20"/>
          <w:szCs w:val="20"/>
        </w:rPr>
        <w:t xml:space="preserve"> </w:t>
      </w:r>
      <w:proofErr w:type="spellStart"/>
      <w:r w:rsidRPr="00415899">
        <w:rPr>
          <w:rFonts w:cs="Arial"/>
          <w:sz w:val="20"/>
          <w:szCs w:val="20"/>
        </w:rPr>
        <w:t>shledá</w:t>
      </w:r>
      <w:proofErr w:type="spellEnd"/>
      <w:r w:rsidRPr="00415899">
        <w:rPr>
          <w:rFonts w:cs="Arial"/>
          <w:sz w:val="20"/>
          <w:szCs w:val="20"/>
        </w:rPr>
        <w:t xml:space="preserve">, </w:t>
      </w:r>
      <w:proofErr w:type="spellStart"/>
      <w:r w:rsidRPr="00415899">
        <w:rPr>
          <w:rFonts w:cs="Arial"/>
          <w:sz w:val="20"/>
          <w:szCs w:val="20"/>
        </w:rPr>
        <w:t>že</w:t>
      </w:r>
      <w:proofErr w:type="spellEnd"/>
      <w:r w:rsidRPr="00415899">
        <w:rPr>
          <w:rFonts w:cs="Arial"/>
          <w:sz w:val="20"/>
          <w:szCs w:val="20"/>
        </w:rPr>
        <w:t xml:space="preserve"> </w:t>
      </w:r>
      <w:proofErr w:type="spellStart"/>
      <w:r w:rsidRPr="00415899">
        <w:rPr>
          <w:rFonts w:cs="Arial"/>
          <w:sz w:val="20"/>
          <w:szCs w:val="20"/>
        </w:rPr>
        <w:t>žádný</w:t>
      </w:r>
      <w:proofErr w:type="spellEnd"/>
      <w:r w:rsidRPr="00415899">
        <w:rPr>
          <w:rFonts w:cs="Arial"/>
          <w:sz w:val="20"/>
          <w:szCs w:val="20"/>
        </w:rPr>
        <w:t xml:space="preserve"> </w:t>
      </w:r>
      <w:proofErr w:type="spellStart"/>
      <w:r w:rsidRPr="00415899">
        <w:rPr>
          <w:rFonts w:cs="Arial"/>
          <w:sz w:val="20"/>
          <w:szCs w:val="20"/>
        </w:rPr>
        <w:t>návrh</w:t>
      </w:r>
      <w:proofErr w:type="spellEnd"/>
      <w:r w:rsidRPr="00415899">
        <w:rPr>
          <w:rFonts w:cs="Arial"/>
          <w:sz w:val="20"/>
          <w:szCs w:val="20"/>
        </w:rPr>
        <w:t xml:space="preserve"> </w:t>
      </w:r>
      <w:proofErr w:type="spellStart"/>
      <w:r w:rsidRPr="00415899">
        <w:rPr>
          <w:rFonts w:cs="Arial"/>
          <w:sz w:val="20"/>
          <w:szCs w:val="20"/>
        </w:rPr>
        <w:t>nedosahuje</w:t>
      </w:r>
      <w:proofErr w:type="spellEnd"/>
      <w:r w:rsidRPr="00415899">
        <w:rPr>
          <w:rFonts w:cs="Arial"/>
          <w:sz w:val="20"/>
          <w:szCs w:val="20"/>
        </w:rPr>
        <w:t xml:space="preserve"> </w:t>
      </w:r>
      <w:proofErr w:type="spellStart"/>
      <w:r w:rsidRPr="00415899">
        <w:rPr>
          <w:rFonts w:cs="Arial"/>
          <w:sz w:val="20"/>
          <w:szCs w:val="20"/>
        </w:rPr>
        <w:t>kvality</w:t>
      </w:r>
      <w:proofErr w:type="spellEnd"/>
      <w:r w:rsidRPr="00415899">
        <w:rPr>
          <w:rFonts w:cs="Arial"/>
          <w:sz w:val="20"/>
          <w:szCs w:val="20"/>
        </w:rPr>
        <w:t xml:space="preserve"> </w:t>
      </w:r>
      <w:proofErr w:type="spellStart"/>
      <w:r w:rsidRPr="00415899">
        <w:rPr>
          <w:rFonts w:cs="Arial"/>
          <w:sz w:val="20"/>
          <w:szCs w:val="20"/>
        </w:rPr>
        <w:t>potřebné</w:t>
      </w:r>
      <w:proofErr w:type="spellEnd"/>
      <w:r w:rsidRPr="00415899">
        <w:rPr>
          <w:rFonts w:cs="Arial"/>
          <w:sz w:val="20"/>
          <w:szCs w:val="20"/>
        </w:rPr>
        <w:t xml:space="preserve"> pro </w:t>
      </w:r>
      <w:proofErr w:type="spellStart"/>
      <w:r w:rsidRPr="00415899">
        <w:rPr>
          <w:rFonts w:cs="Arial"/>
          <w:sz w:val="20"/>
          <w:szCs w:val="20"/>
        </w:rPr>
        <w:t>ocenění</w:t>
      </w:r>
      <w:proofErr w:type="spellEnd"/>
      <w:r w:rsidRPr="00415899">
        <w:rPr>
          <w:rFonts w:cs="Arial"/>
          <w:sz w:val="20"/>
          <w:szCs w:val="20"/>
        </w:rPr>
        <w:t xml:space="preserve">, </w:t>
      </w:r>
      <w:proofErr w:type="spellStart"/>
      <w:r w:rsidRPr="00415899">
        <w:rPr>
          <w:rFonts w:cs="Arial"/>
          <w:sz w:val="20"/>
          <w:szCs w:val="20"/>
        </w:rPr>
        <w:t>může</w:t>
      </w:r>
      <w:proofErr w:type="spellEnd"/>
      <w:r w:rsidRPr="00415899">
        <w:rPr>
          <w:rFonts w:cs="Arial"/>
          <w:sz w:val="20"/>
          <w:szCs w:val="20"/>
        </w:rPr>
        <w:t xml:space="preserve"> </w:t>
      </w:r>
      <w:proofErr w:type="spellStart"/>
      <w:r w:rsidRPr="00415899">
        <w:rPr>
          <w:rFonts w:cs="Arial"/>
          <w:sz w:val="20"/>
          <w:szCs w:val="20"/>
        </w:rPr>
        <w:t>Pořadatel</w:t>
      </w:r>
      <w:proofErr w:type="spellEnd"/>
      <w:r w:rsidRPr="00415899">
        <w:rPr>
          <w:rFonts w:cs="Arial"/>
          <w:sz w:val="20"/>
          <w:szCs w:val="20"/>
        </w:rPr>
        <w:t xml:space="preserve"> </w:t>
      </w:r>
      <w:proofErr w:type="spellStart"/>
      <w:r w:rsidRPr="00415899">
        <w:rPr>
          <w:rFonts w:cs="Arial"/>
          <w:sz w:val="20"/>
          <w:szCs w:val="20"/>
        </w:rPr>
        <w:t>neudělit</w:t>
      </w:r>
      <w:proofErr w:type="spellEnd"/>
      <w:r w:rsidRPr="00415899">
        <w:rPr>
          <w:rFonts w:cs="Arial"/>
          <w:sz w:val="20"/>
          <w:szCs w:val="20"/>
        </w:rPr>
        <w:t xml:space="preserve"> </w:t>
      </w:r>
      <w:proofErr w:type="spellStart"/>
      <w:r w:rsidRPr="00415899">
        <w:rPr>
          <w:rFonts w:cs="Arial"/>
          <w:sz w:val="20"/>
          <w:szCs w:val="20"/>
        </w:rPr>
        <w:t>žádnou</w:t>
      </w:r>
      <w:proofErr w:type="spellEnd"/>
      <w:r w:rsidRPr="00415899">
        <w:rPr>
          <w:rFonts w:cs="Arial"/>
          <w:sz w:val="20"/>
          <w:szCs w:val="20"/>
        </w:rPr>
        <w:t xml:space="preserve"> </w:t>
      </w:r>
      <w:proofErr w:type="spellStart"/>
      <w:r w:rsidRPr="00415899">
        <w:rPr>
          <w:rFonts w:cs="Arial"/>
          <w:sz w:val="20"/>
          <w:szCs w:val="20"/>
        </w:rPr>
        <w:t>cenu</w:t>
      </w:r>
      <w:proofErr w:type="spellEnd"/>
      <w:r w:rsidRPr="00415899">
        <w:rPr>
          <w:rFonts w:cs="Arial"/>
          <w:sz w:val="20"/>
          <w:szCs w:val="20"/>
        </w:rPr>
        <w:t xml:space="preserve">. Toto </w:t>
      </w:r>
      <w:proofErr w:type="spellStart"/>
      <w:r w:rsidRPr="00415899">
        <w:rPr>
          <w:rFonts w:cs="Arial"/>
          <w:sz w:val="20"/>
          <w:szCs w:val="20"/>
        </w:rPr>
        <w:t>právo</w:t>
      </w:r>
      <w:proofErr w:type="spellEnd"/>
      <w:r w:rsidRPr="00415899">
        <w:rPr>
          <w:rFonts w:cs="Arial"/>
          <w:sz w:val="20"/>
          <w:szCs w:val="20"/>
        </w:rPr>
        <w:t xml:space="preserve"> </w:t>
      </w:r>
      <w:proofErr w:type="spellStart"/>
      <w:r w:rsidRPr="00415899">
        <w:rPr>
          <w:rFonts w:cs="Arial"/>
          <w:sz w:val="20"/>
          <w:szCs w:val="20"/>
        </w:rPr>
        <w:t>lze</w:t>
      </w:r>
      <w:proofErr w:type="spellEnd"/>
      <w:r w:rsidRPr="00415899">
        <w:rPr>
          <w:rFonts w:cs="Arial"/>
          <w:sz w:val="20"/>
          <w:szCs w:val="20"/>
        </w:rPr>
        <w:t xml:space="preserve"> </w:t>
      </w:r>
      <w:proofErr w:type="spellStart"/>
      <w:r w:rsidRPr="00415899">
        <w:rPr>
          <w:rFonts w:cs="Arial"/>
          <w:sz w:val="20"/>
          <w:szCs w:val="20"/>
        </w:rPr>
        <w:t>uplatnit</w:t>
      </w:r>
      <w:proofErr w:type="spellEnd"/>
      <w:r w:rsidRPr="00415899">
        <w:rPr>
          <w:rFonts w:cs="Arial"/>
          <w:sz w:val="20"/>
          <w:szCs w:val="20"/>
        </w:rPr>
        <w:t xml:space="preserve"> bez </w:t>
      </w:r>
      <w:proofErr w:type="spellStart"/>
      <w:r w:rsidRPr="00415899">
        <w:rPr>
          <w:rFonts w:cs="Arial"/>
          <w:sz w:val="20"/>
          <w:szCs w:val="20"/>
        </w:rPr>
        <w:t>ohledu</w:t>
      </w:r>
      <w:proofErr w:type="spellEnd"/>
      <w:r w:rsidRPr="00415899">
        <w:rPr>
          <w:rFonts w:cs="Arial"/>
          <w:sz w:val="20"/>
          <w:szCs w:val="20"/>
        </w:rPr>
        <w:t xml:space="preserve"> </w:t>
      </w:r>
      <w:proofErr w:type="spellStart"/>
      <w:r w:rsidRPr="00415899">
        <w:rPr>
          <w:rFonts w:cs="Arial"/>
          <w:sz w:val="20"/>
          <w:szCs w:val="20"/>
        </w:rPr>
        <w:t>na</w:t>
      </w:r>
      <w:proofErr w:type="spellEnd"/>
      <w:r w:rsidRPr="00415899">
        <w:rPr>
          <w:rFonts w:cs="Arial"/>
          <w:sz w:val="20"/>
          <w:szCs w:val="20"/>
        </w:rPr>
        <w:t xml:space="preserve"> </w:t>
      </w:r>
      <w:proofErr w:type="spellStart"/>
      <w:r w:rsidRPr="00415899">
        <w:rPr>
          <w:rFonts w:cs="Arial"/>
          <w:sz w:val="20"/>
          <w:szCs w:val="20"/>
        </w:rPr>
        <w:t>počet</w:t>
      </w:r>
      <w:proofErr w:type="spellEnd"/>
      <w:r w:rsidRPr="00415899">
        <w:rPr>
          <w:rFonts w:cs="Arial"/>
          <w:sz w:val="20"/>
          <w:szCs w:val="20"/>
        </w:rPr>
        <w:t xml:space="preserve"> </w:t>
      </w:r>
      <w:proofErr w:type="spellStart"/>
      <w:r w:rsidRPr="00415899">
        <w:rPr>
          <w:rFonts w:cs="Arial"/>
          <w:sz w:val="20"/>
          <w:szCs w:val="20"/>
        </w:rPr>
        <w:t>soutěžících</w:t>
      </w:r>
      <w:proofErr w:type="spellEnd"/>
      <w:r w:rsidRPr="00415899">
        <w:rPr>
          <w:rFonts w:cs="Arial"/>
          <w:sz w:val="20"/>
          <w:szCs w:val="20"/>
        </w:rPr>
        <w:t xml:space="preserve"> </w:t>
      </w:r>
      <w:proofErr w:type="spellStart"/>
      <w:r w:rsidRPr="00415899">
        <w:rPr>
          <w:rFonts w:cs="Arial"/>
          <w:sz w:val="20"/>
          <w:szCs w:val="20"/>
        </w:rPr>
        <w:t>či</w:t>
      </w:r>
      <w:proofErr w:type="spellEnd"/>
      <w:r w:rsidRPr="00415899">
        <w:rPr>
          <w:rFonts w:cs="Arial"/>
          <w:sz w:val="20"/>
          <w:szCs w:val="20"/>
        </w:rPr>
        <w:t xml:space="preserve"> </w:t>
      </w:r>
      <w:proofErr w:type="spellStart"/>
      <w:r w:rsidRPr="00415899">
        <w:rPr>
          <w:rFonts w:cs="Arial"/>
          <w:sz w:val="20"/>
          <w:szCs w:val="20"/>
        </w:rPr>
        <w:t>přihlášených</w:t>
      </w:r>
      <w:proofErr w:type="spellEnd"/>
      <w:r w:rsidRPr="00415899">
        <w:rPr>
          <w:rFonts w:cs="Arial"/>
          <w:sz w:val="20"/>
          <w:szCs w:val="20"/>
        </w:rPr>
        <w:t xml:space="preserve"> </w:t>
      </w:r>
      <w:proofErr w:type="spellStart"/>
      <w:r w:rsidRPr="00415899">
        <w:rPr>
          <w:rFonts w:cs="Arial"/>
          <w:sz w:val="20"/>
          <w:szCs w:val="20"/>
        </w:rPr>
        <w:t>návrhů</w:t>
      </w:r>
      <w:proofErr w:type="spellEnd"/>
      <w:r w:rsidRPr="00415899">
        <w:rPr>
          <w:rFonts w:cs="Arial"/>
          <w:sz w:val="20"/>
          <w:szCs w:val="20"/>
        </w:rPr>
        <w:t>.</w:t>
      </w:r>
    </w:p>
    <w:p w14:paraId="39B94B59" w14:textId="77777777" w:rsidR="003F3D56" w:rsidRPr="00415899" w:rsidRDefault="00DA020F">
      <w:pPr>
        <w:pStyle w:val="Seznamsodrkami"/>
        <w:spacing w:after="60"/>
        <w:ind w:left="547" w:hanging="274"/>
        <w:rPr>
          <w:rFonts w:cs="Arial"/>
          <w:sz w:val="20"/>
          <w:szCs w:val="20"/>
        </w:rPr>
      </w:pPr>
      <w:proofErr w:type="spellStart"/>
      <w:r w:rsidRPr="00415899">
        <w:rPr>
          <w:rFonts w:cs="Arial"/>
          <w:sz w:val="20"/>
          <w:szCs w:val="20"/>
        </w:rPr>
        <w:t>Neudělené</w:t>
      </w:r>
      <w:proofErr w:type="spellEnd"/>
      <w:r w:rsidRPr="00415899">
        <w:rPr>
          <w:rFonts w:cs="Arial"/>
          <w:sz w:val="20"/>
          <w:szCs w:val="20"/>
        </w:rPr>
        <w:t xml:space="preserve"> </w:t>
      </w:r>
      <w:proofErr w:type="spellStart"/>
      <w:r w:rsidRPr="00415899">
        <w:rPr>
          <w:rFonts w:cs="Arial"/>
          <w:sz w:val="20"/>
          <w:szCs w:val="20"/>
        </w:rPr>
        <w:t>ceny</w:t>
      </w:r>
      <w:proofErr w:type="spellEnd"/>
      <w:r w:rsidRPr="00415899">
        <w:rPr>
          <w:rFonts w:cs="Arial"/>
          <w:sz w:val="20"/>
          <w:szCs w:val="20"/>
        </w:rPr>
        <w:t xml:space="preserve"> </w:t>
      </w:r>
      <w:proofErr w:type="spellStart"/>
      <w:r w:rsidRPr="00415899">
        <w:rPr>
          <w:rFonts w:cs="Arial"/>
          <w:sz w:val="20"/>
          <w:szCs w:val="20"/>
        </w:rPr>
        <w:t>zůstávají</w:t>
      </w:r>
      <w:proofErr w:type="spellEnd"/>
      <w:r w:rsidRPr="00415899">
        <w:rPr>
          <w:rFonts w:cs="Arial"/>
          <w:sz w:val="20"/>
          <w:szCs w:val="20"/>
        </w:rPr>
        <w:t xml:space="preserve"> </w:t>
      </w:r>
      <w:proofErr w:type="spellStart"/>
      <w:r w:rsidRPr="00415899">
        <w:rPr>
          <w:rFonts w:cs="Arial"/>
          <w:sz w:val="20"/>
          <w:szCs w:val="20"/>
        </w:rPr>
        <w:t>Pořadateli</w:t>
      </w:r>
      <w:proofErr w:type="spellEnd"/>
      <w:r w:rsidRPr="00415899">
        <w:rPr>
          <w:rFonts w:cs="Arial"/>
          <w:sz w:val="20"/>
          <w:szCs w:val="20"/>
        </w:rPr>
        <w:t xml:space="preserve"> (</w:t>
      </w:r>
      <w:proofErr w:type="spellStart"/>
      <w:r w:rsidRPr="00415899">
        <w:rPr>
          <w:rFonts w:cs="Arial"/>
          <w:sz w:val="20"/>
          <w:szCs w:val="20"/>
        </w:rPr>
        <w:t>propadají</w:t>
      </w:r>
      <w:proofErr w:type="spellEnd"/>
      <w:r w:rsidRPr="00415899">
        <w:rPr>
          <w:rFonts w:cs="Arial"/>
          <w:sz w:val="20"/>
          <w:szCs w:val="20"/>
        </w:rPr>
        <w:t xml:space="preserve"> v </w:t>
      </w:r>
      <w:proofErr w:type="spellStart"/>
      <w:r w:rsidRPr="00415899">
        <w:rPr>
          <w:rFonts w:cs="Arial"/>
          <w:sz w:val="20"/>
          <w:szCs w:val="20"/>
        </w:rPr>
        <w:t>jeho</w:t>
      </w:r>
      <w:proofErr w:type="spellEnd"/>
      <w:r w:rsidRPr="00415899">
        <w:rPr>
          <w:rFonts w:cs="Arial"/>
          <w:sz w:val="20"/>
          <w:szCs w:val="20"/>
        </w:rPr>
        <w:t xml:space="preserve"> </w:t>
      </w:r>
      <w:proofErr w:type="spellStart"/>
      <w:r w:rsidRPr="00415899">
        <w:rPr>
          <w:rFonts w:cs="Arial"/>
          <w:sz w:val="20"/>
          <w:szCs w:val="20"/>
        </w:rPr>
        <w:t>prospěch</w:t>
      </w:r>
      <w:proofErr w:type="spellEnd"/>
      <w:r w:rsidRPr="00415899">
        <w:rPr>
          <w:rFonts w:cs="Arial"/>
          <w:sz w:val="20"/>
          <w:szCs w:val="20"/>
        </w:rPr>
        <w:t xml:space="preserve">), </w:t>
      </w:r>
      <w:proofErr w:type="spellStart"/>
      <w:r w:rsidRPr="00415899">
        <w:rPr>
          <w:rFonts w:cs="Arial"/>
          <w:sz w:val="20"/>
          <w:szCs w:val="20"/>
        </w:rPr>
        <w:t>nepřevádějí</w:t>
      </w:r>
      <w:proofErr w:type="spellEnd"/>
      <w:r w:rsidRPr="00415899">
        <w:rPr>
          <w:rFonts w:cs="Arial"/>
          <w:sz w:val="20"/>
          <w:szCs w:val="20"/>
        </w:rPr>
        <w:t xml:space="preserve"> se </w:t>
      </w:r>
      <w:proofErr w:type="spellStart"/>
      <w:r w:rsidRPr="00415899">
        <w:rPr>
          <w:rFonts w:cs="Arial"/>
          <w:sz w:val="20"/>
          <w:szCs w:val="20"/>
        </w:rPr>
        <w:t>na</w:t>
      </w:r>
      <w:proofErr w:type="spellEnd"/>
      <w:r w:rsidRPr="00415899">
        <w:rPr>
          <w:rFonts w:cs="Arial"/>
          <w:sz w:val="20"/>
          <w:szCs w:val="20"/>
        </w:rPr>
        <w:t xml:space="preserve"> </w:t>
      </w:r>
      <w:proofErr w:type="spellStart"/>
      <w:r w:rsidRPr="00415899">
        <w:rPr>
          <w:rFonts w:cs="Arial"/>
          <w:sz w:val="20"/>
          <w:szCs w:val="20"/>
        </w:rPr>
        <w:t>jiná</w:t>
      </w:r>
      <w:proofErr w:type="spellEnd"/>
      <w:r w:rsidRPr="00415899">
        <w:rPr>
          <w:rFonts w:cs="Arial"/>
          <w:sz w:val="20"/>
          <w:szCs w:val="20"/>
        </w:rPr>
        <w:t xml:space="preserve"> </w:t>
      </w:r>
      <w:proofErr w:type="spellStart"/>
      <w:r w:rsidRPr="00415899">
        <w:rPr>
          <w:rFonts w:cs="Arial"/>
          <w:sz w:val="20"/>
          <w:szCs w:val="20"/>
        </w:rPr>
        <w:t>umístění</w:t>
      </w:r>
      <w:proofErr w:type="spellEnd"/>
      <w:r w:rsidRPr="00415899">
        <w:rPr>
          <w:rFonts w:cs="Arial"/>
          <w:sz w:val="20"/>
          <w:szCs w:val="20"/>
        </w:rPr>
        <w:t xml:space="preserve"> ani se </w:t>
      </w:r>
      <w:proofErr w:type="spellStart"/>
      <w:r w:rsidRPr="00415899">
        <w:rPr>
          <w:rFonts w:cs="Arial"/>
          <w:sz w:val="20"/>
          <w:szCs w:val="20"/>
        </w:rPr>
        <w:t>nerozdělují</w:t>
      </w:r>
      <w:proofErr w:type="spellEnd"/>
      <w:r w:rsidRPr="00415899">
        <w:rPr>
          <w:rFonts w:cs="Arial"/>
          <w:sz w:val="20"/>
          <w:szCs w:val="20"/>
        </w:rPr>
        <w:t xml:space="preserve"> </w:t>
      </w:r>
      <w:proofErr w:type="spellStart"/>
      <w:r w:rsidRPr="00415899">
        <w:rPr>
          <w:rFonts w:cs="Arial"/>
          <w:sz w:val="20"/>
          <w:szCs w:val="20"/>
        </w:rPr>
        <w:t>mezi</w:t>
      </w:r>
      <w:proofErr w:type="spellEnd"/>
      <w:r w:rsidRPr="00415899">
        <w:rPr>
          <w:rFonts w:cs="Arial"/>
          <w:sz w:val="20"/>
          <w:szCs w:val="20"/>
        </w:rPr>
        <w:t xml:space="preserve"> </w:t>
      </w:r>
      <w:proofErr w:type="spellStart"/>
      <w:r w:rsidRPr="00415899">
        <w:rPr>
          <w:rFonts w:cs="Arial"/>
          <w:sz w:val="20"/>
          <w:szCs w:val="20"/>
        </w:rPr>
        <w:t>ostatní</w:t>
      </w:r>
      <w:proofErr w:type="spellEnd"/>
      <w:r w:rsidRPr="00415899">
        <w:rPr>
          <w:rFonts w:cs="Arial"/>
          <w:sz w:val="20"/>
          <w:szCs w:val="20"/>
        </w:rPr>
        <w:t xml:space="preserve"> </w:t>
      </w:r>
      <w:proofErr w:type="spellStart"/>
      <w:r w:rsidRPr="00415899">
        <w:rPr>
          <w:rFonts w:cs="Arial"/>
          <w:sz w:val="20"/>
          <w:szCs w:val="20"/>
        </w:rPr>
        <w:t>soutěžící</w:t>
      </w:r>
      <w:proofErr w:type="spellEnd"/>
      <w:r w:rsidRPr="00415899">
        <w:rPr>
          <w:rFonts w:cs="Arial"/>
          <w:sz w:val="20"/>
          <w:szCs w:val="20"/>
        </w:rPr>
        <w:t xml:space="preserve">. </w:t>
      </w:r>
      <w:proofErr w:type="spellStart"/>
      <w:r w:rsidRPr="00415899">
        <w:rPr>
          <w:rFonts w:cs="Arial"/>
          <w:sz w:val="20"/>
          <w:szCs w:val="20"/>
        </w:rPr>
        <w:t>Rozhodnutí</w:t>
      </w:r>
      <w:proofErr w:type="spellEnd"/>
      <w:r w:rsidRPr="00415899">
        <w:rPr>
          <w:rFonts w:cs="Arial"/>
          <w:sz w:val="20"/>
          <w:szCs w:val="20"/>
        </w:rPr>
        <w:t xml:space="preserve"> o </w:t>
      </w:r>
      <w:proofErr w:type="spellStart"/>
      <w:r w:rsidRPr="00415899">
        <w:rPr>
          <w:rFonts w:cs="Arial"/>
          <w:sz w:val="20"/>
          <w:szCs w:val="20"/>
        </w:rPr>
        <w:t>neobsazení</w:t>
      </w:r>
      <w:proofErr w:type="spellEnd"/>
      <w:r w:rsidRPr="00415899">
        <w:rPr>
          <w:rFonts w:cs="Arial"/>
          <w:sz w:val="20"/>
          <w:szCs w:val="20"/>
        </w:rPr>
        <w:t xml:space="preserve"> </w:t>
      </w:r>
      <w:proofErr w:type="spellStart"/>
      <w:r w:rsidRPr="00415899">
        <w:rPr>
          <w:rFonts w:cs="Arial"/>
          <w:sz w:val="20"/>
          <w:szCs w:val="20"/>
        </w:rPr>
        <w:t>míst</w:t>
      </w:r>
      <w:proofErr w:type="spellEnd"/>
      <w:r w:rsidRPr="00415899">
        <w:rPr>
          <w:rFonts w:cs="Arial"/>
          <w:sz w:val="20"/>
          <w:szCs w:val="20"/>
        </w:rPr>
        <w:t xml:space="preserve"> a </w:t>
      </w:r>
      <w:proofErr w:type="spellStart"/>
      <w:r w:rsidRPr="00415899">
        <w:rPr>
          <w:rFonts w:cs="Arial"/>
          <w:sz w:val="20"/>
          <w:szCs w:val="20"/>
        </w:rPr>
        <w:t>neudělení</w:t>
      </w:r>
      <w:proofErr w:type="spellEnd"/>
      <w:r w:rsidRPr="00415899">
        <w:rPr>
          <w:rFonts w:cs="Arial"/>
          <w:sz w:val="20"/>
          <w:szCs w:val="20"/>
        </w:rPr>
        <w:t xml:space="preserve"> </w:t>
      </w:r>
      <w:proofErr w:type="spellStart"/>
      <w:r w:rsidRPr="00415899">
        <w:rPr>
          <w:rFonts w:cs="Arial"/>
          <w:sz w:val="20"/>
          <w:szCs w:val="20"/>
        </w:rPr>
        <w:t>cen</w:t>
      </w:r>
      <w:proofErr w:type="spellEnd"/>
      <w:r w:rsidRPr="00415899">
        <w:rPr>
          <w:rFonts w:cs="Arial"/>
          <w:sz w:val="20"/>
          <w:szCs w:val="20"/>
        </w:rPr>
        <w:t xml:space="preserve"> </w:t>
      </w:r>
      <w:proofErr w:type="spellStart"/>
      <w:r w:rsidRPr="00415899">
        <w:rPr>
          <w:rFonts w:cs="Arial"/>
          <w:sz w:val="20"/>
          <w:szCs w:val="20"/>
        </w:rPr>
        <w:t>Pořadatel</w:t>
      </w:r>
      <w:proofErr w:type="spellEnd"/>
      <w:r w:rsidRPr="00415899">
        <w:rPr>
          <w:rFonts w:cs="Arial"/>
          <w:sz w:val="20"/>
          <w:szCs w:val="20"/>
        </w:rPr>
        <w:t xml:space="preserve"> </w:t>
      </w:r>
      <w:proofErr w:type="spellStart"/>
      <w:r w:rsidRPr="00415899">
        <w:rPr>
          <w:rFonts w:cs="Arial"/>
          <w:sz w:val="20"/>
          <w:szCs w:val="20"/>
        </w:rPr>
        <w:t>zveřejní</w:t>
      </w:r>
      <w:proofErr w:type="spellEnd"/>
      <w:r w:rsidRPr="00415899">
        <w:rPr>
          <w:rFonts w:cs="Arial"/>
          <w:sz w:val="20"/>
          <w:szCs w:val="20"/>
        </w:rPr>
        <w:t xml:space="preserve"> </w:t>
      </w:r>
      <w:proofErr w:type="spellStart"/>
      <w:r w:rsidRPr="00415899">
        <w:rPr>
          <w:rFonts w:cs="Arial"/>
          <w:sz w:val="20"/>
          <w:szCs w:val="20"/>
        </w:rPr>
        <w:t>spolu</w:t>
      </w:r>
      <w:proofErr w:type="spellEnd"/>
      <w:r w:rsidRPr="00415899">
        <w:rPr>
          <w:rFonts w:cs="Arial"/>
          <w:sz w:val="20"/>
          <w:szCs w:val="20"/>
        </w:rPr>
        <w:t xml:space="preserve"> s </w:t>
      </w:r>
      <w:proofErr w:type="spellStart"/>
      <w:r w:rsidRPr="00415899">
        <w:rPr>
          <w:rFonts w:cs="Arial"/>
          <w:sz w:val="20"/>
          <w:szCs w:val="20"/>
        </w:rPr>
        <w:t>výsledky</w:t>
      </w:r>
      <w:proofErr w:type="spellEnd"/>
      <w:r w:rsidRPr="00415899">
        <w:rPr>
          <w:rFonts w:cs="Arial"/>
          <w:sz w:val="20"/>
          <w:szCs w:val="20"/>
        </w:rPr>
        <w:t xml:space="preserve"> </w:t>
      </w:r>
      <w:proofErr w:type="spellStart"/>
      <w:r w:rsidRPr="00415899">
        <w:rPr>
          <w:rFonts w:cs="Arial"/>
          <w:sz w:val="20"/>
          <w:szCs w:val="20"/>
        </w:rPr>
        <w:t>Soutěže</w:t>
      </w:r>
      <w:proofErr w:type="spellEnd"/>
      <w:r w:rsidRPr="00415899">
        <w:rPr>
          <w:rFonts w:cs="Arial"/>
          <w:sz w:val="20"/>
          <w:szCs w:val="20"/>
        </w:rPr>
        <w:t xml:space="preserve"> </w:t>
      </w:r>
      <w:proofErr w:type="spellStart"/>
      <w:r w:rsidRPr="00415899">
        <w:rPr>
          <w:rFonts w:cs="Arial"/>
          <w:sz w:val="20"/>
          <w:szCs w:val="20"/>
        </w:rPr>
        <w:t>včetně</w:t>
      </w:r>
      <w:proofErr w:type="spellEnd"/>
      <w:r w:rsidRPr="00415899">
        <w:rPr>
          <w:rFonts w:cs="Arial"/>
          <w:sz w:val="20"/>
          <w:szCs w:val="20"/>
        </w:rPr>
        <w:t xml:space="preserve"> </w:t>
      </w:r>
      <w:proofErr w:type="spellStart"/>
      <w:r w:rsidRPr="00415899">
        <w:rPr>
          <w:rFonts w:cs="Arial"/>
          <w:sz w:val="20"/>
          <w:szCs w:val="20"/>
        </w:rPr>
        <w:t>stručného</w:t>
      </w:r>
      <w:proofErr w:type="spellEnd"/>
      <w:r w:rsidRPr="00415899">
        <w:rPr>
          <w:rFonts w:cs="Arial"/>
          <w:sz w:val="20"/>
          <w:szCs w:val="20"/>
        </w:rPr>
        <w:t xml:space="preserve"> </w:t>
      </w:r>
      <w:proofErr w:type="spellStart"/>
      <w:r w:rsidRPr="00415899">
        <w:rPr>
          <w:rFonts w:cs="Arial"/>
          <w:sz w:val="20"/>
          <w:szCs w:val="20"/>
        </w:rPr>
        <w:t>odůvodnění</w:t>
      </w:r>
      <w:proofErr w:type="spellEnd"/>
      <w:r w:rsidRPr="00415899">
        <w:rPr>
          <w:rFonts w:cs="Arial"/>
          <w:sz w:val="20"/>
          <w:szCs w:val="20"/>
        </w:rPr>
        <w:t>.</w:t>
      </w:r>
    </w:p>
    <w:p w14:paraId="65D9E405" w14:textId="77777777" w:rsidR="003F3D56" w:rsidRPr="00415899" w:rsidRDefault="00DA020F">
      <w:pPr>
        <w:pStyle w:val="Seznamsodrkami"/>
        <w:spacing w:after="60"/>
        <w:ind w:left="547" w:hanging="274"/>
        <w:rPr>
          <w:rFonts w:cs="Arial"/>
          <w:sz w:val="20"/>
          <w:szCs w:val="20"/>
        </w:rPr>
      </w:pPr>
      <w:proofErr w:type="spellStart"/>
      <w:r w:rsidRPr="00415899">
        <w:rPr>
          <w:rFonts w:cs="Arial"/>
          <w:sz w:val="20"/>
          <w:szCs w:val="20"/>
        </w:rPr>
        <w:t>Pořadatel</w:t>
      </w:r>
      <w:proofErr w:type="spellEnd"/>
      <w:r w:rsidRPr="00415899">
        <w:rPr>
          <w:rFonts w:cs="Arial"/>
          <w:sz w:val="20"/>
          <w:szCs w:val="20"/>
        </w:rPr>
        <w:t xml:space="preserve"> </w:t>
      </w:r>
      <w:proofErr w:type="spellStart"/>
      <w:r w:rsidRPr="00415899">
        <w:rPr>
          <w:rFonts w:cs="Arial"/>
          <w:sz w:val="20"/>
          <w:szCs w:val="20"/>
        </w:rPr>
        <w:t>může</w:t>
      </w:r>
      <w:proofErr w:type="spellEnd"/>
      <w:r w:rsidRPr="00415899">
        <w:rPr>
          <w:rFonts w:cs="Arial"/>
          <w:sz w:val="20"/>
          <w:szCs w:val="20"/>
        </w:rPr>
        <w:t xml:space="preserve"> </w:t>
      </w:r>
      <w:proofErr w:type="spellStart"/>
      <w:r w:rsidRPr="00415899">
        <w:rPr>
          <w:rFonts w:cs="Arial"/>
          <w:sz w:val="20"/>
          <w:szCs w:val="20"/>
        </w:rPr>
        <w:t>Soutěž</w:t>
      </w:r>
      <w:proofErr w:type="spellEnd"/>
      <w:r w:rsidRPr="00415899">
        <w:rPr>
          <w:rFonts w:cs="Arial"/>
          <w:sz w:val="20"/>
          <w:szCs w:val="20"/>
        </w:rPr>
        <w:t xml:space="preserve"> z </w:t>
      </w:r>
      <w:proofErr w:type="spellStart"/>
      <w:r w:rsidRPr="00415899">
        <w:rPr>
          <w:rFonts w:cs="Arial"/>
          <w:sz w:val="20"/>
          <w:szCs w:val="20"/>
        </w:rPr>
        <w:t>vážných</w:t>
      </w:r>
      <w:proofErr w:type="spellEnd"/>
      <w:r w:rsidRPr="00415899">
        <w:rPr>
          <w:rFonts w:cs="Arial"/>
          <w:sz w:val="20"/>
          <w:szCs w:val="20"/>
        </w:rPr>
        <w:t xml:space="preserve"> </w:t>
      </w:r>
      <w:proofErr w:type="spellStart"/>
      <w:r w:rsidRPr="00415899">
        <w:rPr>
          <w:rFonts w:cs="Arial"/>
          <w:sz w:val="20"/>
          <w:szCs w:val="20"/>
        </w:rPr>
        <w:t>důvodů</w:t>
      </w:r>
      <w:proofErr w:type="spellEnd"/>
      <w:r w:rsidRPr="00415899">
        <w:rPr>
          <w:rFonts w:cs="Arial"/>
          <w:sz w:val="20"/>
          <w:szCs w:val="20"/>
        </w:rPr>
        <w:t xml:space="preserve"> </w:t>
      </w:r>
      <w:proofErr w:type="spellStart"/>
      <w:r w:rsidRPr="00415899">
        <w:rPr>
          <w:rFonts w:cs="Arial"/>
          <w:sz w:val="20"/>
          <w:szCs w:val="20"/>
        </w:rPr>
        <w:t>změnit</w:t>
      </w:r>
      <w:proofErr w:type="spellEnd"/>
      <w:r w:rsidRPr="00415899">
        <w:rPr>
          <w:rFonts w:cs="Arial"/>
          <w:sz w:val="20"/>
          <w:szCs w:val="20"/>
        </w:rPr>
        <w:t xml:space="preserve">, </w:t>
      </w:r>
      <w:proofErr w:type="spellStart"/>
      <w:r w:rsidRPr="00415899">
        <w:rPr>
          <w:rFonts w:cs="Arial"/>
          <w:sz w:val="20"/>
          <w:szCs w:val="20"/>
        </w:rPr>
        <w:t>přerušit</w:t>
      </w:r>
      <w:proofErr w:type="spellEnd"/>
      <w:r w:rsidRPr="00415899">
        <w:rPr>
          <w:rFonts w:cs="Arial"/>
          <w:sz w:val="20"/>
          <w:szCs w:val="20"/>
        </w:rPr>
        <w:t xml:space="preserve"> </w:t>
      </w:r>
      <w:proofErr w:type="spellStart"/>
      <w:r w:rsidRPr="00415899">
        <w:rPr>
          <w:rFonts w:cs="Arial"/>
          <w:sz w:val="20"/>
          <w:szCs w:val="20"/>
        </w:rPr>
        <w:t>nebo</w:t>
      </w:r>
      <w:proofErr w:type="spellEnd"/>
      <w:r w:rsidRPr="00415899">
        <w:rPr>
          <w:rFonts w:cs="Arial"/>
          <w:sz w:val="20"/>
          <w:szCs w:val="20"/>
        </w:rPr>
        <w:t xml:space="preserve"> </w:t>
      </w:r>
      <w:proofErr w:type="spellStart"/>
      <w:r w:rsidRPr="00415899">
        <w:rPr>
          <w:rFonts w:cs="Arial"/>
          <w:sz w:val="20"/>
          <w:szCs w:val="20"/>
        </w:rPr>
        <w:t>zrušit</w:t>
      </w:r>
      <w:proofErr w:type="spellEnd"/>
      <w:r w:rsidRPr="00415899">
        <w:rPr>
          <w:rFonts w:cs="Arial"/>
          <w:sz w:val="20"/>
          <w:szCs w:val="20"/>
        </w:rPr>
        <w:t xml:space="preserve">, </w:t>
      </w:r>
      <w:proofErr w:type="spellStart"/>
      <w:r w:rsidRPr="00415899">
        <w:rPr>
          <w:rFonts w:cs="Arial"/>
          <w:sz w:val="20"/>
          <w:szCs w:val="20"/>
        </w:rPr>
        <w:t>zejména</w:t>
      </w:r>
      <w:proofErr w:type="spellEnd"/>
      <w:r w:rsidRPr="00415899">
        <w:rPr>
          <w:rFonts w:cs="Arial"/>
          <w:sz w:val="20"/>
          <w:szCs w:val="20"/>
        </w:rPr>
        <w:t xml:space="preserve"> </w:t>
      </w:r>
      <w:proofErr w:type="spellStart"/>
      <w:r w:rsidRPr="00415899">
        <w:rPr>
          <w:rFonts w:cs="Arial"/>
          <w:sz w:val="20"/>
          <w:szCs w:val="20"/>
        </w:rPr>
        <w:t>nastanou</w:t>
      </w:r>
      <w:proofErr w:type="spellEnd"/>
      <w:r w:rsidRPr="00415899">
        <w:rPr>
          <w:rFonts w:cs="Arial"/>
          <w:sz w:val="20"/>
          <w:szCs w:val="20"/>
        </w:rPr>
        <w:t xml:space="preserve">-li </w:t>
      </w:r>
      <w:proofErr w:type="spellStart"/>
      <w:r w:rsidRPr="00415899">
        <w:rPr>
          <w:rFonts w:cs="Arial"/>
          <w:sz w:val="20"/>
          <w:szCs w:val="20"/>
        </w:rPr>
        <w:t>technické</w:t>
      </w:r>
      <w:proofErr w:type="spellEnd"/>
      <w:r w:rsidRPr="00415899">
        <w:rPr>
          <w:rFonts w:cs="Arial"/>
          <w:sz w:val="20"/>
          <w:szCs w:val="20"/>
        </w:rPr>
        <w:t xml:space="preserve">, </w:t>
      </w:r>
      <w:proofErr w:type="spellStart"/>
      <w:r w:rsidRPr="00415899">
        <w:rPr>
          <w:rFonts w:cs="Arial"/>
          <w:sz w:val="20"/>
          <w:szCs w:val="20"/>
        </w:rPr>
        <w:t>právní</w:t>
      </w:r>
      <w:proofErr w:type="spellEnd"/>
      <w:r w:rsidRPr="00415899">
        <w:rPr>
          <w:rFonts w:cs="Arial"/>
          <w:sz w:val="20"/>
          <w:szCs w:val="20"/>
        </w:rPr>
        <w:t xml:space="preserve">, </w:t>
      </w:r>
      <w:proofErr w:type="spellStart"/>
      <w:r w:rsidRPr="00415899">
        <w:rPr>
          <w:rFonts w:cs="Arial"/>
          <w:sz w:val="20"/>
          <w:szCs w:val="20"/>
        </w:rPr>
        <w:t>bezpečnostní</w:t>
      </w:r>
      <w:proofErr w:type="spellEnd"/>
      <w:r w:rsidRPr="00415899">
        <w:rPr>
          <w:rFonts w:cs="Arial"/>
          <w:sz w:val="20"/>
          <w:szCs w:val="20"/>
        </w:rPr>
        <w:t xml:space="preserve"> </w:t>
      </w:r>
      <w:proofErr w:type="spellStart"/>
      <w:r w:rsidRPr="00415899">
        <w:rPr>
          <w:rFonts w:cs="Arial"/>
          <w:sz w:val="20"/>
          <w:szCs w:val="20"/>
        </w:rPr>
        <w:t>nebo</w:t>
      </w:r>
      <w:proofErr w:type="spellEnd"/>
      <w:r w:rsidRPr="00415899">
        <w:rPr>
          <w:rFonts w:cs="Arial"/>
          <w:sz w:val="20"/>
          <w:szCs w:val="20"/>
        </w:rPr>
        <w:t xml:space="preserve"> </w:t>
      </w:r>
      <w:proofErr w:type="spellStart"/>
      <w:r w:rsidRPr="00415899">
        <w:rPr>
          <w:rFonts w:cs="Arial"/>
          <w:sz w:val="20"/>
          <w:szCs w:val="20"/>
        </w:rPr>
        <w:t>jiné</w:t>
      </w:r>
      <w:proofErr w:type="spellEnd"/>
      <w:r w:rsidRPr="00415899">
        <w:rPr>
          <w:rFonts w:cs="Arial"/>
          <w:sz w:val="20"/>
          <w:szCs w:val="20"/>
        </w:rPr>
        <w:t xml:space="preserve"> </w:t>
      </w:r>
      <w:proofErr w:type="spellStart"/>
      <w:r w:rsidRPr="00415899">
        <w:rPr>
          <w:rFonts w:cs="Arial"/>
          <w:sz w:val="20"/>
          <w:szCs w:val="20"/>
        </w:rPr>
        <w:t>okolnosti</w:t>
      </w:r>
      <w:proofErr w:type="spellEnd"/>
      <w:r w:rsidRPr="00415899">
        <w:rPr>
          <w:rFonts w:cs="Arial"/>
          <w:sz w:val="20"/>
          <w:szCs w:val="20"/>
        </w:rPr>
        <w:t xml:space="preserve">, </w:t>
      </w:r>
      <w:proofErr w:type="spellStart"/>
      <w:r w:rsidRPr="00415899">
        <w:rPr>
          <w:rFonts w:cs="Arial"/>
          <w:sz w:val="20"/>
          <w:szCs w:val="20"/>
        </w:rPr>
        <w:t>které</w:t>
      </w:r>
      <w:proofErr w:type="spellEnd"/>
      <w:r w:rsidRPr="00415899">
        <w:rPr>
          <w:rFonts w:cs="Arial"/>
          <w:sz w:val="20"/>
          <w:szCs w:val="20"/>
        </w:rPr>
        <w:t xml:space="preserve"> </w:t>
      </w:r>
      <w:proofErr w:type="spellStart"/>
      <w:r w:rsidRPr="00415899">
        <w:rPr>
          <w:rFonts w:cs="Arial"/>
          <w:sz w:val="20"/>
          <w:szCs w:val="20"/>
        </w:rPr>
        <w:t>znemožní</w:t>
      </w:r>
      <w:proofErr w:type="spellEnd"/>
      <w:r w:rsidRPr="00415899">
        <w:rPr>
          <w:rFonts w:cs="Arial"/>
          <w:sz w:val="20"/>
          <w:szCs w:val="20"/>
        </w:rPr>
        <w:t xml:space="preserve"> </w:t>
      </w:r>
      <w:proofErr w:type="spellStart"/>
      <w:r w:rsidRPr="00415899">
        <w:rPr>
          <w:rFonts w:cs="Arial"/>
          <w:sz w:val="20"/>
          <w:szCs w:val="20"/>
        </w:rPr>
        <w:t>její</w:t>
      </w:r>
      <w:proofErr w:type="spellEnd"/>
      <w:r w:rsidRPr="00415899">
        <w:rPr>
          <w:rFonts w:cs="Arial"/>
          <w:sz w:val="20"/>
          <w:szCs w:val="20"/>
        </w:rPr>
        <w:t xml:space="preserve"> </w:t>
      </w:r>
      <w:proofErr w:type="spellStart"/>
      <w:r w:rsidRPr="00415899">
        <w:rPr>
          <w:rFonts w:cs="Arial"/>
          <w:sz w:val="20"/>
          <w:szCs w:val="20"/>
        </w:rPr>
        <w:t>řádné</w:t>
      </w:r>
      <w:proofErr w:type="spellEnd"/>
      <w:r w:rsidRPr="00415899">
        <w:rPr>
          <w:rFonts w:cs="Arial"/>
          <w:sz w:val="20"/>
          <w:szCs w:val="20"/>
        </w:rPr>
        <w:t xml:space="preserve"> a </w:t>
      </w:r>
      <w:proofErr w:type="spellStart"/>
      <w:r w:rsidRPr="00415899">
        <w:rPr>
          <w:rFonts w:cs="Arial"/>
          <w:sz w:val="20"/>
          <w:szCs w:val="20"/>
        </w:rPr>
        <w:t>spravedlivé</w:t>
      </w:r>
      <w:proofErr w:type="spellEnd"/>
      <w:r w:rsidRPr="00415899">
        <w:rPr>
          <w:rFonts w:cs="Arial"/>
          <w:sz w:val="20"/>
          <w:szCs w:val="20"/>
        </w:rPr>
        <w:t xml:space="preserve"> </w:t>
      </w:r>
      <w:proofErr w:type="spellStart"/>
      <w:r w:rsidRPr="00415899">
        <w:rPr>
          <w:rFonts w:cs="Arial"/>
          <w:sz w:val="20"/>
          <w:szCs w:val="20"/>
        </w:rPr>
        <w:t>uskutečnění</w:t>
      </w:r>
      <w:proofErr w:type="spellEnd"/>
      <w:r w:rsidRPr="00415899">
        <w:rPr>
          <w:rFonts w:cs="Arial"/>
          <w:sz w:val="20"/>
          <w:szCs w:val="20"/>
        </w:rPr>
        <w:t xml:space="preserve">. </w:t>
      </w:r>
      <w:proofErr w:type="spellStart"/>
      <w:r w:rsidRPr="00415899">
        <w:rPr>
          <w:rFonts w:cs="Arial"/>
          <w:sz w:val="20"/>
          <w:szCs w:val="20"/>
        </w:rPr>
        <w:t>Změnu</w:t>
      </w:r>
      <w:proofErr w:type="spellEnd"/>
      <w:r w:rsidRPr="00415899">
        <w:rPr>
          <w:rFonts w:cs="Arial"/>
          <w:sz w:val="20"/>
          <w:szCs w:val="20"/>
        </w:rPr>
        <w:t xml:space="preserve"> </w:t>
      </w:r>
      <w:proofErr w:type="spellStart"/>
      <w:r w:rsidRPr="00415899">
        <w:rPr>
          <w:rFonts w:cs="Arial"/>
          <w:sz w:val="20"/>
          <w:szCs w:val="20"/>
        </w:rPr>
        <w:t>zveřejní</w:t>
      </w:r>
      <w:proofErr w:type="spellEnd"/>
      <w:r w:rsidRPr="00415899">
        <w:rPr>
          <w:rFonts w:cs="Arial"/>
          <w:sz w:val="20"/>
          <w:szCs w:val="20"/>
        </w:rPr>
        <w:t xml:space="preserve"> </w:t>
      </w:r>
      <w:proofErr w:type="spellStart"/>
      <w:r w:rsidRPr="00415899">
        <w:rPr>
          <w:rFonts w:cs="Arial"/>
          <w:sz w:val="20"/>
          <w:szCs w:val="20"/>
        </w:rPr>
        <w:t>stejným</w:t>
      </w:r>
      <w:proofErr w:type="spellEnd"/>
      <w:r w:rsidRPr="00415899">
        <w:rPr>
          <w:rFonts w:cs="Arial"/>
          <w:sz w:val="20"/>
          <w:szCs w:val="20"/>
        </w:rPr>
        <w:t xml:space="preserve"> </w:t>
      </w:r>
      <w:proofErr w:type="spellStart"/>
      <w:r w:rsidRPr="00415899">
        <w:rPr>
          <w:rFonts w:cs="Arial"/>
          <w:sz w:val="20"/>
          <w:szCs w:val="20"/>
        </w:rPr>
        <w:t>způsobem</w:t>
      </w:r>
      <w:proofErr w:type="spellEnd"/>
      <w:r w:rsidRPr="00415899">
        <w:rPr>
          <w:rFonts w:cs="Arial"/>
          <w:sz w:val="20"/>
          <w:szCs w:val="20"/>
        </w:rPr>
        <w:t xml:space="preserve"> </w:t>
      </w:r>
      <w:proofErr w:type="spellStart"/>
      <w:r w:rsidRPr="00415899">
        <w:rPr>
          <w:rFonts w:cs="Arial"/>
          <w:sz w:val="20"/>
          <w:szCs w:val="20"/>
        </w:rPr>
        <w:t>jako</w:t>
      </w:r>
      <w:proofErr w:type="spellEnd"/>
      <w:r w:rsidRPr="00415899">
        <w:rPr>
          <w:rFonts w:cs="Arial"/>
          <w:sz w:val="20"/>
          <w:szCs w:val="20"/>
        </w:rPr>
        <w:t xml:space="preserve"> </w:t>
      </w:r>
      <w:proofErr w:type="spellStart"/>
      <w:r w:rsidRPr="00415899">
        <w:rPr>
          <w:rFonts w:cs="Arial"/>
          <w:sz w:val="20"/>
          <w:szCs w:val="20"/>
        </w:rPr>
        <w:t>pravidla</w:t>
      </w:r>
      <w:proofErr w:type="spellEnd"/>
      <w:r w:rsidRPr="00415899">
        <w:rPr>
          <w:rFonts w:cs="Arial"/>
          <w:sz w:val="20"/>
          <w:szCs w:val="20"/>
        </w:rPr>
        <w:t xml:space="preserve"> a </w:t>
      </w:r>
      <w:proofErr w:type="spellStart"/>
      <w:r w:rsidRPr="00415899">
        <w:rPr>
          <w:rFonts w:cs="Arial"/>
          <w:sz w:val="20"/>
          <w:szCs w:val="20"/>
        </w:rPr>
        <w:t>nesmí</w:t>
      </w:r>
      <w:proofErr w:type="spellEnd"/>
      <w:r w:rsidRPr="00415899">
        <w:rPr>
          <w:rFonts w:cs="Arial"/>
          <w:sz w:val="20"/>
          <w:szCs w:val="20"/>
        </w:rPr>
        <w:t xml:space="preserve"> </w:t>
      </w:r>
      <w:proofErr w:type="spellStart"/>
      <w:r w:rsidRPr="00415899">
        <w:rPr>
          <w:rFonts w:cs="Arial"/>
          <w:sz w:val="20"/>
          <w:szCs w:val="20"/>
        </w:rPr>
        <w:t>jí</w:t>
      </w:r>
      <w:proofErr w:type="spellEnd"/>
      <w:r w:rsidRPr="00415899">
        <w:rPr>
          <w:rFonts w:cs="Arial"/>
          <w:sz w:val="20"/>
          <w:szCs w:val="20"/>
        </w:rPr>
        <w:t xml:space="preserve"> </w:t>
      </w:r>
      <w:proofErr w:type="spellStart"/>
      <w:r w:rsidRPr="00415899">
        <w:rPr>
          <w:rFonts w:cs="Arial"/>
          <w:sz w:val="20"/>
          <w:szCs w:val="20"/>
        </w:rPr>
        <w:t>bezdůvodně</w:t>
      </w:r>
      <w:proofErr w:type="spellEnd"/>
      <w:r w:rsidRPr="00415899">
        <w:rPr>
          <w:rFonts w:cs="Arial"/>
          <w:sz w:val="20"/>
          <w:szCs w:val="20"/>
        </w:rPr>
        <w:t xml:space="preserve"> </w:t>
      </w:r>
      <w:proofErr w:type="spellStart"/>
      <w:r w:rsidRPr="00415899">
        <w:rPr>
          <w:rFonts w:cs="Arial"/>
          <w:sz w:val="20"/>
          <w:szCs w:val="20"/>
        </w:rPr>
        <w:t>zhoršit</w:t>
      </w:r>
      <w:proofErr w:type="spellEnd"/>
      <w:r w:rsidRPr="00415899">
        <w:rPr>
          <w:rFonts w:cs="Arial"/>
          <w:sz w:val="20"/>
          <w:szCs w:val="20"/>
        </w:rPr>
        <w:t xml:space="preserve"> </w:t>
      </w:r>
      <w:proofErr w:type="spellStart"/>
      <w:r w:rsidRPr="00415899">
        <w:rPr>
          <w:rFonts w:cs="Arial"/>
          <w:sz w:val="20"/>
          <w:szCs w:val="20"/>
        </w:rPr>
        <w:t>již</w:t>
      </w:r>
      <w:proofErr w:type="spellEnd"/>
      <w:r w:rsidRPr="00415899">
        <w:rPr>
          <w:rFonts w:cs="Arial"/>
          <w:sz w:val="20"/>
          <w:szCs w:val="20"/>
        </w:rPr>
        <w:t xml:space="preserve"> </w:t>
      </w:r>
      <w:proofErr w:type="spellStart"/>
      <w:r w:rsidRPr="00415899">
        <w:rPr>
          <w:rFonts w:cs="Arial"/>
          <w:sz w:val="20"/>
          <w:szCs w:val="20"/>
        </w:rPr>
        <w:t>vzniklá</w:t>
      </w:r>
      <w:proofErr w:type="spellEnd"/>
      <w:r w:rsidRPr="00415899">
        <w:rPr>
          <w:rFonts w:cs="Arial"/>
          <w:sz w:val="20"/>
          <w:szCs w:val="20"/>
        </w:rPr>
        <w:t xml:space="preserve"> </w:t>
      </w:r>
      <w:proofErr w:type="spellStart"/>
      <w:r w:rsidRPr="00415899">
        <w:rPr>
          <w:rFonts w:cs="Arial"/>
          <w:sz w:val="20"/>
          <w:szCs w:val="20"/>
        </w:rPr>
        <w:t>práva</w:t>
      </w:r>
      <w:proofErr w:type="spellEnd"/>
      <w:r w:rsidRPr="00415899">
        <w:rPr>
          <w:rFonts w:cs="Arial"/>
          <w:sz w:val="20"/>
          <w:szCs w:val="20"/>
        </w:rPr>
        <w:t xml:space="preserve"> </w:t>
      </w:r>
      <w:proofErr w:type="spellStart"/>
      <w:r w:rsidRPr="00415899">
        <w:rPr>
          <w:rFonts w:cs="Arial"/>
          <w:sz w:val="20"/>
          <w:szCs w:val="20"/>
        </w:rPr>
        <w:t>soutěžících</w:t>
      </w:r>
      <w:proofErr w:type="spellEnd"/>
      <w:r w:rsidRPr="00415899">
        <w:rPr>
          <w:rFonts w:cs="Arial"/>
          <w:sz w:val="20"/>
          <w:szCs w:val="20"/>
        </w:rPr>
        <w:t>.</w:t>
      </w:r>
    </w:p>
    <w:p w14:paraId="730D8AA6" w14:textId="77777777" w:rsidR="003F3D56" w:rsidRPr="00415899" w:rsidRDefault="00DA020F">
      <w:pPr>
        <w:pStyle w:val="Seznamsodrkami"/>
        <w:spacing w:after="60"/>
        <w:ind w:left="547" w:hanging="274"/>
        <w:rPr>
          <w:rFonts w:cs="Arial"/>
          <w:sz w:val="20"/>
          <w:szCs w:val="20"/>
        </w:rPr>
      </w:pPr>
      <w:proofErr w:type="spellStart"/>
      <w:r w:rsidRPr="00415899">
        <w:rPr>
          <w:rFonts w:cs="Arial"/>
          <w:sz w:val="20"/>
          <w:szCs w:val="20"/>
        </w:rPr>
        <w:t>Pořadatel</w:t>
      </w:r>
      <w:proofErr w:type="spellEnd"/>
      <w:r w:rsidRPr="00415899">
        <w:rPr>
          <w:rFonts w:cs="Arial"/>
          <w:sz w:val="20"/>
          <w:szCs w:val="20"/>
        </w:rPr>
        <w:t xml:space="preserve"> </w:t>
      </w:r>
      <w:proofErr w:type="spellStart"/>
      <w:r w:rsidRPr="00415899">
        <w:rPr>
          <w:rFonts w:cs="Arial"/>
          <w:sz w:val="20"/>
          <w:szCs w:val="20"/>
        </w:rPr>
        <w:t>si</w:t>
      </w:r>
      <w:proofErr w:type="spellEnd"/>
      <w:r w:rsidRPr="00415899">
        <w:rPr>
          <w:rFonts w:cs="Arial"/>
          <w:sz w:val="20"/>
          <w:szCs w:val="20"/>
        </w:rPr>
        <w:t xml:space="preserve"> </w:t>
      </w:r>
      <w:proofErr w:type="spellStart"/>
      <w:r w:rsidRPr="00415899">
        <w:rPr>
          <w:rFonts w:cs="Arial"/>
          <w:sz w:val="20"/>
          <w:szCs w:val="20"/>
        </w:rPr>
        <w:t>vyhrazuje</w:t>
      </w:r>
      <w:proofErr w:type="spellEnd"/>
      <w:r w:rsidRPr="00415899">
        <w:rPr>
          <w:rFonts w:cs="Arial"/>
          <w:sz w:val="20"/>
          <w:szCs w:val="20"/>
        </w:rPr>
        <w:t xml:space="preserve"> </w:t>
      </w:r>
      <w:proofErr w:type="spellStart"/>
      <w:r w:rsidRPr="00415899">
        <w:rPr>
          <w:rFonts w:cs="Arial"/>
          <w:sz w:val="20"/>
          <w:szCs w:val="20"/>
        </w:rPr>
        <w:t>právo</w:t>
      </w:r>
      <w:proofErr w:type="spellEnd"/>
      <w:r w:rsidRPr="00415899">
        <w:rPr>
          <w:rFonts w:cs="Arial"/>
          <w:sz w:val="20"/>
          <w:szCs w:val="20"/>
        </w:rPr>
        <w:t xml:space="preserve"> </w:t>
      </w:r>
      <w:proofErr w:type="spellStart"/>
      <w:r w:rsidRPr="00415899">
        <w:rPr>
          <w:rFonts w:cs="Arial"/>
          <w:sz w:val="20"/>
          <w:szCs w:val="20"/>
        </w:rPr>
        <w:t>přiměřeně</w:t>
      </w:r>
      <w:proofErr w:type="spellEnd"/>
      <w:r w:rsidRPr="00415899">
        <w:rPr>
          <w:rFonts w:cs="Arial"/>
          <w:sz w:val="20"/>
          <w:szCs w:val="20"/>
        </w:rPr>
        <w:t xml:space="preserve"> </w:t>
      </w:r>
      <w:proofErr w:type="spellStart"/>
      <w:r w:rsidRPr="00415899">
        <w:rPr>
          <w:rFonts w:cs="Arial"/>
          <w:sz w:val="20"/>
          <w:szCs w:val="20"/>
        </w:rPr>
        <w:t>upravit</w:t>
      </w:r>
      <w:proofErr w:type="spellEnd"/>
      <w:r w:rsidRPr="00415899">
        <w:rPr>
          <w:rFonts w:cs="Arial"/>
          <w:sz w:val="20"/>
          <w:szCs w:val="20"/>
        </w:rPr>
        <w:t xml:space="preserve"> </w:t>
      </w:r>
      <w:proofErr w:type="spellStart"/>
      <w:r w:rsidRPr="00415899">
        <w:rPr>
          <w:rFonts w:cs="Arial"/>
          <w:sz w:val="20"/>
          <w:szCs w:val="20"/>
        </w:rPr>
        <w:t>harmonogram</w:t>
      </w:r>
      <w:proofErr w:type="spellEnd"/>
      <w:r w:rsidRPr="00415899">
        <w:rPr>
          <w:rFonts w:cs="Arial"/>
          <w:sz w:val="20"/>
          <w:szCs w:val="20"/>
        </w:rPr>
        <w:t xml:space="preserve"> </w:t>
      </w:r>
      <w:proofErr w:type="spellStart"/>
      <w:r w:rsidRPr="00415899">
        <w:rPr>
          <w:rFonts w:cs="Arial"/>
          <w:sz w:val="20"/>
          <w:szCs w:val="20"/>
        </w:rPr>
        <w:t>evropského</w:t>
      </w:r>
      <w:proofErr w:type="spellEnd"/>
      <w:r w:rsidRPr="00415899">
        <w:rPr>
          <w:rFonts w:cs="Arial"/>
          <w:sz w:val="20"/>
          <w:szCs w:val="20"/>
        </w:rPr>
        <w:t xml:space="preserve"> </w:t>
      </w:r>
      <w:proofErr w:type="spellStart"/>
      <w:r w:rsidRPr="00415899">
        <w:rPr>
          <w:rFonts w:cs="Arial"/>
          <w:sz w:val="20"/>
          <w:szCs w:val="20"/>
        </w:rPr>
        <w:t>výběru</w:t>
      </w:r>
      <w:proofErr w:type="spellEnd"/>
      <w:r w:rsidRPr="00415899">
        <w:rPr>
          <w:rFonts w:cs="Arial"/>
          <w:sz w:val="20"/>
          <w:szCs w:val="20"/>
        </w:rPr>
        <w:t xml:space="preserve"> </w:t>
      </w:r>
      <w:proofErr w:type="spellStart"/>
      <w:r w:rsidRPr="00415899">
        <w:rPr>
          <w:rFonts w:cs="Arial"/>
          <w:sz w:val="20"/>
          <w:szCs w:val="20"/>
        </w:rPr>
        <w:t>nebo</w:t>
      </w:r>
      <w:proofErr w:type="spellEnd"/>
      <w:r w:rsidRPr="00415899">
        <w:rPr>
          <w:rFonts w:cs="Arial"/>
          <w:sz w:val="20"/>
          <w:szCs w:val="20"/>
        </w:rPr>
        <w:t xml:space="preserve"> </w:t>
      </w:r>
      <w:proofErr w:type="spellStart"/>
      <w:r w:rsidRPr="00415899">
        <w:rPr>
          <w:rFonts w:cs="Arial"/>
          <w:sz w:val="20"/>
          <w:szCs w:val="20"/>
        </w:rPr>
        <w:t>realizace</w:t>
      </w:r>
      <w:proofErr w:type="spellEnd"/>
      <w:r w:rsidRPr="00415899">
        <w:rPr>
          <w:rFonts w:cs="Arial"/>
          <w:sz w:val="20"/>
          <w:szCs w:val="20"/>
        </w:rPr>
        <w:t xml:space="preserve"> </w:t>
      </w:r>
      <w:proofErr w:type="spellStart"/>
      <w:r w:rsidRPr="00415899">
        <w:rPr>
          <w:rFonts w:cs="Arial"/>
          <w:sz w:val="20"/>
          <w:szCs w:val="20"/>
        </w:rPr>
        <w:t>limitované</w:t>
      </w:r>
      <w:proofErr w:type="spellEnd"/>
      <w:r w:rsidRPr="00415899">
        <w:rPr>
          <w:rFonts w:cs="Arial"/>
          <w:sz w:val="20"/>
          <w:szCs w:val="20"/>
        </w:rPr>
        <w:t xml:space="preserve"> </w:t>
      </w:r>
      <w:proofErr w:type="spellStart"/>
      <w:r w:rsidRPr="00415899">
        <w:rPr>
          <w:rFonts w:cs="Arial"/>
          <w:sz w:val="20"/>
          <w:szCs w:val="20"/>
        </w:rPr>
        <w:t>edice</w:t>
      </w:r>
      <w:proofErr w:type="spellEnd"/>
      <w:r w:rsidRPr="00415899">
        <w:rPr>
          <w:rFonts w:cs="Arial"/>
          <w:sz w:val="20"/>
          <w:szCs w:val="20"/>
        </w:rPr>
        <w:t xml:space="preserve">, </w:t>
      </w:r>
      <w:proofErr w:type="spellStart"/>
      <w:r w:rsidRPr="00415899">
        <w:rPr>
          <w:rFonts w:cs="Arial"/>
          <w:sz w:val="20"/>
          <w:szCs w:val="20"/>
        </w:rPr>
        <w:t>protože</w:t>
      </w:r>
      <w:proofErr w:type="spellEnd"/>
      <w:r w:rsidRPr="00415899">
        <w:rPr>
          <w:rFonts w:cs="Arial"/>
          <w:sz w:val="20"/>
          <w:szCs w:val="20"/>
        </w:rPr>
        <w:t xml:space="preserve"> o </w:t>
      </w:r>
      <w:proofErr w:type="spellStart"/>
      <w:r w:rsidRPr="00415899">
        <w:rPr>
          <w:rFonts w:cs="Arial"/>
          <w:sz w:val="20"/>
          <w:szCs w:val="20"/>
        </w:rPr>
        <w:t>nich</w:t>
      </w:r>
      <w:proofErr w:type="spellEnd"/>
      <w:r w:rsidRPr="00415899">
        <w:rPr>
          <w:rFonts w:cs="Arial"/>
          <w:sz w:val="20"/>
          <w:szCs w:val="20"/>
        </w:rPr>
        <w:t xml:space="preserve"> </w:t>
      </w:r>
      <w:proofErr w:type="spellStart"/>
      <w:r w:rsidRPr="00415899">
        <w:rPr>
          <w:rFonts w:cs="Arial"/>
          <w:sz w:val="20"/>
          <w:szCs w:val="20"/>
        </w:rPr>
        <w:t>mohou</w:t>
      </w:r>
      <w:proofErr w:type="spellEnd"/>
      <w:r w:rsidRPr="00415899">
        <w:rPr>
          <w:rFonts w:cs="Arial"/>
          <w:sz w:val="20"/>
          <w:szCs w:val="20"/>
        </w:rPr>
        <w:t xml:space="preserve"> </w:t>
      </w:r>
      <w:proofErr w:type="spellStart"/>
      <w:r w:rsidRPr="00415899">
        <w:rPr>
          <w:rFonts w:cs="Arial"/>
          <w:sz w:val="20"/>
          <w:szCs w:val="20"/>
        </w:rPr>
        <w:t>rozhodovat</w:t>
      </w:r>
      <w:proofErr w:type="spellEnd"/>
      <w:r w:rsidRPr="00415899">
        <w:rPr>
          <w:rFonts w:cs="Arial"/>
          <w:sz w:val="20"/>
          <w:szCs w:val="20"/>
        </w:rPr>
        <w:t xml:space="preserve"> </w:t>
      </w:r>
      <w:proofErr w:type="spellStart"/>
      <w:r w:rsidRPr="00415899">
        <w:rPr>
          <w:rFonts w:cs="Arial"/>
          <w:sz w:val="20"/>
          <w:szCs w:val="20"/>
        </w:rPr>
        <w:t>třetí</w:t>
      </w:r>
      <w:proofErr w:type="spellEnd"/>
      <w:r w:rsidRPr="00415899">
        <w:rPr>
          <w:rFonts w:cs="Arial"/>
          <w:sz w:val="20"/>
          <w:szCs w:val="20"/>
        </w:rPr>
        <w:t xml:space="preserve"> </w:t>
      </w:r>
      <w:proofErr w:type="spellStart"/>
      <w:r w:rsidRPr="00415899">
        <w:rPr>
          <w:rFonts w:cs="Arial"/>
          <w:sz w:val="20"/>
          <w:szCs w:val="20"/>
        </w:rPr>
        <w:t>osoby</w:t>
      </w:r>
      <w:proofErr w:type="spellEnd"/>
      <w:r w:rsidRPr="00415899">
        <w:rPr>
          <w:rFonts w:cs="Arial"/>
          <w:sz w:val="20"/>
          <w:szCs w:val="20"/>
        </w:rPr>
        <w:t>.</w:t>
      </w:r>
    </w:p>
    <w:p w14:paraId="698D05A7" w14:textId="77777777" w:rsidR="003F3D56" w:rsidRPr="00415899" w:rsidRDefault="00DA020F">
      <w:pPr>
        <w:pStyle w:val="Nadpis1"/>
        <w:rPr>
          <w:rFonts w:ascii="Arial" w:hAnsi="Arial" w:cs="Arial"/>
          <w:sz w:val="20"/>
          <w:szCs w:val="20"/>
        </w:rPr>
      </w:pPr>
      <w:r w:rsidRPr="00415899">
        <w:rPr>
          <w:rFonts w:ascii="Arial" w:hAnsi="Arial" w:cs="Arial"/>
          <w:sz w:val="20"/>
          <w:szCs w:val="20"/>
        </w:rPr>
        <w:t xml:space="preserve">14. </w:t>
      </w:r>
      <w:proofErr w:type="spellStart"/>
      <w:r w:rsidRPr="00415899">
        <w:rPr>
          <w:rFonts w:ascii="Arial" w:hAnsi="Arial" w:cs="Arial"/>
          <w:sz w:val="20"/>
          <w:szCs w:val="20"/>
        </w:rPr>
        <w:t>Závěrečná</w:t>
      </w:r>
      <w:proofErr w:type="spellEnd"/>
      <w:r w:rsidRPr="00415899">
        <w:rPr>
          <w:rFonts w:ascii="Arial" w:hAnsi="Arial" w:cs="Arial"/>
          <w:sz w:val="20"/>
          <w:szCs w:val="20"/>
        </w:rPr>
        <w:t xml:space="preserve"> </w:t>
      </w:r>
      <w:proofErr w:type="spellStart"/>
      <w:r w:rsidRPr="00415899">
        <w:rPr>
          <w:rFonts w:ascii="Arial" w:hAnsi="Arial" w:cs="Arial"/>
          <w:sz w:val="20"/>
          <w:szCs w:val="20"/>
        </w:rPr>
        <w:t>ustanovení</w:t>
      </w:r>
      <w:proofErr w:type="spellEnd"/>
    </w:p>
    <w:p w14:paraId="621EC18A" w14:textId="77777777" w:rsidR="003F3D56" w:rsidRPr="00415899" w:rsidRDefault="00DA020F">
      <w:pPr>
        <w:rPr>
          <w:rFonts w:cs="Arial"/>
          <w:sz w:val="20"/>
          <w:szCs w:val="20"/>
        </w:rPr>
      </w:pPr>
      <w:proofErr w:type="spellStart"/>
      <w:r w:rsidRPr="00415899">
        <w:rPr>
          <w:rFonts w:cs="Arial"/>
          <w:sz w:val="20"/>
          <w:szCs w:val="20"/>
        </w:rPr>
        <w:t>Účastí</w:t>
      </w:r>
      <w:proofErr w:type="spellEnd"/>
      <w:r w:rsidRPr="00415899">
        <w:rPr>
          <w:rFonts w:cs="Arial"/>
          <w:sz w:val="20"/>
          <w:szCs w:val="20"/>
        </w:rPr>
        <w:t xml:space="preserve"> v </w:t>
      </w:r>
      <w:proofErr w:type="spellStart"/>
      <w:r w:rsidRPr="00415899">
        <w:rPr>
          <w:rFonts w:cs="Arial"/>
          <w:sz w:val="20"/>
          <w:szCs w:val="20"/>
        </w:rPr>
        <w:t>Soutěži</w:t>
      </w:r>
      <w:proofErr w:type="spellEnd"/>
      <w:r w:rsidRPr="00415899">
        <w:rPr>
          <w:rFonts w:cs="Arial"/>
          <w:sz w:val="20"/>
          <w:szCs w:val="20"/>
        </w:rPr>
        <w:t xml:space="preserve"> </w:t>
      </w:r>
      <w:proofErr w:type="spellStart"/>
      <w:r w:rsidRPr="00415899">
        <w:rPr>
          <w:rFonts w:cs="Arial"/>
          <w:sz w:val="20"/>
          <w:szCs w:val="20"/>
        </w:rPr>
        <w:t>soutěžící</w:t>
      </w:r>
      <w:proofErr w:type="spellEnd"/>
      <w:r w:rsidRPr="00415899">
        <w:rPr>
          <w:rFonts w:cs="Arial"/>
          <w:sz w:val="20"/>
          <w:szCs w:val="20"/>
        </w:rPr>
        <w:t xml:space="preserve"> </w:t>
      </w:r>
      <w:proofErr w:type="spellStart"/>
      <w:r w:rsidRPr="00415899">
        <w:rPr>
          <w:rFonts w:cs="Arial"/>
          <w:sz w:val="20"/>
          <w:szCs w:val="20"/>
        </w:rPr>
        <w:t>potvrzuje</w:t>
      </w:r>
      <w:proofErr w:type="spellEnd"/>
      <w:r w:rsidRPr="00415899">
        <w:rPr>
          <w:rFonts w:cs="Arial"/>
          <w:sz w:val="20"/>
          <w:szCs w:val="20"/>
        </w:rPr>
        <w:t xml:space="preserve">, </w:t>
      </w:r>
      <w:proofErr w:type="spellStart"/>
      <w:r w:rsidRPr="00415899">
        <w:rPr>
          <w:rFonts w:cs="Arial"/>
          <w:sz w:val="20"/>
          <w:szCs w:val="20"/>
        </w:rPr>
        <w:t>že</w:t>
      </w:r>
      <w:proofErr w:type="spellEnd"/>
      <w:r w:rsidRPr="00415899">
        <w:rPr>
          <w:rFonts w:cs="Arial"/>
          <w:sz w:val="20"/>
          <w:szCs w:val="20"/>
        </w:rPr>
        <w:t xml:space="preserve"> se s </w:t>
      </w:r>
      <w:proofErr w:type="spellStart"/>
      <w:r w:rsidRPr="00415899">
        <w:rPr>
          <w:rFonts w:cs="Arial"/>
          <w:sz w:val="20"/>
          <w:szCs w:val="20"/>
        </w:rPr>
        <w:t>těmito</w:t>
      </w:r>
      <w:proofErr w:type="spellEnd"/>
      <w:r w:rsidRPr="00415899">
        <w:rPr>
          <w:rFonts w:cs="Arial"/>
          <w:sz w:val="20"/>
          <w:szCs w:val="20"/>
        </w:rPr>
        <w:t xml:space="preserve"> </w:t>
      </w:r>
      <w:proofErr w:type="spellStart"/>
      <w:r w:rsidRPr="00415899">
        <w:rPr>
          <w:rFonts w:cs="Arial"/>
          <w:sz w:val="20"/>
          <w:szCs w:val="20"/>
        </w:rPr>
        <w:t>pravidly</w:t>
      </w:r>
      <w:proofErr w:type="spellEnd"/>
      <w:r w:rsidRPr="00415899">
        <w:rPr>
          <w:rFonts w:cs="Arial"/>
          <w:sz w:val="20"/>
          <w:szCs w:val="20"/>
        </w:rPr>
        <w:t xml:space="preserve"> </w:t>
      </w:r>
      <w:proofErr w:type="spellStart"/>
      <w:r w:rsidRPr="00415899">
        <w:rPr>
          <w:rFonts w:cs="Arial"/>
          <w:sz w:val="20"/>
          <w:szCs w:val="20"/>
        </w:rPr>
        <w:t>seznámil</w:t>
      </w:r>
      <w:proofErr w:type="spellEnd"/>
      <w:r w:rsidRPr="00415899">
        <w:rPr>
          <w:rFonts w:cs="Arial"/>
          <w:sz w:val="20"/>
          <w:szCs w:val="20"/>
        </w:rPr>
        <w:t xml:space="preserve">, </w:t>
      </w:r>
      <w:proofErr w:type="spellStart"/>
      <w:r w:rsidRPr="00415899">
        <w:rPr>
          <w:rFonts w:cs="Arial"/>
          <w:sz w:val="20"/>
          <w:szCs w:val="20"/>
        </w:rPr>
        <w:t>rozumí</w:t>
      </w:r>
      <w:proofErr w:type="spellEnd"/>
      <w:r w:rsidRPr="00415899">
        <w:rPr>
          <w:rFonts w:cs="Arial"/>
          <w:sz w:val="20"/>
          <w:szCs w:val="20"/>
        </w:rPr>
        <w:t xml:space="preserve"> </w:t>
      </w:r>
      <w:proofErr w:type="spellStart"/>
      <w:r w:rsidRPr="00415899">
        <w:rPr>
          <w:rFonts w:cs="Arial"/>
          <w:sz w:val="20"/>
          <w:szCs w:val="20"/>
        </w:rPr>
        <w:t>jim</w:t>
      </w:r>
      <w:proofErr w:type="spellEnd"/>
      <w:r w:rsidRPr="00415899">
        <w:rPr>
          <w:rFonts w:cs="Arial"/>
          <w:sz w:val="20"/>
          <w:szCs w:val="20"/>
        </w:rPr>
        <w:t xml:space="preserve"> a </w:t>
      </w:r>
      <w:proofErr w:type="spellStart"/>
      <w:r w:rsidRPr="00415899">
        <w:rPr>
          <w:rFonts w:cs="Arial"/>
          <w:sz w:val="20"/>
          <w:szCs w:val="20"/>
        </w:rPr>
        <w:t>souhlasí</w:t>
      </w:r>
      <w:proofErr w:type="spellEnd"/>
      <w:r w:rsidRPr="00415899">
        <w:rPr>
          <w:rFonts w:cs="Arial"/>
          <w:sz w:val="20"/>
          <w:szCs w:val="20"/>
        </w:rPr>
        <w:t xml:space="preserve"> s </w:t>
      </w:r>
      <w:proofErr w:type="spellStart"/>
      <w:r w:rsidRPr="00415899">
        <w:rPr>
          <w:rFonts w:cs="Arial"/>
          <w:sz w:val="20"/>
          <w:szCs w:val="20"/>
        </w:rPr>
        <w:t>nimi</w:t>
      </w:r>
      <w:proofErr w:type="spellEnd"/>
      <w:r w:rsidRPr="00415899">
        <w:rPr>
          <w:rFonts w:cs="Arial"/>
          <w:sz w:val="20"/>
          <w:szCs w:val="20"/>
        </w:rPr>
        <w:t xml:space="preserve">. </w:t>
      </w:r>
      <w:proofErr w:type="spellStart"/>
      <w:r w:rsidRPr="00415899">
        <w:rPr>
          <w:rFonts w:cs="Arial"/>
          <w:sz w:val="20"/>
          <w:szCs w:val="20"/>
        </w:rPr>
        <w:t>Právní</w:t>
      </w:r>
      <w:proofErr w:type="spellEnd"/>
      <w:r w:rsidRPr="00415899">
        <w:rPr>
          <w:rFonts w:cs="Arial"/>
          <w:sz w:val="20"/>
          <w:szCs w:val="20"/>
        </w:rPr>
        <w:t xml:space="preserve"> </w:t>
      </w:r>
      <w:proofErr w:type="spellStart"/>
      <w:r w:rsidRPr="00415899">
        <w:rPr>
          <w:rFonts w:cs="Arial"/>
          <w:sz w:val="20"/>
          <w:szCs w:val="20"/>
        </w:rPr>
        <w:t>vztahy</w:t>
      </w:r>
      <w:proofErr w:type="spellEnd"/>
      <w:r w:rsidRPr="00415899">
        <w:rPr>
          <w:rFonts w:cs="Arial"/>
          <w:sz w:val="20"/>
          <w:szCs w:val="20"/>
        </w:rPr>
        <w:t xml:space="preserve"> </w:t>
      </w:r>
      <w:proofErr w:type="spellStart"/>
      <w:r w:rsidRPr="00415899">
        <w:rPr>
          <w:rFonts w:cs="Arial"/>
          <w:sz w:val="20"/>
          <w:szCs w:val="20"/>
        </w:rPr>
        <w:t>neupravené</w:t>
      </w:r>
      <w:proofErr w:type="spellEnd"/>
      <w:r w:rsidRPr="00415899">
        <w:rPr>
          <w:rFonts w:cs="Arial"/>
          <w:sz w:val="20"/>
          <w:szCs w:val="20"/>
        </w:rPr>
        <w:t xml:space="preserve"> </w:t>
      </w:r>
      <w:proofErr w:type="spellStart"/>
      <w:r w:rsidRPr="00415899">
        <w:rPr>
          <w:rFonts w:cs="Arial"/>
          <w:sz w:val="20"/>
          <w:szCs w:val="20"/>
        </w:rPr>
        <w:t>těmito</w:t>
      </w:r>
      <w:proofErr w:type="spellEnd"/>
      <w:r w:rsidRPr="00415899">
        <w:rPr>
          <w:rFonts w:cs="Arial"/>
          <w:sz w:val="20"/>
          <w:szCs w:val="20"/>
        </w:rPr>
        <w:t xml:space="preserve"> </w:t>
      </w:r>
      <w:proofErr w:type="spellStart"/>
      <w:r w:rsidRPr="00415899">
        <w:rPr>
          <w:rFonts w:cs="Arial"/>
          <w:sz w:val="20"/>
          <w:szCs w:val="20"/>
        </w:rPr>
        <w:t>pravidly</w:t>
      </w:r>
      <w:proofErr w:type="spellEnd"/>
      <w:r w:rsidRPr="00415899">
        <w:rPr>
          <w:rFonts w:cs="Arial"/>
          <w:sz w:val="20"/>
          <w:szCs w:val="20"/>
        </w:rPr>
        <w:t xml:space="preserve"> se </w:t>
      </w:r>
      <w:proofErr w:type="spellStart"/>
      <w:r w:rsidRPr="00415899">
        <w:rPr>
          <w:rFonts w:cs="Arial"/>
          <w:sz w:val="20"/>
          <w:szCs w:val="20"/>
        </w:rPr>
        <w:t>řídí</w:t>
      </w:r>
      <w:proofErr w:type="spellEnd"/>
      <w:r w:rsidRPr="00415899">
        <w:rPr>
          <w:rFonts w:cs="Arial"/>
          <w:sz w:val="20"/>
          <w:szCs w:val="20"/>
        </w:rPr>
        <w:t xml:space="preserve"> </w:t>
      </w:r>
      <w:proofErr w:type="spellStart"/>
      <w:r w:rsidRPr="00415899">
        <w:rPr>
          <w:rFonts w:cs="Arial"/>
          <w:sz w:val="20"/>
          <w:szCs w:val="20"/>
        </w:rPr>
        <w:t>právem</w:t>
      </w:r>
      <w:proofErr w:type="spellEnd"/>
      <w:r w:rsidRPr="00415899">
        <w:rPr>
          <w:rFonts w:cs="Arial"/>
          <w:sz w:val="20"/>
          <w:szCs w:val="20"/>
        </w:rPr>
        <w:t xml:space="preserve"> </w:t>
      </w:r>
      <w:proofErr w:type="spellStart"/>
      <w:r w:rsidRPr="00415899">
        <w:rPr>
          <w:rFonts w:cs="Arial"/>
          <w:sz w:val="20"/>
          <w:szCs w:val="20"/>
        </w:rPr>
        <w:t>České</w:t>
      </w:r>
      <w:proofErr w:type="spellEnd"/>
      <w:r w:rsidRPr="00415899">
        <w:rPr>
          <w:rFonts w:cs="Arial"/>
          <w:sz w:val="20"/>
          <w:szCs w:val="20"/>
        </w:rPr>
        <w:t xml:space="preserve"> </w:t>
      </w:r>
      <w:proofErr w:type="spellStart"/>
      <w:r w:rsidRPr="00415899">
        <w:rPr>
          <w:rFonts w:cs="Arial"/>
          <w:sz w:val="20"/>
          <w:szCs w:val="20"/>
        </w:rPr>
        <w:t>republiky</w:t>
      </w:r>
      <w:proofErr w:type="spellEnd"/>
      <w:r w:rsidRPr="00415899">
        <w:rPr>
          <w:rFonts w:cs="Arial"/>
          <w:sz w:val="20"/>
          <w:szCs w:val="20"/>
        </w:rPr>
        <w:t>.</w:t>
      </w:r>
    </w:p>
    <w:p w14:paraId="50F3BE39" w14:textId="77777777" w:rsidR="003F3D56" w:rsidRPr="00415899" w:rsidRDefault="00DA020F">
      <w:pPr>
        <w:rPr>
          <w:rFonts w:cs="Arial"/>
          <w:sz w:val="20"/>
          <w:szCs w:val="20"/>
        </w:rPr>
      </w:pPr>
      <w:proofErr w:type="spellStart"/>
      <w:r w:rsidRPr="00415899">
        <w:rPr>
          <w:rFonts w:cs="Arial"/>
          <w:sz w:val="20"/>
          <w:szCs w:val="20"/>
        </w:rPr>
        <w:t>Úplné</w:t>
      </w:r>
      <w:proofErr w:type="spellEnd"/>
      <w:r w:rsidRPr="00415899">
        <w:rPr>
          <w:rFonts w:cs="Arial"/>
          <w:sz w:val="20"/>
          <w:szCs w:val="20"/>
        </w:rPr>
        <w:t xml:space="preserve"> </w:t>
      </w:r>
      <w:proofErr w:type="spellStart"/>
      <w:r w:rsidRPr="00415899">
        <w:rPr>
          <w:rFonts w:cs="Arial"/>
          <w:sz w:val="20"/>
          <w:szCs w:val="20"/>
        </w:rPr>
        <w:t>znění</w:t>
      </w:r>
      <w:proofErr w:type="spellEnd"/>
      <w:r w:rsidRPr="00415899">
        <w:rPr>
          <w:rFonts w:cs="Arial"/>
          <w:sz w:val="20"/>
          <w:szCs w:val="20"/>
        </w:rPr>
        <w:t xml:space="preserve"> </w:t>
      </w:r>
      <w:proofErr w:type="spellStart"/>
      <w:r w:rsidRPr="00415899">
        <w:rPr>
          <w:rFonts w:cs="Arial"/>
          <w:sz w:val="20"/>
          <w:szCs w:val="20"/>
        </w:rPr>
        <w:t>pravidel</w:t>
      </w:r>
      <w:proofErr w:type="spellEnd"/>
      <w:r w:rsidRPr="00415899">
        <w:rPr>
          <w:rFonts w:cs="Arial"/>
          <w:sz w:val="20"/>
          <w:szCs w:val="20"/>
        </w:rPr>
        <w:t xml:space="preserve"> je po </w:t>
      </w:r>
      <w:proofErr w:type="spellStart"/>
      <w:r w:rsidRPr="00415899">
        <w:rPr>
          <w:rFonts w:cs="Arial"/>
          <w:sz w:val="20"/>
          <w:szCs w:val="20"/>
        </w:rPr>
        <w:t>dobu</w:t>
      </w:r>
      <w:proofErr w:type="spellEnd"/>
      <w:r w:rsidRPr="00415899">
        <w:rPr>
          <w:rFonts w:cs="Arial"/>
          <w:sz w:val="20"/>
          <w:szCs w:val="20"/>
        </w:rPr>
        <w:t xml:space="preserve"> </w:t>
      </w:r>
      <w:proofErr w:type="spellStart"/>
      <w:r w:rsidRPr="00415899">
        <w:rPr>
          <w:rFonts w:cs="Arial"/>
          <w:sz w:val="20"/>
          <w:szCs w:val="20"/>
        </w:rPr>
        <w:t>Soutěže</w:t>
      </w:r>
      <w:proofErr w:type="spellEnd"/>
      <w:r w:rsidRPr="00415899">
        <w:rPr>
          <w:rFonts w:cs="Arial"/>
          <w:sz w:val="20"/>
          <w:szCs w:val="20"/>
        </w:rPr>
        <w:t xml:space="preserve"> </w:t>
      </w:r>
      <w:proofErr w:type="spellStart"/>
      <w:r w:rsidRPr="00415899">
        <w:rPr>
          <w:rFonts w:cs="Arial"/>
          <w:sz w:val="20"/>
          <w:szCs w:val="20"/>
        </w:rPr>
        <w:t>dostupné</w:t>
      </w:r>
      <w:proofErr w:type="spellEnd"/>
      <w:r w:rsidRPr="00415899">
        <w:rPr>
          <w:rFonts w:cs="Arial"/>
          <w:sz w:val="20"/>
          <w:szCs w:val="20"/>
        </w:rPr>
        <w:t xml:space="preserve"> </w:t>
      </w:r>
      <w:proofErr w:type="spellStart"/>
      <w:r w:rsidRPr="00415899">
        <w:rPr>
          <w:rFonts w:cs="Arial"/>
          <w:sz w:val="20"/>
          <w:szCs w:val="20"/>
        </w:rPr>
        <w:t>na</w:t>
      </w:r>
      <w:proofErr w:type="spellEnd"/>
      <w:r w:rsidRPr="00415899">
        <w:rPr>
          <w:rFonts w:cs="Arial"/>
          <w:sz w:val="20"/>
          <w:szCs w:val="20"/>
        </w:rPr>
        <w:t xml:space="preserve"> </w:t>
      </w:r>
      <w:proofErr w:type="spellStart"/>
      <w:r w:rsidRPr="00415899">
        <w:rPr>
          <w:rFonts w:cs="Arial"/>
          <w:sz w:val="20"/>
          <w:szCs w:val="20"/>
        </w:rPr>
        <w:t>webu</w:t>
      </w:r>
      <w:proofErr w:type="spellEnd"/>
      <w:r w:rsidRPr="00415899">
        <w:rPr>
          <w:rFonts w:cs="Arial"/>
          <w:sz w:val="20"/>
          <w:szCs w:val="20"/>
        </w:rPr>
        <w:t xml:space="preserve"> </w:t>
      </w:r>
      <w:proofErr w:type="spellStart"/>
      <w:r w:rsidRPr="00415899">
        <w:rPr>
          <w:rFonts w:cs="Arial"/>
          <w:sz w:val="20"/>
          <w:szCs w:val="20"/>
        </w:rPr>
        <w:t>Pořadatele</w:t>
      </w:r>
      <w:proofErr w:type="spellEnd"/>
      <w:r w:rsidRPr="00415899">
        <w:rPr>
          <w:rFonts w:cs="Arial"/>
          <w:sz w:val="20"/>
          <w:szCs w:val="20"/>
        </w:rPr>
        <w:t xml:space="preserve"> a k </w:t>
      </w:r>
      <w:proofErr w:type="spellStart"/>
      <w:r w:rsidRPr="00415899">
        <w:rPr>
          <w:rFonts w:cs="Arial"/>
          <w:sz w:val="20"/>
          <w:szCs w:val="20"/>
        </w:rPr>
        <w:t>nahlédnutí</w:t>
      </w:r>
      <w:proofErr w:type="spellEnd"/>
      <w:r w:rsidRPr="00415899">
        <w:rPr>
          <w:rFonts w:cs="Arial"/>
          <w:sz w:val="20"/>
          <w:szCs w:val="20"/>
        </w:rPr>
        <w:t xml:space="preserve"> v </w:t>
      </w:r>
      <w:proofErr w:type="spellStart"/>
      <w:r w:rsidRPr="00415899">
        <w:rPr>
          <w:rFonts w:cs="Arial"/>
          <w:sz w:val="20"/>
          <w:szCs w:val="20"/>
        </w:rPr>
        <w:t>prodejně</w:t>
      </w:r>
      <w:proofErr w:type="spellEnd"/>
      <w:r w:rsidRPr="00415899">
        <w:rPr>
          <w:rFonts w:cs="Arial"/>
          <w:sz w:val="20"/>
          <w:szCs w:val="20"/>
        </w:rPr>
        <w:t xml:space="preserve"> icebreaker Praha. V </w:t>
      </w:r>
      <w:proofErr w:type="spellStart"/>
      <w:r w:rsidRPr="00415899">
        <w:rPr>
          <w:rFonts w:cs="Arial"/>
          <w:sz w:val="20"/>
          <w:szCs w:val="20"/>
        </w:rPr>
        <w:t>případě</w:t>
      </w:r>
      <w:proofErr w:type="spellEnd"/>
      <w:r w:rsidRPr="00415899">
        <w:rPr>
          <w:rFonts w:cs="Arial"/>
          <w:sz w:val="20"/>
          <w:szCs w:val="20"/>
        </w:rPr>
        <w:t xml:space="preserve"> </w:t>
      </w:r>
      <w:proofErr w:type="spellStart"/>
      <w:r w:rsidRPr="00415899">
        <w:rPr>
          <w:rFonts w:cs="Arial"/>
          <w:sz w:val="20"/>
          <w:szCs w:val="20"/>
        </w:rPr>
        <w:t>rozporu</w:t>
      </w:r>
      <w:proofErr w:type="spellEnd"/>
      <w:r w:rsidRPr="00415899">
        <w:rPr>
          <w:rFonts w:cs="Arial"/>
          <w:sz w:val="20"/>
          <w:szCs w:val="20"/>
        </w:rPr>
        <w:t xml:space="preserve"> </w:t>
      </w:r>
      <w:proofErr w:type="spellStart"/>
      <w:r w:rsidRPr="00415899">
        <w:rPr>
          <w:rFonts w:cs="Arial"/>
          <w:sz w:val="20"/>
          <w:szCs w:val="20"/>
        </w:rPr>
        <w:t>mezi</w:t>
      </w:r>
      <w:proofErr w:type="spellEnd"/>
      <w:r w:rsidRPr="00415899">
        <w:rPr>
          <w:rFonts w:cs="Arial"/>
          <w:sz w:val="20"/>
          <w:szCs w:val="20"/>
        </w:rPr>
        <w:t xml:space="preserve"> </w:t>
      </w:r>
      <w:proofErr w:type="spellStart"/>
      <w:r w:rsidRPr="00415899">
        <w:rPr>
          <w:rFonts w:cs="Arial"/>
          <w:sz w:val="20"/>
          <w:szCs w:val="20"/>
        </w:rPr>
        <w:t>zkráceným</w:t>
      </w:r>
      <w:proofErr w:type="spellEnd"/>
      <w:r w:rsidRPr="00415899">
        <w:rPr>
          <w:rFonts w:cs="Arial"/>
          <w:sz w:val="20"/>
          <w:szCs w:val="20"/>
        </w:rPr>
        <w:t xml:space="preserve"> </w:t>
      </w:r>
      <w:proofErr w:type="spellStart"/>
      <w:r w:rsidRPr="00415899">
        <w:rPr>
          <w:rFonts w:cs="Arial"/>
          <w:sz w:val="20"/>
          <w:szCs w:val="20"/>
        </w:rPr>
        <w:t>propagačním</w:t>
      </w:r>
      <w:proofErr w:type="spellEnd"/>
      <w:r w:rsidRPr="00415899">
        <w:rPr>
          <w:rFonts w:cs="Arial"/>
          <w:sz w:val="20"/>
          <w:szCs w:val="20"/>
        </w:rPr>
        <w:t xml:space="preserve"> </w:t>
      </w:r>
      <w:proofErr w:type="spellStart"/>
      <w:r w:rsidRPr="00415899">
        <w:rPr>
          <w:rFonts w:cs="Arial"/>
          <w:sz w:val="20"/>
          <w:szCs w:val="20"/>
        </w:rPr>
        <w:t>sdělením</w:t>
      </w:r>
      <w:proofErr w:type="spellEnd"/>
      <w:r w:rsidRPr="00415899">
        <w:rPr>
          <w:rFonts w:cs="Arial"/>
          <w:sz w:val="20"/>
          <w:szCs w:val="20"/>
        </w:rPr>
        <w:t xml:space="preserve"> a </w:t>
      </w:r>
      <w:proofErr w:type="spellStart"/>
      <w:r w:rsidRPr="00415899">
        <w:rPr>
          <w:rFonts w:cs="Arial"/>
          <w:sz w:val="20"/>
          <w:szCs w:val="20"/>
        </w:rPr>
        <w:t>těmito</w:t>
      </w:r>
      <w:proofErr w:type="spellEnd"/>
      <w:r w:rsidRPr="00415899">
        <w:rPr>
          <w:rFonts w:cs="Arial"/>
          <w:sz w:val="20"/>
          <w:szCs w:val="20"/>
        </w:rPr>
        <w:t xml:space="preserve"> </w:t>
      </w:r>
      <w:proofErr w:type="spellStart"/>
      <w:r w:rsidRPr="00415899">
        <w:rPr>
          <w:rFonts w:cs="Arial"/>
          <w:sz w:val="20"/>
          <w:szCs w:val="20"/>
        </w:rPr>
        <w:t>pravidly</w:t>
      </w:r>
      <w:proofErr w:type="spellEnd"/>
      <w:r w:rsidRPr="00415899">
        <w:rPr>
          <w:rFonts w:cs="Arial"/>
          <w:sz w:val="20"/>
          <w:szCs w:val="20"/>
        </w:rPr>
        <w:t xml:space="preserve"> </w:t>
      </w:r>
      <w:proofErr w:type="spellStart"/>
      <w:r w:rsidRPr="00415899">
        <w:rPr>
          <w:rFonts w:cs="Arial"/>
          <w:sz w:val="20"/>
          <w:szCs w:val="20"/>
        </w:rPr>
        <w:t>mají</w:t>
      </w:r>
      <w:proofErr w:type="spellEnd"/>
      <w:r w:rsidRPr="00415899">
        <w:rPr>
          <w:rFonts w:cs="Arial"/>
          <w:sz w:val="20"/>
          <w:szCs w:val="20"/>
        </w:rPr>
        <w:t xml:space="preserve"> </w:t>
      </w:r>
      <w:proofErr w:type="spellStart"/>
      <w:r w:rsidRPr="00415899">
        <w:rPr>
          <w:rFonts w:cs="Arial"/>
          <w:sz w:val="20"/>
          <w:szCs w:val="20"/>
        </w:rPr>
        <w:t>přednost</w:t>
      </w:r>
      <w:proofErr w:type="spellEnd"/>
      <w:r w:rsidRPr="00415899">
        <w:rPr>
          <w:rFonts w:cs="Arial"/>
          <w:sz w:val="20"/>
          <w:szCs w:val="20"/>
        </w:rPr>
        <w:t xml:space="preserve"> </w:t>
      </w:r>
      <w:proofErr w:type="spellStart"/>
      <w:r w:rsidRPr="00415899">
        <w:rPr>
          <w:rFonts w:cs="Arial"/>
          <w:sz w:val="20"/>
          <w:szCs w:val="20"/>
        </w:rPr>
        <w:t>tato</w:t>
      </w:r>
      <w:proofErr w:type="spellEnd"/>
      <w:r w:rsidRPr="00415899">
        <w:rPr>
          <w:rFonts w:cs="Arial"/>
          <w:sz w:val="20"/>
          <w:szCs w:val="20"/>
        </w:rPr>
        <w:t xml:space="preserve"> </w:t>
      </w:r>
      <w:proofErr w:type="spellStart"/>
      <w:r w:rsidRPr="00415899">
        <w:rPr>
          <w:rFonts w:cs="Arial"/>
          <w:sz w:val="20"/>
          <w:szCs w:val="20"/>
        </w:rPr>
        <w:t>úplná</w:t>
      </w:r>
      <w:proofErr w:type="spellEnd"/>
      <w:r w:rsidRPr="00415899">
        <w:rPr>
          <w:rFonts w:cs="Arial"/>
          <w:sz w:val="20"/>
          <w:szCs w:val="20"/>
        </w:rPr>
        <w:t xml:space="preserve"> </w:t>
      </w:r>
      <w:proofErr w:type="spellStart"/>
      <w:r w:rsidRPr="00415899">
        <w:rPr>
          <w:rFonts w:cs="Arial"/>
          <w:sz w:val="20"/>
          <w:szCs w:val="20"/>
        </w:rPr>
        <w:t>pravidla</w:t>
      </w:r>
      <w:proofErr w:type="spellEnd"/>
      <w:r w:rsidRPr="00415899">
        <w:rPr>
          <w:rFonts w:cs="Arial"/>
          <w:sz w:val="20"/>
          <w:szCs w:val="20"/>
        </w:rPr>
        <w:t>.</w:t>
      </w:r>
    </w:p>
    <w:p w14:paraId="31D56A8C" w14:textId="77777777" w:rsidR="003F3D56" w:rsidRPr="00415899" w:rsidRDefault="00DA020F">
      <w:pPr>
        <w:rPr>
          <w:rFonts w:cs="Arial"/>
          <w:sz w:val="20"/>
          <w:szCs w:val="20"/>
        </w:rPr>
      </w:pPr>
      <w:r w:rsidRPr="00415899">
        <w:rPr>
          <w:rFonts w:cs="Arial"/>
          <w:sz w:val="20"/>
          <w:szCs w:val="20"/>
        </w:rPr>
        <w:t xml:space="preserve">Tato </w:t>
      </w:r>
      <w:proofErr w:type="spellStart"/>
      <w:r w:rsidRPr="00415899">
        <w:rPr>
          <w:rFonts w:cs="Arial"/>
          <w:sz w:val="20"/>
          <w:szCs w:val="20"/>
        </w:rPr>
        <w:t>pravidla</w:t>
      </w:r>
      <w:proofErr w:type="spellEnd"/>
      <w:r w:rsidRPr="00415899">
        <w:rPr>
          <w:rFonts w:cs="Arial"/>
          <w:sz w:val="20"/>
          <w:szCs w:val="20"/>
        </w:rPr>
        <w:t xml:space="preserve"> </w:t>
      </w:r>
      <w:proofErr w:type="spellStart"/>
      <w:r w:rsidRPr="00415899">
        <w:rPr>
          <w:rFonts w:cs="Arial"/>
          <w:sz w:val="20"/>
          <w:szCs w:val="20"/>
        </w:rPr>
        <w:t>nabývají</w:t>
      </w:r>
      <w:proofErr w:type="spellEnd"/>
      <w:r w:rsidRPr="00415899">
        <w:rPr>
          <w:rFonts w:cs="Arial"/>
          <w:sz w:val="20"/>
          <w:szCs w:val="20"/>
        </w:rPr>
        <w:t xml:space="preserve"> </w:t>
      </w:r>
      <w:proofErr w:type="spellStart"/>
      <w:r w:rsidRPr="00415899">
        <w:rPr>
          <w:rFonts w:cs="Arial"/>
          <w:sz w:val="20"/>
          <w:szCs w:val="20"/>
        </w:rPr>
        <w:t>účinnosti</w:t>
      </w:r>
      <w:proofErr w:type="spellEnd"/>
      <w:r w:rsidRPr="00415899">
        <w:rPr>
          <w:rFonts w:cs="Arial"/>
          <w:sz w:val="20"/>
          <w:szCs w:val="20"/>
        </w:rPr>
        <w:t xml:space="preserve"> </w:t>
      </w:r>
      <w:proofErr w:type="spellStart"/>
      <w:r w:rsidRPr="00415899">
        <w:rPr>
          <w:rFonts w:cs="Arial"/>
          <w:sz w:val="20"/>
          <w:szCs w:val="20"/>
        </w:rPr>
        <w:t>dnem</w:t>
      </w:r>
      <w:proofErr w:type="spellEnd"/>
      <w:r w:rsidRPr="00415899">
        <w:rPr>
          <w:rFonts w:cs="Arial"/>
          <w:sz w:val="20"/>
          <w:szCs w:val="20"/>
        </w:rPr>
        <w:t xml:space="preserve"> </w:t>
      </w:r>
      <w:proofErr w:type="spellStart"/>
      <w:r w:rsidRPr="00415899">
        <w:rPr>
          <w:rFonts w:cs="Arial"/>
          <w:sz w:val="20"/>
          <w:szCs w:val="20"/>
        </w:rPr>
        <w:t>jejich</w:t>
      </w:r>
      <w:proofErr w:type="spellEnd"/>
      <w:r w:rsidRPr="00415899">
        <w:rPr>
          <w:rFonts w:cs="Arial"/>
          <w:sz w:val="20"/>
          <w:szCs w:val="20"/>
        </w:rPr>
        <w:t xml:space="preserve"> </w:t>
      </w:r>
      <w:proofErr w:type="spellStart"/>
      <w:r w:rsidRPr="00415899">
        <w:rPr>
          <w:rFonts w:cs="Arial"/>
          <w:sz w:val="20"/>
          <w:szCs w:val="20"/>
        </w:rPr>
        <w:t>zveřejnění</w:t>
      </w:r>
      <w:proofErr w:type="spellEnd"/>
      <w:r w:rsidRPr="00415899">
        <w:rPr>
          <w:rFonts w:cs="Arial"/>
          <w:sz w:val="20"/>
          <w:szCs w:val="20"/>
        </w:rPr>
        <w:t>.</w:t>
      </w:r>
    </w:p>
    <w:p w14:paraId="63654E88" w14:textId="77777777" w:rsidR="003F3D56" w:rsidRPr="00415899" w:rsidRDefault="00DA020F">
      <w:pPr>
        <w:pStyle w:val="Nadpis1"/>
        <w:rPr>
          <w:rFonts w:ascii="Arial" w:hAnsi="Arial" w:cs="Arial"/>
          <w:sz w:val="20"/>
          <w:szCs w:val="20"/>
        </w:rPr>
      </w:pPr>
      <w:proofErr w:type="spellStart"/>
      <w:r w:rsidRPr="00415899">
        <w:rPr>
          <w:rFonts w:ascii="Arial" w:hAnsi="Arial" w:cs="Arial"/>
          <w:sz w:val="20"/>
          <w:szCs w:val="20"/>
        </w:rPr>
        <w:t>Kontaktní</w:t>
      </w:r>
      <w:proofErr w:type="spellEnd"/>
      <w:r w:rsidRPr="00415899">
        <w:rPr>
          <w:rFonts w:ascii="Arial" w:hAnsi="Arial" w:cs="Arial"/>
          <w:sz w:val="20"/>
          <w:szCs w:val="20"/>
        </w:rPr>
        <w:t xml:space="preserve"> </w:t>
      </w:r>
      <w:proofErr w:type="spellStart"/>
      <w:r w:rsidRPr="00415899">
        <w:rPr>
          <w:rFonts w:ascii="Arial" w:hAnsi="Arial" w:cs="Arial"/>
          <w:sz w:val="20"/>
          <w:szCs w:val="20"/>
        </w:rPr>
        <w:t>údaje</w:t>
      </w:r>
      <w:proofErr w:type="spellEnd"/>
    </w:p>
    <w:p w14:paraId="408290CC" w14:textId="77777777" w:rsidR="003F3D56" w:rsidRPr="00415899" w:rsidRDefault="00DA020F">
      <w:pPr>
        <w:rPr>
          <w:rFonts w:cs="Arial"/>
          <w:sz w:val="20"/>
          <w:szCs w:val="20"/>
        </w:rPr>
      </w:pPr>
      <w:r w:rsidRPr="00415899">
        <w:rPr>
          <w:rFonts w:cs="Arial"/>
          <w:sz w:val="20"/>
          <w:szCs w:val="20"/>
        </w:rPr>
        <w:t xml:space="preserve">SUPICH </w:t>
      </w:r>
      <w:proofErr w:type="spellStart"/>
      <w:r w:rsidRPr="00415899">
        <w:rPr>
          <w:rFonts w:cs="Arial"/>
          <w:sz w:val="20"/>
          <w:szCs w:val="20"/>
        </w:rPr>
        <w:t>s.r.o.</w:t>
      </w:r>
      <w:proofErr w:type="spellEnd"/>
      <w:r w:rsidRPr="00415899">
        <w:rPr>
          <w:rFonts w:cs="Arial"/>
          <w:sz w:val="20"/>
          <w:szCs w:val="20"/>
        </w:rPr>
        <w:t xml:space="preserve"> | icebreaker Praha | </w:t>
      </w:r>
      <w:proofErr w:type="spellStart"/>
      <w:r w:rsidRPr="00415899">
        <w:rPr>
          <w:rFonts w:cs="Arial"/>
          <w:sz w:val="20"/>
          <w:szCs w:val="20"/>
        </w:rPr>
        <w:t>Jungmannova</w:t>
      </w:r>
      <w:proofErr w:type="spellEnd"/>
      <w:r w:rsidRPr="00415899">
        <w:rPr>
          <w:rFonts w:cs="Arial"/>
          <w:sz w:val="20"/>
          <w:szCs w:val="20"/>
        </w:rPr>
        <w:t xml:space="preserve"> 31/23, 110 00 Praha 1 – </w:t>
      </w:r>
      <w:proofErr w:type="spellStart"/>
      <w:r w:rsidRPr="00415899">
        <w:rPr>
          <w:rFonts w:cs="Arial"/>
          <w:sz w:val="20"/>
          <w:szCs w:val="20"/>
        </w:rPr>
        <w:t>Nové</w:t>
      </w:r>
      <w:proofErr w:type="spellEnd"/>
      <w:r w:rsidRPr="00415899">
        <w:rPr>
          <w:rFonts w:cs="Arial"/>
          <w:sz w:val="20"/>
          <w:szCs w:val="20"/>
        </w:rPr>
        <w:t xml:space="preserve"> </w:t>
      </w:r>
      <w:proofErr w:type="spellStart"/>
      <w:r w:rsidRPr="00415899">
        <w:rPr>
          <w:rFonts w:cs="Arial"/>
          <w:sz w:val="20"/>
          <w:szCs w:val="20"/>
        </w:rPr>
        <w:t>Město</w:t>
      </w:r>
      <w:proofErr w:type="spellEnd"/>
      <w:r w:rsidRPr="00415899">
        <w:rPr>
          <w:rFonts w:cs="Arial"/>
          <w:sz w:val="20"/>
          <w:szCs w:val="20"/>
        </w:rPr>
        <w:t xml:space="preserve"> | info@merinoobchod.cz | +420 737 700 377 | www.merinoobchod.cz/kamenny-obchod-praha/</w:t>
      </w:r>
    </w:p>
    <w:sectPr w:rsidR="003F3D56" w:rsidRPr="00415899" w:rsidSect="00034616">
      <w:headerReference w:type="default" r:id="rId11"/>
      <w:footerReference w:type="default" r:id="rId12"/>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2136AC" w14:textId="77777777" w:rsidR="00DA020F" w:rsidRDefault="00DA020F">
      <w:pPr>
        <w:spacing w:after="0" w:line="240" w:lineRule="auto"/>
      </w:pPr>
      <w:r>
        <w:separator/>
      </w:r>
    </w:p>
  </w:endnote>
  <w:endnote w:type="continuationSeparator" w:id="0">
    <w:p w14:paraId="00D5252B" w14:textId="77777777" w:rsidR="00DA020F" w:rsidRDefault="00DA02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AE2F4" w14:textId="77777777" w:rsidR="003F3D56" w:rsidRDefault="00DA020F">
    <w:pPr>
      <w:pStyle w:val="Zpat"/>
      <w:jc w:val="center"/>
    </w:pPr>
    <w:r>
      <w:rPr>
        <w:color w:val="606A67"/>
        <w:sz w:val="16"/>
      </w:rPr>
      <w:t xml:space="preserve">Praha v </w:t>
    </w:r>
    <w:proofErr w:type="spellStart"/>
    <w:r>
      <w:rPr>
        <w:color w:val="606A67"/>
        <w:sz w:val="16"/>
      </w:rPr>
      <w:t>mojí</w:t>
    </w:r>
    <w:proofErr w:type="spellEnd"/>
    <w:r>
      <w:rPr>
        <w:color w:val="606A67"/>
        <w:sz w:val="16"/>
      </w:rPr>
      <w:t xml:space="preserve"> </w:t>
    </w:r>
    <w:proofErr w:type="spellStart"/>
    <w:proofErr w:type="gramStart"/>
    <w:r>
      <w:rPr>
        <w:color w:val="606A67"/>
        <w:sz w:val="16"/>
      </w:rPr>
      <w:t>stopě</w:t>
    </w:r>
    <w:proofErr w:type="spellEnd"/>
    <w:r>
      <w:rPr>
        <w:color w:val="606A67"/>
        <w:sz w:val="16"/>
      </w:rPr>
      <w:t xml:space="preserve">  •</w:t>
    </w:r>
    <w:proofErr w:type="gramEnd"/>
    <w:r>
      <w:rPr>
        <w:color w:val="606A67"/>
        <w:sz w:val="16"/>
      </w:rPr>
      <w:t xml:space="preserve">  merinoobchod.cz</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EE9EFE" w14:textId="77777777" w:rsidR="00DA020F" w:rsidRDefault="00DA020F">
      <w:pPr>
        <w:spacing w:after="0" w:line="240" w:lineRule="auto"/>
      </w:pPr>
      <w:r>
        <w:separator/>
      </w:r>
    </w:p>
  </w:footnote>
  <w:footnote w:type="continuationSeparator" w:id="0">
    <w:p w14:paraId="5AFB0FC9" w14:textId="77777777" w:rsidR="00DA020F" w:rsidRDefault="00DA02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34190" w14:textId="77777777" w:rsidR="003F3D56" w:rsidRDefault="00DA020F">
    <w:pPr>
      <w:pStyle w:val="Zhlav"/>
      <w:jc w:val="right"/>
    </w:pPr>
    <w:r>
      <w:rPr>
        <w:b/>
        <w:color w:val="606A67"/>
        <w:sz w:val="16"/>
      </w:rPr>
      <w:t xml:space="preserve">ICEBREAKER </w:t>
    </w:r>
    <w:proofErr w:type="gramStart"/>
    <w:r>
      <w:rPr>
        <w:b/>
        <w:color w:val="606A67"/>
        <w:sz w:val="16"/>
      </w:rPr>
      <w:t>PRAHA  |</w:t>
    </w:r>
    <w:proofErr w:type="gramEnd"/>
    <w:r>
      <w:rPr>
        <w:b/>
        <w:color w:val="606A67"/>
        <w:sz w:val="16"/>
      </w:rPr>
      <w:t xml:space="preserve">  SOUTĚŽ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lovanseznam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lovanseznam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eznamsodrka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eznamsodrka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lovanseznam"/>
      <w:lvlText w:val="%1."/>
      <w:lvlJc w:val="left"/>
      <w:pPr>
        <w:tabs>
          <w:tab w:val="num" w:pos="360"/>
        </w:tabs>
        <w:ind w:left="360" w:hanging="360"/>
      </w:pPr>
    </w:lvl>
  </w:abstractNum>
  <w:abstractNum w:abstractNumId="8" w15:restartNumberingAfterBreak="0">
    <w:nsid w:val="FFFFFF89"/>
    <w:multiLevelType w:val="singleLevel"/>
    <w:tmpl w:val="005ADBDE"/>
    <w:lvl w:ilvl="0">
      <w:start w:val="1"/>
      <w:numFmt w:val="bullet"/>
      <w:pStyle w:val="Seznamsodrkami"/>
      <w:lvlText w:val=""/>
      <w:lvlJc w:val="left"/>
      <w:pPr>
        <w:tabs>
          <w:tab w:val="num" w:pos="360"/>
        </w:tabs>
        <w:ind w:left="360" w:hanging="360"/>
      </w:pPr>
      <w:rPr>
        <w:rFonts w:ascii="Symbol" w:hAnsi="Symbol" w:hint="default"/>
      </w:rPr>
    </w:lvl>
  </w:abstractNum>
  <w:abstractNum w:abstractNumId="9" w15:restartNumberingAfterBreak="0">
    <w:nsid w:val="6CF5348E"/>
    <w:multiLevelType w:val="multilevel"/>
    <w:tmpl w:val="B142A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22E1E43"/>
    <w:multiLevelType w:val="hybridMultilevel"/>
    <w:tmpl w:val="1F0C63D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7E2F2D4B"/>
    <w:multiLevelType w:val="multilevel"/>
    <w:tmpl w:val="81169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49635405">
    <w:abstractNumId w:val="8"/>
  </w:num>
  <w:num w:numId="2" w16cid:durableId="1955139034">
    <w:abstractNumId w:val="6"/>
  </w:num>
  <w:num w:numId="3" w16cid:durableId="1888445141">
    <w:abstractNumId w:val="5"/>
  </w:num>
  <w:num w:numId="4" w16cid:durableId="1363677030">
    <w:abstractNumId w:val="4"/>
  </w:num>
  <w:num w:numId="5" w16cid:durableId="308098471">
    <w:abstractNumId w:val="7"/>
  </w:num>
  <w:num w:numId="6" w16cid:durableId="2024353968">
    <w:abstractNumId w:val="3"/>
  </w:num>
  <w:num w:numId="7" w16cid:durableId="561137557">
    <w:abstractNumId w:val="2"/>
  </w:num>
  <w:num w:numId="8" w16cid:durableId="381053156">
    <w:abstractNumId w:val="1"/>
  </w:num>
  <w:num w:numId="9" w16cid:durableId="1159426257">
    <w:abstractNumId w:val="0"/>
  </w:num>
  <w:num w:numId="10" w16cid:durableId="663557770">
    <w:abstractNumId w:val="11"/>
  </w:num>
  <w:num w:numId="11" w16cid:durableId="1110511520">
    <w:abstractNumId w:val="9"/>
  </w:num>
  <w:num w:numId="12" w16cid:durableId="16366528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742C0"/>
    <w:rsid w:val="0029639D"/>
    <w:rsid w:val="00326F90"/>
    <w:rsid w:val="003F3D56"/>
    <w:rsid w:val="00415899"/>
    <w:rsid w:val="00615E3C"/>
    <w:rsid w:val="00676419"/>
    <w:rsid w:val="006A1B7B"/>
    <w:rsid w:val="008B4B98"/>
    <w:rsid w:val="008F3CC5"/>
    <w:rsid w:val="00950F06"/>
    <w:rsid w:val="00983D0A"/>
    <w:rsid w:val="00AA1D8D"/>
    <w:rsid w:val="00B47730"/>
    <w:rsid w:val="00CB0664"/>
    <w:rsid w:val="00DA020F"/>
    <w:rsid w:val="00EB0E1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5E00E55"/>
  <w14:defaultImageDpi w14:val="300"/>
  <w15:docId w15:val="{612D635F-478A-408C-AD5D-0D9833101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C693F"/>
    <w:pPr>
      <w:spacing w:after="120" w:line="269" w:lineRule="auto"/>
    </w:pPr>
    <w:rPr>
      <w:rFonts w:ascii="Arial" w:hAnsi="Arial"/>
      <w:color w:val="1A1A1A"/>
      <w:sz w:val="21"/>
    </w:rPr>
  </w:style>
  <w:style w:type="paragraph" w:styleId="Nadpis1">
    <w:name w:val="heading 1"/>
    <w:basedOn w:val="Normln"/>
    <w:next w:val="Normln"/>
    <w:link w:val="Nadpis1Char"/>
    <w:uiPriority w:val="9"/>
    <w:qFormat/>
    <w:rsid w:val="00FC693F"/>
    <w:pPr>
      <w:keepNext/>
      <w:keepLines/>
      <w:spacing w:before="300" w:after="140"/>
      <w:outlineLvl w:val="0"/>
    </w:pPr>
    <w:rPr>
      <w:rFonts w:asciiTheme="majorHAnsi" w:eastAsiaTheme="majorEastAsia" w:hAnsiTheme="majorHAnsi" w:cstheme="majorBidi"/>
      <w:b/>
      <w:bCs/>
      <w:color w:val="18322F"/>
      <w:sz w:val="32"/>
      <w:szCs w:val="28"/>
    </w:rPr>
  </w:style>
  <w:style w:type="paragraph" w:styleId="Nadpis2">
    <w:name w:val="heading 2"/>
    <w:basedOn w:val="Normln"/>
    <w:next w:val="Normln"/>
    <w:link w:val="Nadpis2Char"/>
    <w:uiPriority w:val="9"/>
    <w:unhideWhenUsed/>
    <w:qFormat/>
    <w:rsid w:val="00FC693F"/>
    <w:pPr>
      <w:keepNext/>
      <w:keepLines/>
      <w:spacing w:before="200" w:after="80"/>
      <w:outlineLvl w:val="1"/>
    </w:pPr>
    <w:rPr>
      <w:rFonts w:asciiTheme="majorHAnsi" w:eastAsiaTheme="majorEastAsia" w:hAnsiTheme="majorHAnsi" w:cstheme="majorBidi"/>
      <w:b/>
      <w:bCs/>
      <w:color w:val="18322F"/>
      <w:sz w:val="25"/>
      <w:szCs w:val="26"/>
    </w:rPr>
  </w:style>
  <w:style w:type="paragraph" w:styleId="Nadpis3">
    <w:name w:val="heading 3"/>
    <w:basedOn w:val="Normln"/>
    <w:next w:val="Normln"/>
    <w:link w:val="Nadpis3Char"/>
    <w:uiPriority w:val="9"/>
    <w:unhideWhenUsed/>
    <w:qFormat/>
    <w:rsid w:val="00FC693F"/>
    <w:pPr>
      <w:keepNext/>
      <w:keepLines/>
      <w:spacing w:before="140" w:after="60"/>
      <w:outlineLvl w:val="2"/>
    </w:pPr>
    <w:rPr>
      <w:rFonts w:asciiTheme="majorHAnsi" w:eastAsiaTheme="majorEastAsia" w:hAnsiTheme="majorHAnsi" w:cstheme="majorBidi"/>
      <w:b/>
      <w:bCs/>
      <w:color w:val="18322F"/>
      <w:sz w:val="22"/>
    </w:rPr>
  </w:style>
  <w:style w:type="paragraph" w:styleId="Nadpis4">
    <w:name w:val="heading 4"/>
    <w:basedOn w:val="Normln"/>
    <w:next w:val="Normln"/>
    <w:link w:val="Nadpis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dpis5">
    <w:name w:val="heading 5"/>
    <w:basedOn w:val="Normln"/>
    <w:next w:val="Normln"/>
    <w:link w:val="Nadpis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dpis6">
    <w:name w:val="heading 6"/>
    <w:basedOn w:val="Normln"/>
    <w:next w:val="Normln"/>
    <w:link w:val="Nadpis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dpis7">
    <w:name w:val="heading 7"/>
    <w:basedOn w:val="Normln"/>
    <w:next w:val="Normln"/>
    <w:link w:val="Nadpis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dpis8">
    <w:name w:val="heading 8"/>
    <w:basedOn w:val="Normln"/>
    <w:next w:val="Normln"/>
    <w:link w:val="Nadpis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dpis9">
    <w:name w:val="heading 9"/>
    <w:basedOn w:val="Normln"/>
    <w:next w:val="Normln"/>
    <w:link w:val="Nadpis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E618BF"/>
    <w:pPr>
      <w:tabs>
        <w:tab w:val="center" w:pos="4680"/>
        <w:tab w:val="right" w:pos="9360"/>
      </w:tabs>
      <w:spacing w:after="0" w:line="240" w:lineRule="auto"/>
    </w:pPr>
  </w:style>
  <w:style w:type="character" w:customStyle="1" w:styleId="ZhlavChar">
    <w:name w:val="Záhlaví Char"/>
    <w:basedOn w:val="Standardnpsmoodstavce"/>
    <w:link w:val="Zhlav"/>
    <w:uiPriority w:val="99"/>
    <w:rsid w:val="00E618BF"/>
  </w:style>
  <w:style w:type="paragraph" w:styleId="Zpat">
    <w:name w:val="footer"/>
    <w:basedOn w:val="Normln"/>
    <w:link w:val="ZpatChar"/>
    <w:uiPriority w:val="99"/>
    <w:unhideWhenUsed/>
    <w:rsid w:val="00E618BF"/>
    <w:pPr>
      <w:tabs>
        <w:tab w:val="center" w:pos="4680"/>
        <w:tab w:val="right" w:pos="9360"/>
      </w:tabs>
      <w:spacing w:after="0" w:line="240" w:lineRule="auto"/>
    </w:pPr>
  </w:style>
  <w:style w:type="character" w:customStyle="1" w:styleId="ZpatChar">
    <w:name w:val="Zápatí Char"/>
    <w:basedOn w:val="Standardnpsmoodstavce"/>
    <w:link w:val="Zpat"/>
    <w:uiPriority w:val="99"/>
    <w:rsid w:val="00E618BF"/>
  </w:style>
  <w:style w:type="paragraph" w:styleId="Bezmezer">
    <w:name w:val="No Spacing"/>
    <w:uiPriority w:val="1"/>
    <w:qFormat/>
    <w:rsid w:val="00FC693F"/>
    <w:pPr>
      <w:spacing w:after="0" w:line="240" w:lineRule="auto"/>
    </w:pPr>
  </w:style>
  <w:style w:type="character" w:customStyle="1" w:styleId="Nadpis1Char">
    <w:name w:val="Nadpis 1 Char"/>
    <w:basedOn w:val="Standardnpsmoodstavce"/>
    <w:link w:val="Nadpis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dpis2Char">
    <w:name w:val="Nadpis 2 Char"/>
    <w:basedOn w:val="Standardnpsmoodstavce"/>
    <w:link w:val="Nadpis2"/>
    <w:uiPriority w:val="9"/>
    <w:rsid w:val="00FC693F"/>
    <w:rPr>
      <w:rFonts w:asciiTheme="majorHAnsi" w:eastAsiaTheme="majorEastAsia" w:hAnsiTheme="majorHAnsi" w:cstheme="majorBidi"/>
      <w:b/>
      <w:bCs/>
      <w:color w:val="4F81BD" w:themeColor="accent1"/>
      <w:sz w:val="26"/>
      <w:szCs w:val="26"/>
    </w:rPr>
  </w:style>
  <w:style w:type="character" w:customStyle="1" w:styleId="Nadpis3Char">
    <w:name w:val="Nadpis 3 Char"/>
    <w:basedOn w:val="Standardnpsmoodstavce"/>
    <w:link w:val="Nadpis3"/>
    <w:uiPriority w:val="9"/>
    <w:rsid w:val="00FC693F"/>
    <w:rPr>
      <w:rFonts w:asciiTheme="majorHAnsi" w:eastAsiaTheme="majorEastAsia" w:hAnsiTheme="majorHAnsi" w:cstheme="majorBidi"/>
      <w:b/>
      <w:bCs/>
      <w:color w:val="4F81BD" w:themeColor="accent1"/>
    </w:rPr>
  </w:style>
  <w:style w:type="paragraph" w:styleId="Nzev">
    <w:name w:val="Title"/>
    <w:basedOn w:val="Normln"/>
    <w:next w:val="Normln"/>
    <w:link w:val="Nzev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zevChar">
    <w:name w:val="Název Char"/>
    <w:basedOn w:val="Standardnpsmoodstavce"/>
    <w:link w:val="Nze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dpis">
    <w:name w:val="Subtitle"/>
    <w:basedOn w:val="Normln"/>
    <w:next w:val="Normln"/>
    <w:link w:val="Podnadpis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dpisChar">
    <w:name w:val="Podnadpis Char"/>
    <w:basedOn w:val="Standardnpsmoodstavce"/>
    <w:link w:val="Podnadpis"/>
    <w:uiPriority w:val="11"/>
    <w:rsid w:val="00FC693F"/>
    <w:rPr>
      <w:rFonts w:asciiTheme="majorHAnsi" w:eastAsiaTheme="majorEastAsia" w:hAnsiTheme="majorHAnsi" w:cstheme="majorBidi"/>
      <w:i/>
      <w:iCs/>
      <w:color w:val="4F81BD" w:themeColor="accent1"/>
      <w:spacing w:val="15"/>
      <w:sz w:val="24"/>
      <w:szCs w:val="24"/>
    </w:rPr>
  </w:style>
  <w:style w:type="paragraph" w:styleId="Odstavecseseznamem">
    <w:name w:val="List Paragraph"/>
    <w:basedOn w:val="Normln"/>
    <w:uiPriority w:val="34"/>
    <w:qFormat/>
    <w:rsid w:val="00FC693F"/>
    <w:pPr>
      <w:ind w:left="720"/>
      <w:contextualSpacing/>
    </w:pPr>
  </w:style>
  <w:style w:type="paragraph" w:styleId="Zkladntext">
    <w:name w:val="Body Text"/>
    <w:basedOn w:val="Normln"/>
    <w:link w:val="ZkladntextChar"/>
    <w:uiPriority w:val="99"/>
    <w:unhideWhenUsed/>
    <w:rsid w:val="00AA1D8D"/>
  </w:style>
  <w:style w:type="character" w:customStyle="1" w:styleId="ZkladntextChar">
    <w:name w:val="Základní text Char"/>
    <w:basedOn w:val="Standardnpsmoodstavce"/>
    <w:link w:val="Zkladntext"/>
    <w:uiPriority w:val="99"/>
    <w:rsid w:val="00AA1D8D"/>
  </w:style>
  <w:style w:type="paragraph" w:styleId="Zkladntext2">
    <w:name w:val="Body Text 2"/>
    <w:basedOn w:val="Normln"/>
    <w:link w:val="Zkladntext2Char"/>
    <w:uiPriority w:val="99"/>
    <w:unhideWhenUsed/>
    <w:rsid w:val="00AA1D8D"/>
    <w:pPr>
      <w:spacing w:line="480" w:lineRule="auto"/>
    </w:pPr>
  </w:style>
  <w:style w:type="character" w:customStyle="1" w:styleId="Zkladntext2Char">
    <w:name w:val="Základní text 2 Char"/>
    <w:basedOn w:val="Standardnpsmoodstavce"/>
    <w:link w:val="Zkladntext2"/>
    <w:uiPriority w:val="99"/>
    <w:rsid w:val="00AA1D8D"/>
  </w:style>
  <w:style w:type="paragraph" w:styleId="Zkladntext3">
    <w:name w:val="Body Text 3"/>
    <w:basedOn w:val="Normln"/>
    <w:link w:val="Zkladntext3Char"/>
    <w:uiPriority w:val="99"/>
    <w:unhideWhenUsed/>
    <w:rsid w:val="00AA1D8D"/>
    <w:rPr>
      <w:sz w:val="16"/>
      <w:szCs w:val="16"/>
    </w:rPr>
  </w:style>
  <w:style w:type="character" w:customStyle="1" w:styleId="Zkladntext3Char">
    <w:name w:val="Základní text 3 Char"/>
    <w:basedOn w:val="Standardnpsmoodstavce"/>
    <w:link w:val="Zkladntext3"/>
    <w:uiPriority w:val="99"/>
    <w:rsid w:val="00AA1D8D"/>
    <w:rPr>
      <w:sz w:val="16"/>
      <w:szCs w:val="16"/>
    </w:rPr>
  </w:style>
  <w:style w:type="paragraph" w:styleId="Seznam">
    <w:name w:val="List"/>
    <w:basedOn w:val="Normln"/>
    <w:uiPriority w:val="99"/>
    <w:unhideWhenUsed/>
    <w:rsid w:val="00AA1D8D"/>
    <w:pPr>
      <w:ind w:left="360" w:hanging="360"/>
      <w:contextualSpacing/>
    </w:pPr>
  </w:style>
  <w:style w:type="paragraph" w:styleId="Seznam2">
    <w:name w:val="List 2"/>
    <w:basedOn w:val="Normln"/>
    <w:uiPriority w:val="99"/>
    <w:unhideWhenUsed/>
    <w:rsid w:val="00326F90"/>
    <w:pPr>
      <w:ind w:left="720" w:hanging="360"/>
      <w:contextualSpacing/>
    </w:pPr>
  </w:style>
  <w:style w:type="paragraph" w:styleId="Seznam3">
    <w:name w:val="List 3"/>
    <w:basedOn w:val="Normln"/>
    <w:uiPriority w:val="99"/>
    <w:unhideWhenUsed/>
    <w:rsid w:val="00326F90"/>
    <w:pPr>
      <w:ind w:left="1080" w:hanging="360"/>
      <w:contextualSpacing/>
    </w:pPr>
  </w:style>
  <w:style w:type="paragraph" w:styleId="Seznamsodrkami">
    <w:name w:val="List Bullet"/>
    <w:basedOn w:val="Normln"/>
    <w:uiPriority w:val="99"/>
    <w:unhideWhenUsed/>
    <w:rsid w:val="00326F90"/>
    <w:pPr>
      <w:numPr>
        <w:numId w:val="1"/>
      </w:numPr>
      <w:contextualSpacing/>
    </w:pPr>
  </w:style>
  <w:style w:type="paragraph" w:styleId="Seznamsodrkami2">
    <w:name w:val="List Bullet 2"/>
    <w:basedOn w:val="Normln"/>
    <w:uiPriority w:val="99"/>
    <w:unhideWhenUsed/>
    <w:rsid w:val="00326F90"/>
    <w:pPr>
      <w:numPr>
        <w:numId w:val="2"/>
      </w:numPr>
      <w:contextualSpacing/>
    </w:pPr>
  </w:style>
  <w:style w:type="paragraph" w:styleId="Seznamsodrkami3">
    <w:name w:val="List Bullet 3"/>
    <w:basedOn w:val="Normln"/>
    <w:uiPriority w:val="99"/>
    <w:unhideWhenUsed/>
    <w:rsid w:val="00326F90"/>
    <w:pPr>
      <w:numPr>
        <w:numId w:val="3"/>
      </w:numPr>
      <w:contextualSpacing/>
    </w:pPr>
  </w:style>
  <w:style w:type="paragraph" w:styleId="slovanseznam">
    <w:name w:val="List Number"/>
    <w:basedOn w:val="Normln"/>
    <w:uiPriority w:val="99"/>
    <w:unhideWhenUsed/>
    <w:rsid w:val="00326F90"/>
    <w:pPr>
      <w:numPr>
        <w:numId w:val="5"/>
      </w:numPr>
      <w:contextualSpacing/>
    </w:pPr>
  </w:style>
  <w:style w:type="paragraph" w:styleId="slovanseznam2">
    <w:name w:val="List Number 2"/>
    <w:basedOn w:val="Normln"/>
    <w:uiPriority w:val="99"/>
    <w:unhideWhenUsed/>
    <w:rsid w:val="0029639D"/>
    <w:pPr>
      <w:numPr>
        <w:numId w:val="6"/>
      </w:numPr>
      <w:contextualSpacing/>
    </w:pPr>
  </w:style>
  <w:style w:type="paragraph" w:styleId="slovanseznam3">
    <w:name w:val="List Number 3"/>
    <w:basedOn w:val="Normln"/>
    <w:uiPriority w:val="99"/>
    <w:unhideWhenUsed/>
    <w:rsid w:val="0029639D"/>
    <w:pPr>
      <w:numPr>
        <w:numId w:val="7"/>
      </w:numPr>
      <w:contextualSpacing/>
    </w:pPr>
  </w:style>
  <w:style w:type="paragraph" w:styleId="Pokraovnseznamu">
    <w:name w:val="List Continue"/>
    <w:basedOn w:val="Normln"/>
    <w:uiPriority w:val="99"/>
    <w:unhideWhenUsed/>
    <w:rsid w:val="0029639D"/>
    <w:pPr>
      <w:ind w:left="360"/>
      <w:contextualSpacing/>
    </w:pPr>
  </w:style>
  <w:style w:type="paragraph" w:styleId="Pokraovnseznamu2">
    <w:name w:val="List Continue 2"/>
    <w:basedOn w:val="Normln"/>
    <w:uiPriority w:val="99"/>
    <w:unhideWhenUsed/>
    <w:rsid w:val="0029639D"/>
    <w:pPr>
      <w:ind w:left="720"/>
      <w:contextualSpacing/>
    </w:pPr>
  </w:style>
  <w:style w:type="paragraph" w:styleId="Pokraovnseznamu3">
    <w:name w:val="List Continue 3"/>
    <w:basedOn w:val="Normln"/>
    <w:uiPriority w:val="99"/>
    <w:unhideWhenUsed/>
    <w:rsid w:val="0029639D"/>
    <w:pPr>
      <w:ind w:left="1080"/>
      <w:contextualSpacing/>
    </w:pPr>
  </w:style>
  <w:style w:type="paragraph" w:styleId="Textmakra">
    <w:name w:val="macro"/>
    <w:link w:val="Textmakra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kraChar">
    <w:name w:val="Text makra Char"/>
    <w:basedOn w:val="Standardnpsmoodstavce"/>
    <w:link w:val="Textmakra"/>
    <w:uiPriority w:val="99"/>
    <w:rsid w:val="0029639D"/>
    <w:rPr>
      <w:rFonts w:ascii="Courier" w:hAnsi="Courier"/>
      <w:sz w:val="20"/>
      <w:szCs w:val="20"/>
    </w:rPr>
  </w:style>
  <w:style w:type="paragraph" w:styleId="Citt">
    <w:name w:val="Quote"/>
    <w:basedOn w:val="Normln"/>
    <w:next w:val="Normln"/>
    <w:link w:val="CittChar"/>
    <w:uiPriority w:val="29"/>
    <w:qFormat/>
    <w:rsid w:val="00FC693F"/>
    <w:rPr>
      <w:i/>
      <w:iCs/>
      <w:color w:val="000000" w:themeColor="text1"/>
    </w:rPr>
  </w:style>
  <w:style w:type="character" w:customStyle="1" w:styleId="CittChar">
    <w:name w:val="Citát Char"/>
    <w:basedOn w:val="Standardnpsmoodstavce"/>
    <w:link w:val="Citt"/>
    <w:uiPriority w:val="29"/>
    <w:rsid w:val="00FC693F"/>
    <w:rPr>
      <w:i/>
      <w:iCs/>
      <w:color w:val="000000" w:themeColor="text1"/>
    </w:rPr>
  </w:style>
  <w:style w:type="character" w:customStyle="1" w:styleId="Nadpis4Char">
    <w:name w:val="Nadpis 4 Char"/>
    <w:basedOn w:val="Standardnpsmoodstavce"/>
    <w:link w:val="Nadpis4"/>
    <w:uiPriority w:val="9"/>
    <w:semiHidden/>
    <w:rsid w:val="00FC693F"/>
    <w:rPr>
      <w:rFonts w:asciiTheme="majorHAnsi" w:eastAsiaTheme="majorEastAsia" w:hAnsiTheme="majorHAnsi" w:cstheme="majorBidi"/>
      <w:b/>
      <w:bCs/>
      <w:i/>
      <w:iCs/>
      <w:color w:val="4F81BD" w:themeColor="accent1"/>
    </w:rPr>
  </w:style>
  <w:style w:type="character" w:customStyle="1" w:styleId="Nadpis5Char">
    <w:name w:val="Nadpis 5 Char"/>
    <w:basedOn w:val="Standardnpsmoodstavce"/>
    <w:link w:val="Nadpis5"/>
    <w:uiPriority w:val="9"/>
    <w:semiHidden/>
    <w:rsid w:val="00FC693F"/>
    <w:rPr>
      <w:rFonts w:asciiTheme="majorHAnsi" w:eastAsiaTheme="majorEastAsia" w:hAnsiTheme="majorHAnsi" w:cstheme="majorBidi"/>
      <w:color w:val="243F60" w:themeColor="accent1" w:themeShade="7F"/>
    </w:rPr>
  </w:style>
  <w:style w:type="character" w:customStyle="1" w:styleId="Nadpis6Char">
    <w:name w:val="Nadpis 6 Char"/>
    <w:basedOn w:val="Standardnpsmoodstavce"/>
    <w:link w:val="Nadpis6"/>
    <w:uiPriority w:val="9"/>
    <w:semiHidden/>
    <w:rsid w:val="00FC693F"/>
    <w:rPr>
      <w:rFonts w:asciiTheme="majorHAnsi" w:eastAsiaTheme="majorEastAsia" w:hAnsiTheme="majorHAnsi" w:cstheme="majorBidi"/>
      <w:i/>
      <w:iCs/>
      <w:color w:val="243F60" w:themeColor="accent1" w:themeShade="7F"/>
    </w:rPr>
  </w:style>
  <w:style w:type="character" w:customStyle="1" w:styleId="Nadpis7Char">
    <w:name w:val="Nadpis 7 Char"/>
    <w:basedOn w:val="Standardnpsmoodstavce"/>
    <w:link w:val="Nadpis7"/>
    <w:uiPriority w:val="9"/>
    <w:semiHidden/>
    <w:rsid w:val="00FC693F"/>
    <w:rPr>
      <w:rFonts w:asciiTheme="majorHAnsi" w:eastAsiaTheme="majorEastAsia" w:hAnsiTheme="majorHAnsi" w:cstheme="majorBidi"/>
      <w:i/>
      <w:iCs/>
      <w:color w:val="404040" w:themeColor="text1" w:themeTint="BF"/>
    </w:rPr>
  </w:style>
  <w:style w:type="character" w:customStyle="1" w:styleId="Nadpis8Char">
    <w:name w:val="Nadpis 8 Char"/>
    <w:basedOn w:val="Standardnpsmoodstavce"/>
    <w:link w:val="Nadpis8"/>
    <w:uiPriority w:val="9"/>
    <w:semiHidden/>
    <w:rsid w:val="00FC693F"/>
    <w:rPr>
      <w:rFonts w:asciiTheme="majorHAnsi" w:eastAsiaTheme="majorEastAsia" w:hAnsiTheme="majorHAnsi" w:cstheme="majorBidi"/>
      <w:color w:val="4F81BD" w:themeColor="accent1"/>
      <w:sz w:val="20"/>
      <w:szCs w:val="20"/>
    </w:rPr>
  </w:style>
  <w:style w:type="character" w:customStyle="1" w:styleId="Nadpis9Char">
    <w:name w:val="Nadpis 9 Char"/>
    <w:basedOn w:val="Standardnpsmoodstavce"/>
    <w:link w:val="Nadpis9"/>
    <w:uiPriority w:val="9"/>
    <w:semiHidden/>
    <w:rsid w:val="00FC693F"/>
    <w:rPr>
      <w:rFonts w:asciiTheme="majorHAnsi" w:eastAsiaTheme="majorEastAsia" w:hAnsiTheme="majorHAnsi" w:cstheme="majorBidi"/>
      <w:i/>
      <w:iCs/>
      <w:color w:val="404040" w:themeColor="text1" w:themeTint="BF"/>
      <w:sz w:val="20"/>
      <w:szCs w:val="20"/>
    </w:rPr>
  </w:style>
  <w:style w:type="paragraph" w:styleId="Titulek">
    <w:name w:val="caption"/>
    <w:basedOn w:val="Normln"/>
    <w:next w:val="Normln"/>
    <w:uiPriority w:val="35"/>
    <w:semiHidden/>
    <w:unhideWhenUsed/>
    <w:qFormat/>
    <w:rsid w:val="00FC693F"/>
    <w:pPr>
      <w:spacing w:line="240" w:lineRule="auto"/>
    </w:pPr>
    <w:rPr>
      <w:b/>
      <w:bCs/>
      <w:color w:val="4F81BD" w:themeColor="accent1"/>
      <w:sz w:val="18"/>
      <w:szCs w:val="18"/>
    </w:rPr>
  </w:style>
  <w:style w:type="character" w:styleId="Siln">
    <w:name w:val="Strong"/>
    <w:basedOn w:val="Standardnpsmoodstavce"/>
    <w:uiPriority w:val="22"/>
    <w:qFormat/>
    <w:rsid w:val="00FC693F"/>
    <w:rPr>
      <w:b/>
      <w:bCs/>
    </w:rPr>
  </w:style>
  <w:style w:type="character" w:styleId="Zdraznn">
    <w:name w:val="Emphasis"/>
    <w:basedOn w:val="Standardnpsmoodstavce"/>
    <w:uiPriority w:val="20"/>
    <w:qFormat/>
    <w:rsid w:val="00FC693F"/>
    <w:rPr>
      <w:i/>
      <w:iCs/>
    </w:rPr>
  </w:style>
  <w:style w:type="paragraph" w:styleId="Vrazncitt">
    <w:name w:val="Intense Quote"/>
    <w:basedOn w:val="Normln"/>
    <w:next w:val="Normln"/>
    <w:link w:val="Vrazncit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VrazncittChar">
    <w:name w:val="Výrazný citát Char"/>
    <w:basedOn w:val="Standardnpsmoodstavce"/>
    <w:link w:val="Vrazncitt"/>
    <w:uiPriority w:val="30"/>
    <w:rsid w:val="00FC693F"/>
    <w:rPr>
      <w:b/>
      <w:bCs/>
      <w:i/>
      <w:iCs/>
      <w:color w:val="4F81BD" w:themeColor="accent1"/>
    </w:rPr>
  </w:style>
  <w:style w:type="character" w:styleId="Zdraznnjemn">
    <w:name w:val="Subtle Emphasis"/>
    <w:basedOn w:val="Standardnpsmoodstavce"/>
    <w:uiPriority w:val="19"/>
    <w:qFormat/>
    <w:rsid w:val="00FC693F"/>
    <w:rPr>
      <w:i/>
      <w:iCs/>
      <w:color w:val="808080" w:themeColor="text1" w:themeTint="7F"/>
    </w:rPr>
  </w:style>
  <w:style w:type="character" w:styleId="Zdraznnintenzivn">
    <w:name w:val="Intense Emphasis"/>
    <w:basedOn w:val="Standardnpsmoodstavce"/>
    <w:uiPriority w:val="21"/>
    <w:qFormat/>
    <w:rsid w:val="00FC693F"/>
    <w:rPr>
      <w:b/>
      <w:bCs/>
      <w:i/>
      <w:iCs/>
      <w:color w:val="4F81BD" w:themeColor="accent1"/>
    </w:rPr>
  </w:style>
  <w:style w:type="character" w:styleId="Odkazjemn">
    <w:name w:val="Subtle Reference"/>
    <w:basedOn w:val="Standardnpsmoodstavce"/>
    <w:uiPriority w:val="31"/>
    <w:qFormat/>
    <w:rsid w:val="00FC693F"/>
    <w:rPr>
      <w:smallCaps/>
      <w:color w:val="C0504D" w:themeColor="accent2"/>
      <w:u w:val="single"/>
    </w:rPr>
  </w:style>
  <w:style w:type="character" w:styleId="Odkazintenzivn">
    <w:name w:val="Intense Reference"/>
    <w:basedOn w:val="Standardnpsmoodstavce"/>
    <w:uiPriority w:val="32"/>
    <w:qFormat/>
    <w:rsid w:val="00FC693F"/>
    <w:rPr>
      <w:b/>
      <w:bCs/>
      <w:smallCaps/>
      <w:color w:val="C0504D" w:themeColor="accent2"/>
      <w:spacing w:val="5"/>
      <w:u w:val="single"/>
    </w:rPr>
  </w:style>
  <w:style w:type="character" w:styleId="Nzevknihy">
    <w:name w:val="Book Title"/>
    <w:basedOn w:val="Standardnpsmoodstavce"/>
    <w:uiPriority w:val="33"/>
    <w:qFormat/>
    <w:rsid w:val="00FC693F"/>
    <w:rPr>
      <w:b/>
      <w:bCs/>
      <w:smallCaps/>
      <w:spacing w:val="5"/>
    </w:rPr>
  </w:style>
  <w:style w:type="paragraph" w:styleId="Nadpisobsahu">
    <w:name w:val="TOC Heading"/>
    <w:basedOn w:val="Nadpis1"/>
    <w:next w:val="Normln"/>
    <w:uiPriority w:val="39"/>
    <w:semiHidden/>
    <w:unhideWhenUsed/>
    <w:qFormat/>
    <w:rsid w:val="00FC693F"/>
    <w:pPr>
      <w:outlineLvl w:val="9"/>
    </w:pPr>
  </w:style>
  <w:style w:type="table" w:styleId="Mkatabulky">
    <w:name w:val="Table Grid"/>
    <w:basedOn w:val="Normlntabulk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tlstnovn">
    <w:name w:val="Light Shading"/>
    <w:basedOn w:val="Normlntabulk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tlstnovnzvraznn1">
    <w:name w:val="Light Shading Accent 1"/>
    <w:basedOn w:val="Normlntabulk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tlstnovnzvraznn2">
    <w:name w:val="Light Shading Accent 2"/>
    <w:basedOn w:val="Normlntabulk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tlstnovnzvraznn3">
    <w:name w:val="Light Shading Accent 3"/>
    <w:basedOn w:val="Normlntabulk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tlstnovnzvraznn4">
    <w:name w:val="Light Shading Accent 4"/>
    <w:basedOn w:val="Normlntabulk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tlstnovnzvraznn5">
    <w:name w:val="Light Shading Accent 5"/>
    <w:basedOn w:val="Normlntabulk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tlstnovnzvraznn6">
    <w:name w:val="Light Shading Accent 6"/>
    <w:basedOn w:val="Normlntabulk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tlseznam">
    <w:name w:val="Light List"/>
    <w:basedOn w:val="Normlntabulk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tlseznamzvraznn1">
    <w:name w:val="Light List Accent 1"/>
    <w:basedOn w:val="Normlntabulk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tlseznamzvraznn2">
    <w:name w:val="Light List Accent 2"/>
    <w:basedOn w:val="Normlntabulk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tlseznamzvraznn3">
    <w:name w:val="Light List Accent 3"/>
    <w:basedOn w:val="Normlntabulk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tlseznamzvraznn4">
    <w:name w:val="Light List Accent 4"/>
    <w:basedOn w:val="Normlntabulk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tlseznamzvraznn5">
    <w:name w:val="Light List Accent 5"/>
    <w:basedOn w:val="Normlntabulk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vtlseznamzvraznn6">
    <w:name w:val="Light List Accent 6"/>
    <w:basedOn w:val="Normlntabulk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tlmka">
    <w:name w:val="Light Grid"/>
    <w:basedOn w:val="Normlntabulk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tlmkazvraznn1">
    <w:name w:val="Light Grid Accent 1"/>
    <w:basedOn w:val="Normlntabulk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tlmkazvraznn2">
    <w:name w:val="Light Grid Accent 2"/>
    <w:basedOn w:val="Normlntabulk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tlmkazvraznn3">
    <w:name w:val="Light Grid Accent 3"/>
    <w:basedOn w:val="Normlntabulk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tlmkazvraznn4">
    <w:name w:val="Light Grid Accent 4"/>
    <w:basedOn w:val="Normlntabulk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tlmkazvraznn5">
    <w:name w:val="Light Grid Accent 5"/>
    <w:basedOn w:val="Normlntabulk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vtlmkazvraznn6">
    <w:name w:val="Light Grid Accent 6"/>
    <w:basedOn w:val="Normlntabulk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tednstnovn1">
    <w:name w:val="Medium Shading 1"/>
    <w:basedOn w:val="Normlntabulk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tednstnovn1zvraznn1">
    <w:name w:val="Medium Shading 1 Accent 1"/>
    <w:basedOn w:val="Normlntabulk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tednstnovn1zvraznn2">
    <w:name w:val="Medium Shading 1 Accent 2"/>
    <w:basedOn w:val="Normlntabulk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tednstnovn1zvraznn3">
    <w:name w:val="Medium Shading 1 Accent 3"/>
    <w:basedOn w:val="Normlntabulk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tednstnovn1zvraznn4">
    <w:name w:val="Medium Shading 1 Accent 4"/>
    <w:basedOn w:val="Normlntabulk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tednstnovn1zvraznn5">
    <w:name w:val="Medium Shading 1 Accent 5"/>
    <w:basedOn w:val="Normlntabulk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tednstnovn1zvraznn6">
    <w:name w:val="Medium Shading 1 Accent 6"/>
    <w:basedOn w:val="Normlntabulk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tednstnovn2">
    <w:name w:val="Medium Shading 2"/>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1">
    <w:name w:val="Medium Shading 2 Accent 1"/>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2">
    <w:name w:val="Medium Shading 2 Accent 2"/>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3">
    <w:name w:val="Medium Shading 2 Accent 3"/>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4">
    <w:name w:val="Medium Shading 2 Accent 4"/>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5">
    <w:name w:val="Medium Shading 2 Accent 5"/>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6">
    <w:name w:val="Medium Shading 2 Accent 6"/>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eznam1">
    <w:name w:val="Medium List 1"/>
    <w:basedOn w:val="Normlntabulk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tednseznam1zvraznn1">
    <w:name w:val="Medium List 1 Accent 1"/>
    <w:basedOn w:val="Normlntabulk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tednseznam1zvraznn2">
    <w:name w:val="Medium List 1 Accent 2"/>
    <w:basedOn w:val="Normlntabulk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tednseznam1zvraznn3">
    <w:name w:val="Medium List 1 Accent 3"/>
    <w:basedOn w:val="Normlntabulk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tednseznam1zvraznn4">
    <w:name w:val="Medium List 1 Accent 4"/>
    <w:basedOn w:val="Normlntabulk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tednseznam1zvraznn5">
    <w:name w:val="Medium List 1 Accent 5"/>
    <w:basedOn w:val="Normlntabulk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tednseznam1zvraznn6">
    <w:name w:val="Medium List 1 Accent 6"/>
    <w:basedOn w:val="Normlntabulk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tednseznam2">
    <w:name w:val="Medium List 2"/>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1">
    <w:name w:val="Medium List 2 Accent 1"/>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2">
    <w:name w:val="Medium List 2 Accent 2"/>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3">
    <w:name w:val="Medium List 2 Accent 3"/>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4">
    <w:name w:val="Medium List 2 Accent 4"/>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5">
    <w:name w:val="Medium List 2 Accent 5"/>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6">
    <w:name w:val="Medium List 2 Accent 6"/>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tednmka1">
    <w:name w:val="Medium Grid 1"/>
    <w:basedOn w:val="Normlntabulk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tednmka1zvraznn1">
    <w:name w:val="Medium Grid 1 Accent 1"/>
    <w:basedOn w:val="Normlntabulk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tednmka1zvraznn2">
    <w:name w:val="Medium Grid 1 Accent 2"/>
    <w:basedOn w:val="Normlntabulk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tednmka1zvraznn3">
    <w:name w:val="Medium Grid 1 Accent 3"/>
    <w:basedOn w:val="Normlntabulk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tednmka1zvraznn4">
    <w:name w:val="Medium Grid 1 Accent 4"/>
    <w:basedOn w:val="Normlntabulk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tednmka1zvraznn5">
    <w:name w:val="Medium Grid 1 Accent 5"/>
    <w:basedOn w:val="Normlntabulk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tednmka1zvraznn6">
    <w:name w:val="Medium Grid 1 Accent 6"/>
    <w:basedOn w:val="Normlntabulk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tednmka2">
    <w:name w:val="Medium Grid 2"/>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tednmka2zvraznn1">
    <w:name w:val="Medium Grid 2 Accent 1"/>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tednmka2zvraznn2">
    <w:name w:val="Medium Grid 2 Accent 2"/>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tednmka2zvraznn3">
    <w:name w:val="Medium Grid 2 Accent 3"/>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tednmka2zvraznn4">
    <w:name w:val="Medium Grid 2 Accent 4"/>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tednmka2zvraznn5">
    <w:name w:val="Medium Grid 2 Accent 5"/>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tednmka2zvraznn6">
    <w:name w:val="Medium Grid 2 Accent 6"/>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tednmka3">
    <w:name w:val="Medium Grid 3"/>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tednmka3zvraznn1">
    <w:name w:val="Medium Grid 3 Accent 1"/>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tednmka3zvraznn2">
    <w:name w:val="Medium Grid 3 Accent 2"/>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tednmka3zvraznn3">
    <w:name w:val="Medium Grid 3 Accent 3"/>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tednmka3zvraznn4">
    <w:name w:val="Medium Grid 3 Accent 4"/>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tednmka3zvraznn5">
    <w:name w:val="Medium Grid 3 Accent 5"/>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tednmka3zvraznn6">
    <w:name w:val="Medium Grid 3 Accent 6"/>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mavseznam">
    <w:name w:val="Dark List"/>
    <w:basedOn w:val="Normlntabulk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mavseznamzvraznn1">
    <w:name w:val="Dark List Accent 1"/>
    <w:basedOn w:val="Normlntabulk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mavseznamzvraznn2">
    <w:name w:val="Dark List Accent 2"/>
    <w:basedOn w:val="Normlntabulk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mavseznamzvraznn3">
    <w:name w:val="Dark List Accent 3"/>
    <w:basedOn w:val="Normlntabulk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mavseznamzvraznn4">
    <w:name w:val="Dark List Accent 4"/>
    <w:basedOn w:val="Normlntabulk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mavseznamzvraznn5">
    <w:name w:val="Dark List Accent 5"/>
    <w:basedOn w:val="Normlntabulk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mavseznamzvraznn6">
    <w:name w:val="Dark List Accent 6"/>
    <w:basedOn w:val="Normlntabulk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Barevnstnovn">
    <w:name w:val="Colorful Shading"/>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Barevnstnovnzvraznn1">
    <w:name w:val="Colorful Shading Accent 1"/>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Barevnstnovnzvraznn2">
    <w:name w:val="Colorful Shading Accent 2"/>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Barevnstnovnzvraznn3">
    <w:name w:val="Colorful Shading Accent 3"/>
    <w:basedOn w:val="Normlntabulk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Barevnstnovnzvraznn4">
    <w:name w:val="Colorful Shading Accent 4"/>
    <w:basedOn w:val="Normlntabulk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Barevnstnovnzvraznn5">
    <w:name w:val="Colorful Shading Accent 5"/>
    <w:basedOn w:val="Normlntabulk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Barevnstnovnzvraznn6">
    <w:name w:val="Colorful Shading Accent 6"/>
    <w:basedOn w:val="Normlntabulk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Barevnseznam">
    <w:name w:val="Colorful List"/>
    <w:basedOn w:val="Normlntabulk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Barevnseznamzvraznn1">
    <w:name w:val="Colorful List Accent 1"/>
    <w:basedOn w:val="Normlntabulk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Barevnseznamzvraznn2">
    <w:name w:val="Colorful List Accent 2"/>
    <w:basedOn w:val="Normlntabulk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Barevnseznamzvraznn3">
    <w:name w:val="Colorful List Accent 3"/>
    <w:basedOn w:val="Normlntabulk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Barevnseznamzvraznn4">
    <w:name w:val="Colorful List Accent 4"/>
    <w:basedOn w:val="Normlntabulk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Barevnseznamzvraznn5">
    <w:name w:val="Colorful List Accent 5"/>
    <w:basedOn w:val="Normlntabulk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Barevnseznamzvraznn6">
    <w:name w:val="Colorful List Accent 6"/>
    <w:basedOn w:val="Normlntabulk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Barevnmka">
    <w:name w:val="Colorful Grid"/>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Barevnmkazvraznn1">
    <w:name w:val="Colorful Grid Accent 1"/>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Barevnmkazvraznn2">
    <w:name w:val="Colorful Grid Accent 2"/>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Barevnmkazvraznn3">
    <w:name w:val="Colorful Grid Accent 3"/>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Barevnmkazvraznn4">
    <w:name w:val="Colorful Grid Accent 4"/>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Barevnmkazvraznn5">
    <w:name w:val="Colorful Grid Accent 5"/>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Barevnmkazvraznn6">
    <w:name w:val="Colorful Grid Accent 6"/>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textovodkaz">
    <w:name w:val="Hyperlink"/>
    <w:basedOn w:val="Standardnpsmoodstavce"/>
    <w:uiPriority w:val="99"/>
    <w:unhideWhenUsed/>
    <w:rsid w:val="00615E3C"/>
    <w:rPr>
      <w:color w:val="0000FF" w:themeColor="hyperlink"/>
      <w:u w:val="single"/>
    </w:rPr>
  </w:style>
  <w:style w:type="character" w:styleId="Nevyeenzmnka">
    <w:name w:val="Unresolved Mention"/>
    <w:basedOn w:val="Standardnpsmoodstavce"/>
    <w:uiPriority w:val="99"/>
    <w:semiHidden/>
    <w:unhideWhenUsed/>
    <w:rsid w:val="00615E3C"/>
    <w:rPr>
      <w:color w:val="605E5C"/>
      <w:shd w:val="clear" w:color="auto" w:fill="E1DFDD"/>
    </w:rPr>
  </w:style>
  <w:style w:type="paragraph" w:styleId="Normlnweb">
    <w:name w:val="Normal (Web)"/>
    <w:basedOn w:val="Normln"/>
    <w:uiPriority w:val="99"/>
    <w:semiHidden/>
    <w:unhideWhenUsed/>
    <w:rsid w:val="00983D0A"/>
    <w:pPr>
      <w:spacing w:before="100" w:beforeAutospacing="1" w:after="100" w:afterAutospacing="1" w:line="240" w:lineRule="auto"/>
    </w:pPr>
    <w:rPr>
      <w:rFonts w:ascii="Times New Roman" w:eastAsia="Times New Roman" w:hAnsi="Times New Roman" w:cs="Times New Roman"/>
      <w:color w:val="auto"/>
      <w:sz w:val="24"/>
      <w:szCs w:val="24"/>
      <w:lang w:val="cs-CZ"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erinoobchod.cz"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info@merinoobchod.cz" TargetMode="External"/><Relationship Id="rId4" Type="http://schemas.openxmlformats.org/officeDocument/2006/relationships/settings" Target="settings.xml"/><Relationship Id="rId9" Type="http://schemas.openxmlformats.org/officeDocument/2006/relationships/hyperlink" Target="mailto:info@merinoobchod.cz"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7</Pages>
  <Words>2672</Words>
  <Characters>15768</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18404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Praha v mojí stopě – úplná pravidla soutěže 2026</dc:title>
  <dc:subject>Soutěž o návrh potisku na tričko icebreaker</dc:subject>
  <dc:creator>SUPICH s.r.o. / icebreaker Praha</dc:creator>
  <cp:keywords/>
  <dc:description>generated by python-docx</dc:description>
  <cp:lastModifiedBy>Lucie Krajíčková</cp:lastModifiedBy>
  <cp:revision>11</cp:revision>
  <dcterms:created xsi:type="dcterms:W3CDTF">2013-12-23T23:15:00Z</dcterms:created>
  <dcterms:modified xsi:type="dcterms:W3CDTF">2026-10-26T12:40:00Z</dcterms:modified>
  <cp:category/>
</cp:coreProperties>
</file>