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7DE85" w14:textId="77777777" w:rsidR="003F3D56" w:rsidRDefault="00615E3C">
      <w:pPr>
        <w:pStyle w:val="Nzev"/>
      </w:pPr>
      <w:proofErr w:type="spellStart"/>
      <w:r>
        <w:t>Přihláška</w:t>
      </w:r>
      <w:proofErr w:type="spellEnd"/>
      <w:r>
        <w:t xml:space="preserve"> do </w:t>
      </w:r>
      <w:proofErr w:type="spellStart"/>
      <w:r>
        <w:t>soutěže</w:t>
      </w:r>
      <w:proofErr w:type="spellEnd"/>
    </w:p>
    <w:p w14:paraId="16A07C52" w14:textId="77777777" w:rsidR="003F3D56" w:rsidRDefault="00615E3C">
      <w:pPr>
        <w:pStyle w:val="Podnadpis"/>
      </w:pPr>
      <w:r>
        <w:t xml:space="preserve">Praha v </w:t>
      </w:r>
      <w:proofErr w:type="spellStart"/>
      <w:r>
        <w:t>mojí</w:t>
      </w:r>
      <w:proofErr w:type="spellEnd"/>
      <w:r>
        <w:t xml:space="preserve"> </w:t>
      </w:r>
      <w:proofErr w:type="spellStart"/>
      <w:r>
        <w:t>stopě</w:t>
      </w:r>
      <w:proofErr w:type="spellEnd"/>
    </w:p>
    <w:p w14:paraId="25CE0DC3" w14:textId="77777777" w:rsidR="003F3D56" w:rsidRDefault="00615E3C">
      <w:pPr>
        <w:spacing w:after="160"/>
      </w:pPr>
      <w:proofErr w:type="spellStart"/>
      <w:r>
        <w:rPr>
          <w:i/>
          <w:sz w:val="18"/>
        </w:rPr>
        <w:t>Vyplňte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jeden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formulář</w:t>
      </w:r>
      <w:proofErr w:type="spellEnd"/>
      <w:r>
        <w:rPr>
          <w:i/>
          <w:sz w:val="18"/>
        </w:rPr>
        <w:t xml:space="preserve"> pro </w:t>
      </w:r>
      <w:proofErr w:type="spellStart"/>
      <w:r>
        <w:rPr>
          <w:i/>
          <w:sz w:val="18"/>
        </w:rPr>
        <w:t>každý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návrh</w:t>
      </w:r>
      <w:proofErr w:type="spellEnd"/>
      <w:r>
        <w:rPr>
          <w:i/>
          <w:sz w:val="18"/>
        </w:rPr>
        <w:t xml:space="preserve">. </w:t>
      </w:r>
      <w:proofErr w:type="spellStart"/>
      <w:r>
        <w:rPr>
          <w:i/>
          <w:sz w:val="18"/>
        </w:rPr>
        <w:t>Údaje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doplňte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na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tečkovaná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místa</w:t>
      </w:r>
      <w:proofErr w:type="spellEnd"/>
      <w:r>
        <w:rPr>
          <w:i/>
          <w:sz w:val="18"/>
        </w:rPr>
        <w:t xml:space="preserve">. </w:t>
      </w:r>
      <w:proofErr w:type="spellStart"/>
      <w:r>
        <w:rPr>
          <w:i/>
          <w:sz w:val="18"/>
        </w:rPr>
        <w:t>Políčka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zaškrtněte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kliknutím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ve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Wordu</w:t>
      </w:r>
      <w:proofErr w:type="spellEnd"/>
      <w:r>
        <w:rPr>
          <w:i/>
          <w:sz w:val="18"/>
        </w:rPr>
        <w:t xml:space="preserve">; </w:t>
      </w:r>
      <w:proofErr w:type="spellStart"/>
      <w:r>
        <w:rPr>
          <w:i/>
          <w:sz w:val="18"/>
        </w:rPr>
        <w:t>případně</w:t>
      </w:r>
      <w:proofErr w:type="spellEnd"/>
      <w:r>
        <w:rPr>
          <w:i/>
          <w:sz w:val="18"/>
        </w:rPr>
        <w:t xml:space="preserve"> je </w:t>
      </w:r>
      <w:proofErr w:type="spellStart"/>
      <w:r>
        <w:rPr>
          <w:i/>
          <w:sz w:val="18"/>
        </w:rPr>
        <w:t>označte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znakem</w:t>
      </w:r>
      <w:proofErr w:type="spellEnd"/>
      <w:r>
        <w:rPr>
          <w:i/>
          <w:sz w:val="18"/>
        </w:rPr>
        <w:t xml:space="preserve"> X.</w:t>
      </w:r>
    </w:p>
    <w:p w14:paraId="6CF2BF9D" w14:textId="77777777" w:rsidR="003F3D56" w:rsidRDefault="00615E3C">
      <w:pPr>
        <w:pStyle w:val="Nadpis1"/>
      </w:pPr>
      <w:proofErr w:type="gramStart"/>
      <w:r>
        <w:t xml:space="preserve">1  </w:t>
      </w:r>
      <w:proofErr w:type="spellStart"/>
      <w:r>
        <w:t>Údaje</w:t>
      </w:r>
      <w:proofErr w:type="spellEnd"/>
      <w:proofErr w:type="gramEnd"/>
      <w:r>
        <w:t xml:space="preserve"> </w:t>
      </w:r>
      <w:proofErr w:type="spellStart"/>
      <w:r>
        <w:t>soutěžícího</w:t>
      </w:r>
      <w:proofErr w:type="spellEnd"/>
    </w:p>
    <w:p w14:paraId="235F562C" w14:textId="52C71592" w:rsidR="003F3D56" w:rsidRDefault="00615E3C">
      <w:proofErr w:type="spellStart"/>
      <w:r>
        <w:rPr>
          <w:b/>
        </w:rPr>
        <w:t>Jméno</w:t>
      </w:r>
      <w:proofErr w:type="spellEnd"/>
      <w:r>
        <w:rPr>
          <w:b/>
        </w:rPr>
        <w:t xml:space="preserve"> a příjmení: </w:t>
      </w:r>
      <w:r>
        <w:t xml:space="preserve">......................................................                          </w:t>
      </w:r>
      <w:r>
        <w:rPr>
          <w:b/>
        </w:rPr>
        <w:t xml:space="preserve">Rok </w:t>
      </w:r>
      <w:proofErr w:type="spellStart"/>
      <w:r>
        <w:rPr>
          <w:b/>
        </w:rPr>
        <w:t>narození</w:t>
      </w:r>
      <w:proofErr w:type="spellEnd"/>
      <w:r>
        <w:rPr>
          <w:b/>
        </w:rPr>
        <w:t xml:space="preserve">: </w:t>
      </w:r>
      <w:r>
        <w:t>.................................................</w:t>
      </w:r>
    </w:p>
    <w:p w14:paraId="1B79953A" w14:textId="245E5A9E" w:rsidR="003F3D56" w:rsidRDefault="00615E3C">
      <w:proofErr w:type="spellStart"/>
      <w:r>
        <w:rPr>
          <w:b/>
        </w:rPr>
        <w:t>Adresa</w:t>
      </w:r>
      <w:proofErr w:type="spellEnd"/>
      <w:r>
        <w:rPr>
          <w:b/>
        </w:rPr>
        <w:t xml:space="preserve">: </w:t>
      </w:r>
      <w:r>
        <w:t>......................................................................................................................................................................</w:t>
      </w:r>
    </w:p>
    <w:p w14:paraId="20F6895C" w14:textId="65236E5B" w:rsidR="003F3D56" w:rsidRDefault="00615E3C">
      <w:proofErr w:type="spellStart"/>
      <w:r>
        <w:rPr>
          <w:b/>
        </w:rPr>
        <w:t>Kontaktní</w:t>
      </w:r>
      <w:proofErr w:type="spellEnd"/>
      <w:r>
        <w:rPr>
          <w:b/>
        </w:rPr>
        <w:t xml:space="preserve"> e-mail: </w:t>
      </w:r>
      <w:r>
        <w:t xml:space="preserve">.......................................................                          </w:t>
      </w:r>
      <w:proofErr w:type="spellStart"/>
      <w:r>
        <w:rPr>
          <w:b/>
        </w:rPr>
        <w:t>Telefon</w:t>
      </w:r>
      <w:proofErr w:type="spellEnd"/>
      <w:r>
        <w:rPr>
          <w:b/>
        </w:rPr>
        <w:t xml:space="preserve">: </w:t>
      </w:r>
      <w:r>
        <w:t>..........................................................</w:t>
      </w:r>
    </w:p>
    <w:p w14:paraId="2D004ABE" w14:textId="77777777" w:rsidR="003F3D56" w:rsidRDefault="00E74044">
      <w:sdt>
        <w:sdtPr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615E3C">
            <w:rPr>
              <w:rFonts w:ascii="DejaVu Sans" w:hAnsi="DejaVu Sans"/>
            </w:rPr>
            <w:t>☐</w:t>
          </w:r>
        </w:sdtContent>
      </w:sdt>
      <w:r w:rsidR="00615E3C">
        <w:t xml:space="preserve">  V </w:t>
      </w:r>
      <w:proofErr w:type="spellStart"/>
      <w:r w:rsidR="00615E3C">
        <w:t>době</w:t>
      </w:r>
      <w:proofErr w:type="spellEnd"/>
      <w:r w:rsidR="00615E3C">
        <w:t xml:space="preserve"> </w:t>
      </w:r>
      <w:proofErr w:type="spellStart"/>
      <w:r w:rsidR="00615E3C">
        <w:t>přihlášení</w:t>
      </w:r>
      <w:proofErr w:type="spellEnd"/>
      <w:r w:rsidR="00615E3C">
        <w:t xml:space="preserve"> mi </w:t>
      </w:r>
      <w:proofErr w:type="spellStart"/>
      <w:r w:rsidR="00615E3C">
        <w:t>ještě</w:t>
      </w:r>
      <w:proofErr w:type="spellEnd"/>
      <w:r w:rsidR="00615E3C">
        <w:t xml:space="preserve"> </w:t>
      </w:r>
      <w:proofErr w:type="spellStart"/>
      <w:r w:rsidR="00615E3C">
        <w:t>nebylo</w:t>
      </w:r>
      <w:proofErr w:type="spellEnd"/>
      <w:r w:rsidR="00615E3C">
        <w:t xml:space="preserve"> 18 let. </w:t>
      </w:r>
      <w:proofErr w:type="spellStart"/>
      <w:r w:rsidR="00615E3C">
        <w:t>Přikládám</w:t>
      </w:r>
      <w:proofErr w:type="spellEnd"/>
      <w:r w:rsidR="00615E3C">
        <w:t xml:space="preserve"> </w:t>
      </w:r>
      <w:proofErr w:type="spellStart"/>
      <w:r w:rsidR="00615E3C">
        <w:t>samostatný</w:t>
      </w:r>
      <w:proofErr w:type="spellEnd"/>
      <w:r w:rsidR="00615E3C">
        <w:t xml:space="preserve"> </w:t>
      </w:r>
      <w:proofErr w:type="spellStart"/>
      <w:r w:rsidR="00615E3C">
        <w:t>podepsaný</w:t>
      </w:r>
      <w:proofErr w:type="spellEnd"/>
      <w:r w:rsidR="00615E3C">
        <w:t xml:space="preserve"> </w:t>
      </w:r>
      <w:proofErr w:type="spellStart"/>
      <w:r w:rsidR="00615E3C">
        <w:t>souhlas</w:t>
      </w:r>
      <w:proofErr w:type="spellEnd"/>
      <w:r w:rsidR="00615E3C">
        <w:t xml:space="preserve"> </w:t>
      </w:r>
      <w:proofErr w:type="spellStart"/>
      <w:r w:rsidR="00615E3C">
        <w:t>zákonného</w:t>
      </w:r>
      <w:proofErr w:type="spellEnd"/>
      <w:r w:rsidR="00615E3C">
        <w:t xml:space="preserve"> </w:t>
      </w:r>
      <w:proofErr w:type="spellStart"/>
      <w:r w:rsidR="00615E3C">
        <w:t>zástupce</w:t>
      </w:r>
      <w:proofErr w:type="spellEnd"/>
      <w:r w:rsidR="00615E3C">
        <w:t>.</w:t>
      </w:r>
    </w:p>
    <w:p w14:paraId="7F4016F6" w14:textId="77777777" w:rsidR="003F3D56" w:rsidRDefault="00615E3C">
      <w:pPr>
        <w:pStyle w:val="Nadpis1"/>
      </w:pPr>
      <w:proofErr w:type="gramStart"/>
      <w:r>
        <w:t xml:space="preserve">2  </w:t>
      </w:r>
      <w:proofErr w:type="spellStart"/>
      <w:r>
        <w:t>Soutěžní</w:t>
      </w:r>
      <w:proofErr w:type="spellEnd"/>
      <w:proofErr w:type="gramEnd"/>
      <w:r>
        <w:t xml:space="preserve"> </w:t>
      </w:r>
      <w:proofErr w:type="spellStart"/>
      <w:r>
        <w:t>návrh</w:t>
      </w:r>
      <w:proofErr w:type="spellEnd"/>
    </w:p>
    <w:p w14:paraId="58BDE78F" w14:textId="27B6C704" w:rsidR="003F3D56" w:rsidRDefault="00615E3C">
      <w:proofErr w:type="spellStart"/>
      <w:r>
        <w:rPr>
          <w:b/>
        </w:rPr>
        <w:t>Název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návrhu</w:t>
      </w:r>
      <w:proofErr w:type="spellEnd"/>
      <w:r>
        <w:rPr>
          <w:b/>
        </w:rPr>
        <w:t xml:space="preserve">: </w:t>
      </w:r>
      <w:r>
        <w:t>...........................................................................................................................................................</w:t>
      </w:r>
    </w:p>
    <w:p w14:paraId="08692D19" w14:textId="12BA4FC8" w:rsidR="003F3D56" w:rsidRDefault="00615E3C">
      <w:r>
        <w:rPr>
          <w:b/>
        </w:rPr>
        <w:t xml:space="preserve">Krátká </w:t>
      </w:r>
      <w:proofErr w:type="spellStart"/>
      <w:r>
        <w:rPr>
          <w:b/>
        </w:rPr>
        <w:t>anotace</w:t>
      </w:r>
      <w:proofErr w:type="spellEnd"/>
      <w:r>
        <w:rPr>
          <w:b/>
        </w:rPr>
        <w:t xml:space="preserve"> do 500 </w:t>
      </w:r>
      <w:proofErr w:type="spellStart"/>
      <w:r>
        <w:rPr>
          <w:b/>
        </w:rPr>
        <w:t>znaků</w:t>
      </w:r>
      <w:proofErr w:type="spellEnd"/>
      <w:r>
        <w:rPr>
          <w:b/>
        </w:rPr>
        <w:t xml:space="preserve">: </w:t>
      </w:r>
      <w:r>
        <w:t>...................................................................................................................................</w:t>
      </w:r>
    </w:p>
    <w:p w14:paraId="01A6E22A" w14:textId="77777777" w:rsidR="00615E3C" w:rsidRDefault="00615E3C">
      <w:r>
        <w:t>.....................................................................................................................................................................................</w:t>
      </w:r>
    </w:p>
    <w:p w14:paraId="6170F84C" w14:textId="77777777" w:rsidR="00615E3C" w:rsidRDefault="00615E3C">
      <w:r>
        <w:t>.....................................................................................................................................................................................</w:t>
      </w:r>
    </w:p>
    <w:p w14:paraId="08552455" w14:textId="77777777" w:rsidR="00615E3C" w:rsidRDefault="00615E3C">
      <w:r>
        <w:t>.....................................................................................................................................................................................</w:t>
      </w:r>
    </w:p>
    <w:p w14:paraId="45F3CAE2" w14:textId="274B219C" w:rsidR="003F3D56" w:rsidRDefault="00615E3C">
      <w:r>
        <w:t>.....................................................................................................................................................................................</w:t>
      </w:r>
    </w:p>
    <w:p w14:paraId="09BF3A24" w14:textId="77777777" w:rsidR="003F3D56" w:rsidRDefault="00615E3C">
      <w:pPr>
        <w:spacing w:after="160"/>
      </w:pPr>
      <w:proofErr w:type="spellStart"/>
      <w:r>
        <w:rPr>
          <w:i/>
          <w:sz w:val="18"/>
        </w:rPr>
        <w:t>Přiložte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grafiku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i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vizualizaci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umístění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na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tričku</w:t>
      </w:r>
      <w:proofErr w:type="spellEnd"/>
      <w:r>
        <w:rPr>
          <w:i/>
          <w:sz w:val="18"/>
        </w:rPr>
        <w:t xml:space="preserve">. </w:t>
      </w:r>
      <w:proofErr w:type="spellStart"/>
      <w:r>
        <w:rPr>
          <w:i/>
          <w:sz w:val="18"/>
        </w:rPr>
        <w:t>Odkaz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musí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fungovat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alespoň</w:t>
      </w:r>
      <w:proofErr w:type="spellEnd"/>
      <w:r>
        <w:rPr>
          <w:i/>
          <w:sz w:val="18"/>
        </w:rPr>
        <w:t xml:space="preserve"> do 7. 12. 2026.</w:t>
      </w:r>
    </w:p>
    <w:p w14:paraId="08261B92" w14:textId="77777777" w:rsidR="003F3D56" w:rsidRDefault="00615E3C">
      <w:pPr>
        <w:pStyle w:val="Nadpis1"/>
      </w:pPr>
      <w:proofErr w:type="gramStart"/>
      <w:r>
        <w:t xml:space="preserve">3  </w:t>
      </w:r>
      <w:proofErr w:type="spellStart"/>
      <w:r>
        <w:t>Způsob</w:t>
      </w:r>
      <w:proofErr w:type="spellEnd"/>
      <w:proofErr w:type="gramEnd"/>
      <w:r>
        <w:t xml:space="preserve"> </w:t>
      </w:r>
      <w:proofErr w:type="spellStart"/>
      <w:r>
        <w:t>vytvoření</w:t>
      </w:r>
      <w:proofErr w:type="spellEnd"/>
    </w:p>
    <w:p w14:paraId="38FC7520" w14:textId="77777777" w:rsidR="003F3D56" w:rsidRDefault="00615E3C">
      <w:pPr>
        <w:spacing w:after="160"/>
      </w:pPr>
      <w:proofErr w:type="spellStart"/>
      <w:r>
        <w:rPr>
          <w:i/>
          <w:sz w:val="18"/>
        </w:rPr>
        <w:t>Vyberte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jednu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možnost</w:t>
      </w:r>
      <w:proofErr w:type="spellEnd"/>
      <w:r>
        <w:rPr>
          <w:i/>
          <w:sz w:val="18"/>
        </w:rPr>
        <w:t xml:space="preserve">. </w:t>
      </w:r>
      <w:proofErr w:type="spellStart"/>
      <w:r>
        <w:rPr>
          <w:i/>
          <w:sz w:val="18"/>
        </w:rPr>
        <w:t>Použití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cizích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podkladů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uveďte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samostatně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na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straně</w:t>
      </w:r>
      <w:proofErr w:type="spellEnd"/>
      <w:r>
        <w:rPr>
          <w:i/>
          <w:sz w:val="18"/>
        </w:rPr>
        <w:t xml:space="preserve"> 2.</w:t>
      </w:r>
    </w:p>
    <w:p w14:paraId="4826123C" w14:textId="77777777" w:rsidR="003F3D56" w:rsidRDefault="00E74044">
      <w:sdt>
        <w:sdtPr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615E3C">
            <w:rPr>
              <w:rFonts w:ascii="DejaVu Sans" w:hAnsi="DejaVu Sans"/>
            </w:rPr>
            <w:t>☐</w:t>
          </w:r>
        </w:sdtContent>
      </w:sdt>
      <w:r w:rsidR="00615E3C">
        <w:t xml:space="preserve">  </w:t>
      </w:r>
      <w:proofErr w:type="spellStart"/>
      <w:r w:rsidR="00615E3C">
        <w:t>Vlastní</w:t>
      </w:r>
      <w:proofErr w:type="spellEnd"/>
      <w:r w:rsidR="00615E3C">
        <w:t xml:space="preserve"> </w:t>
      </w:r>
      <w:proofErr w:type="spellStart"/>
      <w:r w:rsidR="00615E3C">
        <w:t>tvorba</w:t>
      </w:r>
      <w:proofErr w:type="spellEnd"/>
      <w:r w:rsidR="00615E3C">
        <w:t xml:space="preserve"> bez </w:t>
      </w:r>
      <w:proofErr w:type="spellStart"/>
      <w:r w:rsidR="00615E3C">
        <w:t>generativní</w:t>
      </w:r>
      <w:proofErr w:type="spellEnd"/>
      <w:r w:rsidR="00615E3C">
        <w:t xml:space="preserve"> AI.</w:t>
      </w:r>
    </w:p>
    <w:p w14:paraId="779657D1" w14:textId="77777777" w:rsidR="003F3D56" w:rsidRDefault="00E74044">
      <w:sdt>
        <w:sdtPr>
          <w:id w:val="103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615E3C">
            <w:rPr>
              <w:rFonts w:ascii="DejaVu Sans" w:hAnsi="DejaVu Sans"/>
            </w:rPr>
            <w:t>☐</w:t>
          </w:r>
        </w:sdtContent>
      </w:sdt>
      <w:r w:rsidR="00615E3C">
        <w:t xml:space="preserve">  </w:t>
      </w:r>
      <w:proofErr w:type="spellStart"/>
      <w:r w:rsidR="00615E3C">
        <w:t>Vlastní</w:t>
      </w:r>
      <w:proofErr w:type="spellEnd"/>
      <w:r w:rsidR="00615E3C">
        <w:t xml:space="preserve"> </w:t>
      </w:r>
      <w:proofErr w:type="spellStart"/>
      <w:r w:rsidR="00615E3C">
        <w:t>tvorba</w:t>
      </w:r>
      <w:proofErr w:type="spellEnd"/>
      <w:r w:rsidR="00615E3C">
        <w:t xml:space="preserve"> s </w:t>
      </w:r>
      <w:proofErr w:type="spellStart"/>
      <w:r w:rsidR="00615E3C">
        <w:t>využitím</w:t>
      </w:r>
      <w:proofErr w:type="spellEnd"/>
      <w:r w:rsidR="00615E3C">
        <w:t xml:space="preserve"> </w:t>
      </w:r>
      <w:proofErr w:type="spellStart"/>
      <w:r w:rsidR="00615E3C">
        <w:t>generativní</w:t>
      </w:r>
      <w:proofErr w:type="spellEnd"/>
      <w:r w:rsidR="00615E3C">
        <w:t xml:space="preserve"> AI.</w:t>
      </w:r>
    </w:p>
    <w:p w14:paraId="5DB3ECD4" w14:textId="77777777" w:rsidR="003F3D56" w:rsidRDefault="00E74044">
      <w:sdt>
        <w:sdtPr>
          <w:id w:val="104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615E3C">
            <w:rPr>
              <w:rFonts w:ascii="DejaVu Sans" w:hAnsi="DejaVu Sans"/>
            </w:rPr>
            <w:t>☐</w:t>
          </w:r>
        </w:sdtContent>
      </w:sdt>
      <w:r w:rsidR="00615E3C">
        <w:t xml:space="preserve">  </w:t>
      </w:r>
      <w:proofErr w:type="spellStart"/>
      <w:r w:rsidR="00615E3C">
        <w:t>Převážně</w:t>
      </w:r>
      <w:proofErr w:type="spellEnd"/>
      <w:r w:rsidR="00615E3C">
        <w:t xml:space="preserve"> </w:t>
      </w:r>
      <w:proofErr w:type="spellStart"/>
      <w:r w:rsidR="00615E3C">
        <w:t>či</w:t>
      </w:r>
      <w:proofErr w:type="spellEnd"/>
      <w:r w:rsidR="00615E3C">
        <w:t xml:space="preserve"> </w:t>
      </w:r>
      <w:proofErr w:type="spellStart"/>
      <w:r w:rsidR="00615E3C">
        <w:t>zcela</w:t>
      </w:r>
      <w:proofErr w:type="spellEnd"/>
      <w:r w:rsidR="00615E3C">
        <w:t xml:space="preserve"> </w:t>
      </w:r>
      <w:proofErr w:type="spellStart"/>
      <w:r w:rsidR="00615E3C">
        <w:t>generováno</w:t>
      </w:r>
      <w:proofErr w:type="spellEnd"/>
      <w:r w:rsidR="00615E3C">
        <w:t xml:space="preserve"> AI.</w:t>
      </w:r>
    </w:p>
    <w:p w14:paraId="1325A912" w14:textId="3A936864" w:rsidR="00615E3C" w:rsidRDefault="00615E3C">
      <w:r>
        <w:rPr>
          <w:b/>
        </w:rPr>
        <w:t xml:space="preserve">Moje </w:t>
      </w:r>
      <w:proofErr w:type="spellStart"/>
      <w:r>
        <w:rPr>
          <w:b/>
        </w:rPr>
        <w:t>vlastní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tvorba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úpravy</w:t>
      </w:r>
      <w:proofErr w:type="spellEnd"/>
      <w:r>
        <w:rPr>
          <w:b/>
        </w:rPr>
        <w:t xml:space="preserve">: </w:t>
      </w:r>
      <w:r>
        <w:t>................................................</w:t>
      </w:r>
    </w:p>
    <w:p w14:paraId="15B35118" w14:textId="77777777" w:rsidR="003F3D56" w:rsidRDefault="00615E3C">
      <w:pPr>
        <w:pStyle w:val="Nadpis1"/>
      </w:pPr>
      <w:proofErr w:type="gramStart"/>
      <w:r>
        <w:t xml:space="preserve">4  </w:t>
      </w:r>
      <w:proofErr w:type="spellStart"/>
      <w:r>
        <w:t>Veřejné</w:t>
      </w:r>
      <w:proofErr w:type="spellEnd"/>
      <w:proofErr w:type="gramEnd"/>
      <w:r>
        <w:t xml:space="preserve"> </w:t>
      </w:r>
      <w:proofErr w:type="spellStart"/>
      <w:r>
        <w:t>označení</w:t>
      </w:r>
      <w:proofErr w:type="spellEnd"/>
    </w:p>
    <w:p w14:paraId="1B3ACE54" w14:textId="77777777" w:rsidR="003F3D56" w:rsidRDefault="00E74044">
      <w:sdt>
        <w:sdtPr>
          <w:id w:val="105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615E3C">
            <w:rPr>
              <w:rFonts w:ascii="DejaVu Sans" w:hAnsi="DejaVu Sans"/>
            </w:rPr>
            <w:t>☐</w:t>
          </w:r>
        </w:sdtContent>
      </w:sdt>
      <w:r w:rsidR="00615E3C">
        <w:t xml:space="preserve">  </w:t>
      </w:r>
      <w:proofErr w:type="spellStart"/>
      <w:r w:rsidR="00615E3C">
        <w:t>Jménem</w:t>
      </w:r>
      <w:proofErr w:type="spellEnd"/>
      <w:r w:rsidR="00615E3C">
        <w:t xml:space="preserve"> a </w:t>
      </w:r>
      <w:proofErr w:type="spellStart"/>
      <w:r w:rsidR="00615E3C">
        <w:t>příjmením</w:t>
      </w:r>
      <w:proofErr w:type="spellEnd"/>
      <w:r w:rsidR="00615E3C">
        <w:t>.</w:t>
      </w:r>
    </w:p>
    <w:p w14:paraId="3A0A205E" w14:textId="0C3693F7" w:rsidR="003F3D56" w:rsidRDefault="00E74044">
      <w:sdt>
        <w:sdtPr>
          <w:id w:val="106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615E3C">
            <w:rPr>
              <w:rFonts w:ascii="DejaVu Sans" w:hAnsi="DejaVu Sans"/>
            </w:rPr>
            <w:t>☐</w:t>
          </w:r>
        </w:sdtContent>
      </w:sdt>
      <w:r w:rsidR="00615E3C">
        <w:t xml:space="preserve">  </w:t>
      </w:r>
      <w:proofErr w:type="spellStart"/>
      <w:r w:rsidR="00615E3C">
        <w:t>Pseudonymem</w:t>
      </w:r>
      <w:proofErr w:type="spellEnd"/>
      <w:r w:rsidR="00615E3C">
        <w:t>: .................................................</w:t>
      </w:r>
    </w:p>
    <w:p w14:paraId="3188844D" w14:textId="186FFEB3" w:rsidR="003F3D56" w:rsidRDefault="00E74044">
      <w:sdt>
        <w:sdtPr>
          <w:id w:val="107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615E3C">
            <w:rPr>
              <w:rFonts w:ascii="DejaVu Sans" w:hAnsi="DejaVu Sans"/>
            </w:rPr>
            <w:t>☐</w:t>
          </w:r>
        </w:sdtContent>
      </w:sdt>
      <w:r w:rsidR="00615E3C">
        <w:t xml:space="preserve">  </w:t>
      </w:r>
      <w:proofErr w:type="spellStart"/>
      <w:r w:rsidR="00615E3C">
        <w:t>Anonymně</w:t>
      </w:r>
      <w:proofErr w:type="spellEnd"/>
      <w:r w:rsidR="00615E3C">
        <w:t>.</w:t>
      </w:r>
    </w:p>
    <w:p w14:paraId="3835DC93" w14:textId="24D7337D" w:rsidR="003F3D56" w:rsidRDefault="00615E3C" w:rsidP="00615E3C">
      <w:pPr>
        <w:spacing w:after="160"/>
      </w:pPr>
      <w:r>
        <w:rPr>
          <w:i/>
          <w:sz w:val="18"/>
        </w:rPr>
        <w:t xml:space="preserve">U </w:t>
      </w:r>
      <w:proofErr w:type="spellStart"/>
      <w:r>
        <w:rPr>
          <w:i/>
          <w:sz w:val="18"/>
        </w:rPr>
        <w:t>převážně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či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zcela</w:t>
      </w:r>
      <w:proofErr w:type="spellEnd"/>
      <w:r>
        <w:rPr>
          <w:i/>
          <w:sz w:val="18"/>
        </w:rPr>
        <w:t xml:space="preserve"> AI </w:t>
      </w:r>
      <w:proofErr w:type="spellStart"/>
      <w:r>
        <w:rPr>
          <w:i/>
          <w:sz w:val="18"/>
        </w:rPr>
        <w:t>návrhu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bude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doplněno</w:t>
      </w:r>
      <w:proofErr w:type="spellEnd"/>
      <w:r>
        <w:rPr>
          <w:i/>
          <w:sz w:val="18"/>
        </w:rPr>
        <w:t xml:space="preserve"> „</w:t>
      </w:r>
      <w:proofErr w:type="spellStart"/>
      <w:r>
        <w:rPr>
          <w:i/>
          <w:sz w:val="18"/>
        </w:rPr>
        <w:t>Generováno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pomocí</w:t>
      </w:r>
      <w:proofErr w:type="spellEnd"/>
      <w:r>
        <w:rPr>
          <w:i/>
          <w:sz w:val="18"/>
        </w:rPr>
        <w:t xml:space="preserve"> </w:t>
      </w:r>
      <w:proofErr w:type="gramStart"/>
      <w:r>
        <w:rPr>
          <w:i/>
          <w:sz w:val="18"/>
        </w:rPr>
        <w:t>AI“ a</w:t>
      </w:r>
      <w:proofErr w:type="gram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označení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přihlašovatele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podle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pravidel</w:t>
      </w:r>
      <w:proofErr w:type="spellEnd"/>
      <w:r>
        <w:rPr>
          <w:i/>
          <w:sz w:val="18"/>
        </w:rPr>
        <w:t>.</w:t>
      </w:r>
    </w:p>
    <w:p w14:paraId="055BD3EA" w14:textId="77777777" w:rsidR="003F3D56" w:rsidRDefault="00615E3C">
      <w:pPr>
        <w:pStyle w:val="Nzev"/>
        <w:pageBreakBefore/>
      </w:pPr>
      <w:proofErr w:type="spellStart"/>
      <w:r>
        <w:lastRenderedPageBreak/>
        <w:t>Podklady</w:t>
      </w:r>
      <w:proofErr w:type="spellEnd"/>
      <w:r>
        <w:t xml:space="preserve"> a </w:t>
      </w:r>
      <w:proofErr w:type="spellStart"/>
      <w:r>
        <w:t>potvrzení</w:t>
      </w:r>
      <w:proofErr w:type="spellEnd"/>
    </w:p>
    <w:p w14:paraId="2EDD69B0" w14:textId="77777777" w:rsidR="003F3D56" w:rsidRDefault="00615E3C">
      <w:pPr>
        <w:spacing w:after="160"/>
      </w:pPr>
      <w:proofErr w:type="spellStart"/>
      <w:r>
        <w:rPr>
          <w:i/>
          <w:sz w:val="18"/>
        </w:rPr>
        <w:t>Vyplňte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části</w:t>
      </w:r>
      <w:proofErr w:type="spellEnd"/>
      <w:r>
        <w:rPr>
          <w:i/>
          <w:sz w:val="18"/>
        </w:rPr>
        <w:t xml:space="preserve">, </w:t>
      </w:r>
      <w:proofErr w:type="spellStart"/>
      <w:r>
        <w:rPr>
          <w:i/>
          <w:sz w:val="18"/>
        </w:rPr>
        <w:t>které</w:t>
      </w:r>
      <w:proofErr w:type="spellEnd"/>
      <w:r>
        <w:rPr>
          <w:i/>
          <w:sz w:val="18"/>
        </w:rPr>
        <w:t xml:space="preserve"> se </w:t>
      </w:r>
      <w:proofErr w:type="spellStart"/>
      <w:r>
        <w:rPr>
          <w:i/>
          <w:sz w:val="18"/>
        </w:rPr>
        <w:t>vás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týkají</w:t>
      </w:r>
      <w:proofErr w:type="spellEnd"/>
      <w:r>
        <w:rPr>
          <w:i/>
          <w:sz w:val="18"/>
        </w:rPr>
        <w:t xml:space="preserve">. U </w:t>
      </w:r>
      <w:proofErr w:type="spellStart"/>
      <w:r>
        <w:rPr>
          <w:i/>
          <w:sz w:val="18"/>
        </w:rPr>
        <w:t>více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spoluautorů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nebo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podkladů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příslušný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blok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zkopírujte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nebo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přiložte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samostatný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seznam</w:t>
      </w:r>
      <w:proofErr w:type="spellEnd"/>
      <w:r>
        <w:rPr>
          <w:i/>
          <w:sz w:val="18"/>
        </w:rPr>
        <w:t>.</w:t>
      </w:r>
    </w:p>
    <w:p w14:paraId="7F2C48D2" w14:textId="77777777" w:rsidR="003F3D56" w:rsidRDefault="00615E3C">
      <w:pPr>
        <w:pStyle w:val="Nadpis1"/>
      </w:pPr>
      <w:proofErr w:type="gramStart"/>
      <w:r>
        <w:t xml:space="preserve">5  </w:t>
      </w:r>
      <w:proofErr w:type="spellStart"/>
      <w:r>
        <w:t>Použití</w:t>
      </w:r>
      <w:proofErr w:type="spellEnd"/>
      <w:proofErr w:type="gramEnd"/>
      <w:r>
        <w:t xml:space="preserve"> </w:t>
      </w:r>
      <w:proofErr w:type="spellStart"/>
      <w:r>
        <w:t>generativní</w:t>
      </w:r>
      <w:proofErr w:type="spellEnd"/>
      <w:r>
        <w:t xml:space="preserve"> AI</w:t>
      </w:r>
    </w:p>
    <w:p w14:paraId="60F28FDB" w14:textId="77777777" w:rsidR="003F3D56" w:rsidRDefault="00E74044">
      <w:sdt>
        <w:sdtPr>
          <w:id w:val="108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615E3C">
            <w:rPr>
              <w:rFonts w:ascii="DejaVu Sans" w:hAnsi="DejaVu Sans"/>
            </w:rPr>
            <w:t>☐</w:t>
          </w:r>
        </w:sdtContent>
      </w:sdt>
      <w:r w:rsidR="00615E3C">
        <w:t xml:space="preserve">  </w:t>
      </w:r>
      <w:proofErr w:type="spellStart"/>
      <w:r w:rsidR="00615E3C">
        <w:t>Generativní</w:t>
      </w:r>
      <w:proofErr w:type="spellEnd"/>
      <w:r w:rsidR="00615E3C">
        <w:t xml:space="preserve"> AI </w:t>
      </w:r>
      <w:proofErr w:type="spellStart"/>
      <w:r w:rsidR="00615E3C">
        <w:t>nebyla</w:t>
      </w:r>
      <w:proofErr w:type="spellEnd"/>
      <w:r w:rsidR="00615E3C">
        <w:t xml:space="preserve"> </w:t>
      </w:r>
      <w:proofErr w:type="spellStart"/>
      <w:r w:rsidR="00615E3C">
        <w:t>použita</w:t>
      </w:r>
      <w:proofErr w:type="spellEnd"/>
      <w:r w:rsidR="00615E3C">
        <w:t xml:space="preserve">. </w:t>
      </w:r>
      <w:proofErr w:type="spellStart"/>
      <w:r w:rsidR="00615E3C">
        <w:t>Další</w:t>
      </w:r>
      <w:proofErr w:type="spellEnd"/>
      <w:r w:rsidR="00615E3C">
        <w:t xml:space="preserve"> </w:t>
      </w:r>
      <w:proofErr w:type="spellStart"/>
      <w:r w:rsidR="00615E3C">
        <w:t>údaje</w:t>
      </w:r>
      <w:proofErr w:type="spellEnd"/>
      <w:r w:rsidR="00615E3C">
        <w:t xml:space="preserve"> v </w:t>
      </w:r>
      <w:proofErr w:type="spellStart"/>
      <w:r w:rsidR="00615E3C">
        <w:t>této</w:t>
      </w:r>
      <w:proofErr w:type="spellEnd"/>
      <w:r w:rsidR="00615E3C">
        <w:t xml:space="preserve"> </w:t>
      </w:r>
      <w:proofErr w:type="spellStart"/>
      <w:r w:rsidR="00615E3C">
        <w:t>části</w:t>
      </w:r>
      <w:proofErr w:type="spellEnd"/>
      <w:r w:rsidR="00615E3C">
        <w:t xml:space="preserve"> </w:t>
      </w:r>
      <w:proofErr w:type="spellStart"/>
      <w:r w:rsidR="00615E3C">
        <w:t>nevyplňuji</w:t>
      </w:r>
      <w:proofErr w:type="spellEnd"/>
      <w:r w:rsidR="00615E3C">
        <w:t>.</w:t>
      </w:r>
    </w:p>
    <w:p w14:paraId="5485B03B" w14:textId="77777777" w:rsidR="003F3D56" w:rsidRDefault="00615E3C">
      <w:proofErr w:type="spellStart"/>
      <w:r>
        <w:rPr>
          <w:b/>
        </w:rPr>
        <w:t>Použitý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nástroj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případně</w:t>
      </w:r>
      <w:proofErr w:type="spellEnd"/>
      <w:r>
        <w:rPr>
          <w:b/>
        </w:rPr>
        <w:t xml:space="preserve"> model: </w:t>
      </w:r>
      <w:r>
        <w:t>................................................</w:t>
      </w:r>
    </w:p>
    <w:p w14:paraId="27C6A1F3" w14:textId="77777777" w:rsidR="003F3D56" w:rsidRDefault="00615E3C">
      <w:proofErr w:type="spellStart"/>
      <w:r>
        <w:rPr>
          <w:b/>
        </w:rPr>
        <w:t>Které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části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vznikly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nebo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byly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upraveny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pomocí</w:t>
      </w:r>
      <w:proofErr w:type="spellEnd"/>
      <w:r>
        <w:rPr>
          <w:b/>
        </w:rPr>
        <w:t xml:space="preserve"> AI: </w:t>
      </w:r>
      <w:r>
        <w:t>................................................</w:t>
      </w:r>
    </w:p>
    <w:p w14:paraId="0A3FAAF1" w14:textId="77777777" w:rsidR="003F3D56" w:rsidRDefault="00615E3C">
      <w:r>
        <w:rPr>
          <w:b/>
        </w:rPr>
        <w:t xml:space="preserve">Moje </w:t>
      </w:r>
      <w:proofErr w:type="spellStart"/>
      <w:r>
        <w:rPr>
          <w:b/>
        </w:rPr>
        <w:t>následné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úpravy</w:t>
      </w:r>
      <w:proofErr w:type="spellEnd"/>
      <w:r>
        <w:rPr>
          <w:b/>
        </w:rPr>
        <w:t xml:space="preserve">: </w:t>
      </w:r>
      <w:r>
        <w:t>................................................</w:t>
      </w:r>
    </w:p>
    <w:p w14:paraId="478D93DA" w14:textId="77777777" w:rsidR="003F3D56" w:rsidRDefault="00615E3C">
      <w:pPr>
        <w:spacing w:after="160"/>
      </w:pPr>
      <w:proofErr w:type="spellStart"/>
      <w:r>
        <w:rPr>
          <w:i/>
          <w:sz w:val="18"/>
        </w:rPr>
        <w:t>Příklad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popisu</w:t>
      </w:r>
      <w:proofErr w:type="spellEnd"/>
      <w:r>
        <w:rPr>
          <w:i/>
          <w:sz w:val="18"/>
        </w:rPr>
        <w:t xml:space="preserve">: „AI </w:t>
      </w:r>
      <w:proofErr w:type="spellStart"/>
      <w:r>
        <w:rPr>
          <w:i/>
          <w:sz w:val="18"/>
        </w:rPr>
        <w:t>vytvořila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pozadí</w:t>
      </w:r>
      <w:proofErr w:type="spellEnd"/>
      <w:r>
        <w:rPr>
          <w:i/>
          <w:sz w:val="18"/>
        </w:rPr>
        <w:t xml:space="preserve">, </w:t>
      </w:r>
      <w:proofErr w:type="spellStart"/>
      <w:r>
        <w:rPr>
          <w:i/>
          <w:sz w:val="18"/>
        </w:rPr>
        <w:t>siluetu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běžce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jsem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nakreslil</w:t>
      </w:r>
      <w:proofErr w:type="spellEnd"/>
      <w:r>
        <w:rPr>
          <w:i/>
          <w:sz w:val="18"/>
        </w:rPr>
        <w:t xml:space="preserve">/a </w:t>
      </w:r>
      <w:proofErr w:type="spellStart"/>
      <w:r>
        <w:rPr>
          <w:i/>
          <w:sz w:val="18"/>
        </w:rPr>
        <w:t>vlastní</w:t>
      </w:r>
      <w:proofErr w:type="spellEnd"/>
      <w:r>
        <w:rPr>
          <w:i/>
          <w:sz w:val="18"/>
        </w:rPr>
        <w:t xml:space="preserve"> </w:t>
      </w:r>
      <w:proofErr w:type="spellStart"/>
      <w:proofErr w:type="gramStart"/>
      <w:r>
        <w:rPr>
          <w:i/>
          <w:sz w:val="18"/>
        </w:rPr>
        <w:t>rukou</w:t>
      </w:r>
      <w:proofErr w:type="spellEnd"/>
      <w:r>
        <w:rPr>
          <w:i/>
          <w:sz w:val="18"/>
        </w:rPr>
        <w:t>.“</w:t>
      </w:r>
      <w:proofErr w:type="gram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Cizí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podklady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vložené</w:t>
      </w:r>
      <w:proofErr w:type="spellEnd"/>
      <w:r>
        <w:rPr>
          <w:i/>
          <w:sz w:val="18"/>
        </w:rPr>
        <w:t xml:space="preserve"> do AI </w:t>
      </w:r>
      <w:proofErr w:type="spellStart"/>
      <w:r>
        <w:rPr>
          <w:i/>
          <w:sz w:val="18"/>
        </w:rPr>
        <w:t>uveďte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také</w:t>
      </w:r>
      <w:proofErr w:type="spellEnd"/>
      <w:r>
        <w:rPr>
          <w:i/>
          <w:sz w:val="18"/>
        </w:rPr>
        <w:t xml:space="preserve"> v </w:t>
      </w:r>
      <w:proofErr w:type="spellStart"/>
      <w:r>
        <w:rPr>
          <w:i/>
          <w:sz w:val="18"/>
        </w:rPr>
        <w:t>části</w:t>
      </w:r>
      <w:proofErr w:type="spellEnd"/>
      <w:r>
        <w:rPr>
          <w:i/>
          <w:sz w:val="18"/>
        </w:rPr>
        <w:t xml:space="preserve"> 7.</w:t>
      </w:r>
    </w:p>
    <w:p w14:paraId="1D6DE3CB" w14:textId="77777777" w:rsidR="003F3D56" w:rsidRDefault="00615E3C">
      <w:pPr>
        <w:pStyle w:val="Nadpis1"/>
      </w:pPr>
      <w:proofErr w:type="gramStart"/>
      <w:r>
        <w:t>6  Spoluautorství</w:t>
      </w:r>
      <w:proofErr w:type="gramEnd"/>
    </w:p>
    <w:p w14:paraId="1BC8B52B" w14:textId="77777777" w:rsidR="003F3D56" w:rsidRDefault="00E74044">
      <w:sdt>
        <w:sdtPr>
          <w:id w:val="109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615E3C">
            <w:rPr>
              <w:rFonts w:ascii="DejaVu Sans" w:hAnsi="DejaVu Sans"/>
            </w:rPr>
            <w:t>☐</w:t>
          </w:r>
        </w:sdtContent>
      </w:sdt>
      <w:r w:rsidR="00615E3C">
        <w:t xml:space="preserve">  Bez </w:t>
      </w:r>
      <w:proofErr w:type="spellStart"/>
      <w:r w:rsidR="00615E3C">
        <w:t>spoluautorů</w:t>
      </w:r>
      <w:proofErr w:type="spellEnd"/>
      <w:r w:rsidR="00615E3C">
        <w:t>.</w:t>
      </w:r>
    </w:p>
    <w:p w14:paraId="7DDB04F7" w14:textId="77777777" w:rsidR="003F3D56" w:rsidRDefault="00E74044">
      <w:sdt>
        <w:sdtPr>
          <w:id w:val="110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615E3C">
            <w:rPr>
              <w:rFonts w:ascii="DejaVu Sans" w:hAnsi="DejaVu Sans"/>
            </w:rPr>
            <w:t>☐</w:t>
          </w:r>
        </w:sdtContent>
      </w:sdt>
      <w:r w:rsidR="00615E3C">
        <w:t xml:space="preserve">  </w:t>
      </w:r>
      <w:proofErr w:type="spellStart"/>
      <w:r w:rsidR="00615E3C">
        <w:t>Návrh</w:t>
      </w:r>
      <w:proofErr w:type="spellEnd"/>
      <w:r w:rsidR="00615E3C">
        <w:t xml:space="preserve"> </w:t>
      </w:r>
      <w:proofErr w:type="spellStart"/>
      <w:r w:rsidR="00615E3C">
        <w:t>má</w:t>
      </w:r>
      <w:proofErr w:type="spellEnd"/>
      <w:r w:rsidR="00615E3C">
        <w:t xml:space="preserve"> </w:t>
      </w:r>
      <w:proofErr w:type="spellStart"/>
      <w:r w:rsidR="00615E3C">
        <w:t>spoluautory</w:t>
      </w:r>
      <w:proofErr w:type="spellEnd"/>
      <w:r w:rsidR="00615E3C">
        <w:t xml:space="preserve">. </w:t>
      </w:r>
      <w:proofErr w:type="spellStart"/>
      <w:r w:rsidR="00615E3C">
        <w:t>Vyplňuji</w:t>
      </w:r>
      <w:proofErr w:type="spellEnd"/>
      <w:r w:rsidR="00615E3C">
        <w:t xml:space="preserve"> </w:t>
      </w:r>
      <w:proofErr w:type="spellStart"/>
      <w:r w:rsidR="00615E3C">
        <w:t>údaje</w:t>
      </w:r>
      <w:proofErr w:type="spellEnd"/>
      <w:r w:rsidR="00615E3C">
        <w:t xml:space="preserve"> </w:t>
      </w:r>
      <w:proofErr w:type="spellStart"/>
      <w:r w:rsidR="00615E3C">
        <w:t>níže</w:t>
      </w:r>
      <w:proofErr w:type="spellEnd"/>
      <w:r w:rsidR="00615E3C">
        <w:t>.</w:t>
      </w:r>
    </w:p>
    <w:p w14:paraId="565A6978" w14:textId="77777777" w:rsidR="003F3D56" w:rsidRDefault="00615E3C">
      <w:proofErr w:type="spellStart"/>
      <w:r>
        <w:rPr>
          <w:b/>
        </w:rPr>
        <w:t>Jméno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příjmení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spoluautora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jeho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tvůrčí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příspěvek</w:t>
      </w:r>
      <w:proofErr w:type="spellEnd"/>
      <w:r>
        <w:rPr>
          <w:b/>
        </w:rPr>
        <w:t xml:space="preserve">: </w:t>
      </w:r>
      <w:r>
        <w:t>................................................</w:t>
      </w:r>
    </w:p>
    <w:p w14:paraId="658D169B" w14:textId="77777777" w:rsidR="003F3D56" w:rsidRDefault="00E74044">
      <w:sdt>
        <w:sdtPr>
          <w:id w:val="111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615E3C">
            <w:rPr>
              <w:rFonts w:ascii="DejaVu Sans" w:hAnsi="DejaVu Sans"/>
            </w:rPr>
            <w:t>☐</w:t>
          </w:r>
        </w:sdtContent>
      </w:sdt>
      <w:r w:rsidR="00615E3C">
        <w:t xml:space="preserve">  </w:t>
      </w:r>
      <w:proofErr w:type="spellStart"/>
      <w:r w:rsidR="00615E3C">
        <w:t>Zajistil</w:t>
      </w:r>
      <w:proofErr w:type="spellEnd"/>
      <w:r w:rsidR="00615E3C">
        <w:t xml:space="preserve">/a </w:t>
      </w:r>
      <w:proofErr w:type="spellStart"/>
      <w:r w:rsidR="00615E3C">
        <w:t>jsem</w:t>
      </w:r>
      <w:proofErr w:type="spellEnd"/>
      <w:r w:rsidR="00615E3C">
        <w:t xml:space="preserve"> </w:t>
      </w:r>
      <w:proofErr w:type="spellStart"/>
      <w:r w:rsidR="00615E3C">
        <w:t>souhlas</w:t>
      </w:r>
      <w:proofErr w:type="spellEnd"/>
      <w:r w:rsidR="00615E3C">
        <w:t xml:space="preserve"> </w:t>
      </w:r>
      <w:proofErr w:type="spellStart"/>
      <w:r w:rsidR="00615E3C">
        <w:t>všech</w:t>
      </w:r>
      <w:proofErr w:type="spellEnd"/>
      <w:r w:rsidR="00615E3C">
        <w:t xml:space="preserve"> </w:t>
      </w:r>
      <w:proofErr w:type="spellStart"/>
      <w:r w:rsidR="00615E3C">
        <w:t>spoluautorů</w:t>
      </w:r>
      <w:proofErr w:type="spellEnd"/>
      <w:r w:rsidR="00615E3C">
        <w:t xml:space="preserve"> s </w:t>
      </w:r>
      <w:proofErr w:type="spellStart"/>
      <w:r w:rsidR="00615E3C">
        <w:t>přihlášením</w:t>
      </w:r>
      <w:proofErr w:type="spellEnd"/>
      <w:r w:rsidR="00615E3C">
        <w:t xml:space="preserve"> a </w:t>
      </w:r>
      <w:proofErr w:type="spellStart"/>
      <w:r w:rsidR="00615E3C">
        <w:t>poskytnutím</w:t>
      </w:r>
      <w:proofErr w:type="spellEnd"/>
      <w:r w:rsidR="00615E3C">
        <w:t xml:space="preserve"> </w:t>
      </w:r>
      <w:proofErr w:type="spellStart"/>
      <w:r w:rsidR="00615E3C">
        <w:t>práv</w:t>
      </w:r>
      <w:proofErr w:type="spellEnd"/>
      <w:r w:rsidR="00615E3C">
        <w:t xml:space="preserve"> </w:t>
      </w:r>
      <w:proofErr w:type="spellStart"/>
      <w:r w:rsidR="00615E3C">
        <w:t>podle</w:t>
      </w:r>
      <w:proofErr w:type="spellEnd"/>
      <w:r w:rsidR="00615E3C">
        <w:t xml:space="preserve"> </w:t>
      </w:r>
      <w:proofErr w:type="spellStart"/>
      <w:r w:rsidR="00615E3C">
        <w:t>čl</w:t>
      </w:r>
      <w:proofErr w:type="spellEnd"/>
      <w:r w:rsidR="00615E3C">
        <w:t>. 11.</w:t>
      </w:r>
    </w:p>
    <w:p w14:paraId="70A9155E" w14:textId="77777777" w:rsidR="003F3D56" w:rsidRDefault="00615E3C">
      <w:pPr>
        <w:pStyle w:val="Nadpis1"/>
      </w:pPr>
      <w:proofErr w:type="gramStart"/>
      <w:r>
        <w:t xml:space="preserve">7  </w:t>
      </w:r>
      <w:proofErr w:type="spellStart"/>
      <w:r>
        <w:t>Podklady</w:t>
      </w:r>
      <w:proofErr w:type="spellEnd"/>
      <w:proofErr w:type="gramEnd"/>
      <w:r>
        <w:t xml:space="preserve"> </w:t>
      </w:r>
      <w:proofErr w:type="spellStart"/>
      <w:r>
        <w:t>třetích</w:t>
      </w:r>
      <w:proofErr w:type="spellEnd"/>
      <w:r>
        <w:t xml:space="preserve"> </w:t>
      </w:r>
      <w:proofErr w:type="spellStart"/>
      <w:r>
        <w:t>osob</w:t>
      </w:r>
      <w:proofErr w:type="spellEnd"/>
    </w:p>
    <w:p w14:paraId="21A5A7EB" w14:textId="77777777" w:rsidR="003F3D56" w:rsidRDefault="00E74044">
      <w:sdt>
        <w:sdtPr>
          <w:id w:val="112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615E3C">
            <w:rPr>
              <w:rFonts w:ascii="DejaVu Sans" w:hAnsi="DejaVu Sans"/>
            </w:rPr>
            <w:t>☐</w:t>
          </w:r>
        </w:sdtContent>
      </w:sdt>
      <w:r w:rsidR="00615E3C">
        <w:t xml:space="preserve">  Bez </w:t>
      </w:r>
      <w:proofErr w:type="spellStart"/>
      <w:r w:rsidR="00615E3C">
        <w:t>podkladů</w:t>
      </w:r>
      <w:proofErr w:type="spellEnd"/>
      <w:r w:rsidR="00615E3C">
        <w:t xml:space="preserve"> </w:t>
      </w:r>
      <w:proofErr w:type="spellStart"/>
      <w:r w:rsidR="00615E3C">
        <w:t>třetích</w:t>
      </w:r>
      <w:proofErr w:type="spellEnd"/>
      <w:r w:rsidR="00615E3C">
        <w:t xml:space="preserve"> </w:t>
      </w:r>
      <w:proofErr w:type="spellStart"/>
      <w:r w:rsidR="00615E3C">
        <w:t>osob</w:t>
      </w:r>
      <w:proofErr w:type="spellEnd"/>
      <w:r w:rsidR="00615E3C">
        <w:t>.</w:t>
      </w:r>
    </w:p>
    <w:p w14:paraId="6B27A415" w14:textId="77777777" w:rsidR="003F3D56" w:rsidRDefault="00E74044">
      <w:sdt>
        <w:sdtPr>
          <w:id w:val="113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615E3C">
            <w:rPr>
              <w:rFonts w:ascii="DejaVu Sans" w:hAnsi="DejaVu Sans"/>
            </w:rPr>
            <w:t>☐</w:t>
          </w:r>
        </w:sdtContent>
      </w:sdt>
      <w:r w:rsidR="00615E3C">
        <w:t xml:space="preserve">  </w:t>
      </w:r>
      <w:proofErr w:type="spellStart"/>
      <w:r w:rsidR="00615E3C">
        <w:t>Použil</w:t>
      </w:r>
      <w:proofErr w:type="spellEnd"/>
      <w:r w:rsidR="00615E3C">
        <w:t xml:space="preserve">/a </w:t>
      </w:r>
      <w:proofErr w:type="spellStart"/>
      <w:r w:rsidR="00615E3C">
        <w:t>jsem</w:t>
      </w:r>
      <w:proofErr w:type="spellEnd"/>
      <w:r w:rsidR="00615E3C">
        <w:t xml:space="preserve"> </w:t>
      </w:r>
      <w:proofErr w:type="spellStart"/>
      <w:r w:rsidR="00615E3C">
        <w:t>cizí</w:t>
      </w:r>
      <w:proofErr w:type="spellEnd"/>
      <w:r w:rsidR="00615E3C">
        <w:t xml:space="preserve"> </w:t>
      </w:r>
      <w:proofErr w:type="spellStart"/>
      <w:r w:rsidR="00615E3C">
        <w:t>podklady</w:t>
      </w:r>
      <w:proofErr w:type="spellEnd"/>
      <w:r w:rsidR="00615E3C">
        <w:t xml:space="preserve">, </w:t>
      </w:r>
      <w:proofErr w:type="spellStart"/>
      <w:r w:rsidR="00615E3C">
        <w:t>včetně</w:t>
      </w:r>
      <w:proofErr w:type="spellEnd"/>
      <w:r w:rsidR="00615E3C">
        <w:t xml:space="preserve"> </w:t>
      </w:r>
      <w:proofErr w:type="spellStart"/>
      <w:r w:rsidR="00615E3C">
        <w:t>případných</w:t>
      </w:r>
      <w:proofErr w:type="spellEnd"/>
      <w:r w:rsidR="00615E3C">
        <w:t xml:space="preserve"> </w:t>
      </w:r>
      <w:proofErr w:type="spellStart"/>
      <w:r w:rsidR="00615E3C">
        <w:t>vstupů</w:t>
      </w:r>
      <w:proofErr w:type="spellEnd"/>
      <w:r w:rsidR="00615E3C">
        <w:t xml:space="preserve"> do AI. </w:t>
      </w:r>
      <w:proofErr w:type="spellStart"/>
      <w:r w:rsidR="00615E3C">
        <w:t>Uvádím</w:t>
      </w:r>
      <w:proofErr w:type="spellEnd"/>
      <w:r w:rsidR="00615E3C">
        <w:t xml:space="preserve"> je </w:t>
      </w:r>
      <w:proofErr w:type="spellStart"/>
      <w:r w:rsidR="00615E3C">
        <w:t>níže</w:t>
      </w:r>
      <w:proofErr w:type="spellEnd"/>
      <w:r w:rsidR="00615E3C">
        <w:t>.</w:t>
      </w:r>
    </w:p>
    <w:p w14:paraId="6ACE9EEE" w14:textId="1B46EEBB" w:rsidR="003F3D56" w:rsidRDefault="008B4B98">
      <w:proofErr w:type="spellStart"/>
      <w:r w:rsidRPr="008B4B98">
        <w:rPr>
          <w:b/>
        </w:rPr>
        <w:t>Jaký</w:t>
      </w:r>
      <w:proofErr w:type="spellEnd"/>
      <w:r w:rsidRPr="008B4B98">
        <w:rPr>
          <w:b/>
        </w:rPr>
        <w:t xml:space="preserve"> </w:t>
      </w:r>
      <w:proofErr w:type="spellStart"/>
      <w:r w:rsidRPr="008B4B98">
        <w:rPr>
          <w:b/>
        </w:rPr>
        <w:t>cizí</w:t>
      </w:r>
      <w:proofErr w:type="spellEnd"/>
      <w:r w:rsidRPr="008B4B98">
        <w:rPr>
          <w:b/>
        </w:rPr>
        <w:t xml:space="preserve"> </w:t>
      </w:r>
      <w:proofErr w:type="spellStart"/>
      <w:r w:rsidRPr="008B4B98">
        <w:rPr>
          <w:b/>
        </w:rPr>
        <w:t>podklad</w:t>
      </w:r>
      <w:proofErr w:type="spellEnd"/>
      <w:r w:rsidRPr="008B4B98">
        <w:rPr>
          <w:b/>
        </w:rPr>
        <w:t xml:space="preserve"> </w:t>
      </w:r>
      <w:proofErr w:type="spellStart"/>
      <w:r w:rsidRPr="008B4B98">
        <w:rPr>
          <w:b/>
        </w:rPr>
        <w:t>jste</w:t>
      </w:r>
      <w:proofErr w:type="spellEnd"/>
      <w:r w:rsidRPr="008B4B98">
        <w:rPr>
          <w:b/>
        </w:rPr>
        <w:t xml:space="preserve"> </w:t>
      </w:r>
      <w:proofErr w:type="spellStart"/>
      <w:r w:rsidRPr="008B4B98">
        <w:rPr>
          <w:b/>
        </w:rPr>
        <w:t>použil</w:t>
      </w:r>
      <w:proofErr w:type="spellEnd"/>
      <w:r w:rsidRPr="008B4B98">
        <w:rPr>
          <w:b/>
        </w:rPr>
        <w:t xml:space="preserve">/a a </w:t>
      </w:r>
      <w:proofErr w:type="spellStart"/>
      <w:r w:rsidRPr="008B4B98">
        <w:rPr>
          <w:b/>
        </w:rPr>
        <w:t>kde</w:t>
      </w:r>
      <w:proofErr w:type="spellEnd"/>
      <w:r w:rsidRPr="008B4B98">
        <w:rPr>
          <w:b/>
        </w:rPr>
        <w:t xml:space="preserve"> v </w:t>
      </w:r>
      <w:proofErr w:type="spellStart"/>
      <w:r w:rsidRPr="008B4B98">
        <w:rPr>
          <w:b/>
        </w:rPr>
        <w:t>návrhu</w:t>
      </w:r>
      <w:proofErr w:type="spellEnd"/>
      <w:r w:rsidRPr="008B4B98">
        <w:rPr>
          <w:b/>
        </w:rPr>
        <w:t>?</w:t>
      </w:r>
      <w:r w:rsidR="00615E3C">
        <w:t>................................................</w:t>
      </w:r>
      <w:r w:rsidR="00934AD6">
        <w:t>......</w:t>
      </w:r>
      <w:r w:rsidR="000A7B5E">
        <w:t>..</w:t>
      </w:r>
    </w:p>
    <w:p w14:paraId="13B4007B" w14:textId="4CC777AC" w:rsidR="003F3D56" w:rsidRDefault="00615E3C">
      <w:proofErr w:type="spellStart"/>
      <w:r>
        <w:rPr>
          <w:b/>
        </w:rPr>
        <w:t>Zdroj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autor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či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nositel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práv</w:t>
      </w:r>
      <w:proofErr w:type="spellEnd"/>
      <w:r>
        <w:rPr>
          <w:b/>
        </w:rPr>
        <w:t xml:space="preserve">, je-li </w:t>
      </w:r>
      <w:proofErr w:type="spellStart"/>
      <w:r>
        <w:rPr>
          <w:b/>
        </w:rPr>
        <w:t>znám</w:t>
      </w:r>
      <w:proofErr w:type="spellEnd"/>
      <w:r>
        <w:rPr>
          <w:b/>
        </w:rPr>
        <w:t xml:space="preserve">: </w:t>
      </w:r>
      <w:r>
        <w:t>................................................</w:t>
      </w:r>
      <w:r w:rsidR="00934AD6">
        <w:t>................</w:t>
      </w:r>
      <w:r w:rsidR="000A7B5E">
        <w:t>..</w:t>
      </w:r>
    </w:p>
    <w:p w14:paraId="39F96637" w14:textId="2ADD4DBB" w:rsidR="000A7B5E" w:rsidRPr="000A7B5E" w:rsidRDefault="000A7B5E" w:rsidP="000A7B5E">
      <w:pPr>
        <w:rPr>
          <w:lang w:val="cs-CZ"/>
        </w:rPr>
      </w:pPr>
      <w:r w:rsidRPr="000A7B5E">
        <w:rPr>
          <w:b/>
          <w:bCs/>
          <w:lang w:val="cs-CZ"/>
        </w:rPr>
        <w:t xml:space="preserve">Na </w:t>
      </w:r>
      <w:proofErr w:type="gramStart"/>
      <w:r w:rsidRPr="000A7B5E">
        <w:rPr>
          <w:b/>
          <w:bCs/>
          <w:lang w:val="cs-CZ"/>
        </w:rPr>
        <w:t>základě</w:t>
      </w:r>
      <w:proofErr w:type="gramEnd"/>
      <w:r w:rsidRPr="000A7B5E">
        <w:rPr>
          <w:b/>
          <w:bCs/>
          <w:lang w:val="cs-CZ"/>
        </w:rPr>
        <w:t xml:space="preserve"> čeho můžete podklad použít?</w:t>
      </w:r>
      <w:r>
        <w:rPr>
          <w:b/>
          <w:bCs/>
          <w:lang w:val="cs-CZ"/>
        </w:rPr>
        <w:t xml:space="preserve"> </w:t>
      </w:r>
      <w:r>
        <w:t>................................................................</w:t>
      </w:r>
    </w:p>
    <w:p w14:paraId="0A7F4037" w14:textId="77777777" w:rsidR="000A7B5E" w:rsidRDefault="000A7B5E" w:rsidP="000A7B5E">
      <w:pPr>
        <w:rPr>
          <w:i/>
          <w:iCs/>
          <w:sz w:val="18"/>
          <w:szCs w:val="18"/>
          <w:lang w:val="cs-CZ"/>
        </w:rPr>
      </w:pPr>
      <w:r w:rsidRPr="000A7B5E">
        <w:rPr>
          <w:i/>
          <w:iCs/>
          <w:sz w:val="18"/>
          <w:szCs w:val="18"/>
          <w:lang w:val="cs-CZ"/>
        </w:rPr>
        <w:t>Např. souhlas fotografa nebo licence fotobanky. Přiložte kopii souhlasu nebo odkaz na konkrétní licenční podmínky.</w:t>
      </w:r>
    </w:p>
    <w:p w14:paraId="6E630F7A" w14:textId="6E3CD399" w:rsidR="000A7B5E" w:rsidRPr="000A7B5E" w:rsidRDefault="000A7B5E" w:rsidP="000A7B5E">
      <w:pPr>
        <w:rPr>
          <w:lang w:val="cs-CZ"/>
        </w:rPr>
      </w:pPr>
      <w:r w:rsidRPr="000A7B5E">
        <w:rPr>
          <w:b/>
          <w:bCs/>
          <w:lang w:val="cs-CZ"/>
        </w:rPr>
        <w:t>Jaké podmínky je nutné dodržet?</w:t>
      </w:r>
      <w:r>
        <w:rPr>
          <w:b/>
          <w:bCs/>
          <w:lang w:val="cs-CZ"/>
        </w:rPr>
        <w:t xml:space="preserve"> </w:t>
      </w:r>
      <w:r>
        <w:t>................................................................</w:t>
      </w:r>
      <w:r>
        <w:t>............</w:t>
      </w:r>
    </w:p>
    <w:p w14:paraId="225E913D" w14:textId="26D3DBBA" w:rsidR="000A7B5E" w:rsidRPr="000A7B5E" w:rsidRDefault="000A7B5E">
      <w:pPr>
        <w:rPr>
          <w:sz w:val="18"/>
          <w:szCs w:val="18"/>
          <w:lang w:val="cs-CZ"/>
        </w:rPr>
      </w:pPr>
      <w:r w:rsidRPr="000A7B5E">
        <w:rPr>
          <w:i/>
          <w:iCs/>
          <w:sz w:val="18"/>
          <w:szCs w:val="18"/>
          <w:lang w:val="cs-CZ"/>
        </w:rPr>
        <w:t>Např. uvedení jména autora. Pokud žádné zvláštní podmínky nejsou, napište „žádné“.</w:t>
      </w:r>
    </w:p>
    <w:p w14:paraId="3FB71D2A" w14:textId="77777777" w:rsidR="003F3D56" w:rsidRDefault="00615E3C">
      <w:pPr>
        <w:spacing w:after="160"/>
        <w:rPr>
          <w:i/>
          <w:sz w:val="18"/>
        </w:rPr>
      </w:pPr>
      <w:proofErr w:type="spellStart"/>
      <w:r>
        <w:rPr>
          <w:i/>
          <w:sz w:val="18"/>
        </w:rPr>
        <w:t>Samotný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odkaz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na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obrázek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nestačí</w:t>
      </w:r>
      <w:proofErr w:type="spellEnd"/>
      <w:r>
        <w:rPr>
          <w:i/>
          <w:sz w:val="18"/>
        </w:rPr>
        <w:t xml:space="preserve">. </w:t>
      </w:r>
      <w:proofErr w:type="spellStart"/>
      <w:r>
        <w:rPr>
          <w:i/>
          <w:sz w:val="18"/>
        </w:rPr>
        <w:t>Oprávnění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musí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odpovídat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užití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podle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čl</w:t>
      </w:r>
      <w:proofErr w:type="spellEnd"/>
      <w:r>
        <w:rPr>
          <w:i/>
          <w:sz w:val="18"/>
        </w:rPr>
        <w:t xml:space="preserve">. 11, </w:t>
      </w:r>
      <w:proofErr w:type="spellStart"/>
      <w:r>
        <w:rPr>
          <w:i/>
          <w:sz w:val="18"/>
        </w:rPr>
        <w:t>včetně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úprav</w:t>
      </w:r>
      <w:proofErr w:type="spellEnd"/>
      <w:r>
        <w:rPr>
          <w:i/>
          <w:sz w:val="18"/>
        </w:rPr>
        <w:t xml:space="preserve">, </w:t>
      </w:r>
      <w:proofErr w:type="spellStart"/>
      <w:r>
        <w:rPr>
          <w:i/>
          <w:sz w:val="18"/>
        </w:rPr>
        <w:t>potisku</w:t>
      </w:r>
      <w:proofErr w:type="spellEnd"/>
      <w:r>
        <w:rPr>
          <w:i/>
          <w:sz w:val="18"/>
        </w:rPr>
        <w:t xml:space="preserve"> a </w:t>
      </w:r>
      <w:proofErr w:type="spellStart"/>
      <w:r>
        <w:rPr>
          <w:i/>
          <w:sz w:val="18"/>
        </w:rPr>
        <w:t>prodeje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výrobků</w:t>
      </w:r>
      <w:proofErr w:type="spellEnd"/>
      <w:r>
        <w:rPr>
          <w:i/>
          <w:sz w:val="18"/>
        </w:rPr>
        <w:t>.</w:t>
      </w:r>
    </w:p>
    <w:p w14:paraId="31BA86CF" w14:textId="49095048" w:rsidR="00E74044" w:rsidRPr="00E74044" w:rsidRDefault="00E74044">
      <w:pPr>
        <w:spacing w:after="160"/>
        <w:rPr>
          <w:sz w:val="18"/>
          <w:szCs w:val="18"/>
        </w:rPr>
      </w:pPr>
      <w:r w:rsidRPr="00E74044">
        <w:rPr>
          <w:sz w:val="18"/>
          <w:szCs w:val="18"/>
        </w:rPr>
        <w:t xml:space="preserve">U </w:t>
      </w:r>
      <w:proofErr w:type="spellStart"/>
      <w:r w:rsidRPr="00E74044">
        <w:rPr>
          <w:sz w:val="18"/>
          <w:szCs w:val="18"/>
        </w:rPr>
        <w:t>více</w:t>
      </w:r>
      <w:proofErr w:type="spellEnd"/>
      <w:r w:rsidRPr="00E74044">
        <w:rPr>
          <w:sz w:val="18"/>
          <w:szCs w:val="18"/>
        </w:rPr>
        <w:t xml:space="preserve"> </w:t>
      </w:r>
      <w:proofErr w:type="spellStart"/>
      <w:r w:rsidRPr="00E74044">
        <w:rPr>
          <w:sz w:val="18"/>
          <w:szCs w:val="18"/>
        </w:rPr>
        <w:t>podkladů</w:t>
      </w:r>
      <w:proofErr w:type="spellEnd"/>
      <w:r w:rsidRPr="00E74044">
        <w:rPr>
          <w:sz w:val="18"/>
          <w:szCs w:val="18"/>
        </w:rPr>
        <w:t xml:space="preserve"> </w:t>
      </w:r>
      <w:proofErr w:type="spellStart"/>
      <w:r w:rsidRPr="00E74044">
        <w:rPr>
          <w:sz w:val="18"/>
          <w:szCs w:val="18"/>
        </w:rPr>
        <w:t>tuto</w:t>
      </w:r>
      <w:proofErr w:type="spellEnd"/>
      <w:r w:rsidRPr="00E74044">
        <w:rPr>
          <w:sz w:val="18"/>
          <w:szCs w:val="18"/>
        </w:rPr>
        <w:t xml:space="preserve"> </w:t>
      </w:r>
      <w:proofErr w:type="spellStart"/>
      <w:r w:rsidRPr="00E74044">
        <w:rPr>
          <w:sz w:val="18"/>
          <w:szCs w:val="18"/>
        </w:rPr>
        <w:t>část</w:t>
      </w:r>
      <w:proofErr w:type="spellEnd"/>
      <w:r w:rsidRPr="00E74044">
        <w:rPr>
          <w:sz w:val="18"/>
          <w:szCs w:val="18"/>
        </w:rPr>
        <w:t xml:space="preserve"> </w:t>
      </w:r>
      <w:proofErr w:type="spellStart"/>
      <w:r w:rsidRPr="00E74044">
        <w:rPr>
          <w:sz w:val="18"/>
          <w:szCs w:val="18"/>
        </w:rPr>
        <w:t>zkopírujte</w:t>
      </w:r>
      <w:proofErr w:type="spellEnd"/>
      <w:r w:rsidRPr="00E74044">
        <w:rPr>
          <w:sz w:val="18"/>
          <w:szCs w:val="18"/>
        </w:rPr>
        <w:t xml:space="preserve"> </w:t>
      </w:r>
      <w:proofErr w:type="spellStart"/>
      <w:r w:rsidRPr="00E74044">
        <w:rPr>
          <w:sz w:val="18"/>
          <w:szCs w:val="18"/>
        </w:rPr>
        <w:t>nebo</w:t>
      </w:r>
      <w:proofErr w:type="spellEnd"/>
      <w:r w:rsidRPr="00E74044">
        <w:rPr>
          <w:sz w:val="18"/>
          <w:szCs w:val="18"/>
        </w:rPr>
        <w:t xml:space="preserve"> </w:t>
      </w:r>
      <w:proofErr w:type="spellStart"/>
      <w:r w:rsidRPr="00E74044">
        <w:rPr>
          <w:sz w:val="18"/>
          <w:szCs w:val="18"/>
        </w:rPr>
        <w:t>přiložte</w:t>
      </w:r>
      <w:proofErr w:type="spellEnd"/>
      <w:r w:rsidRPr="00E74044">
        <w:rPr>
          <w:sz w:val="18"/>
          <w:szCs w:val="18"/>
        </w:rPr>
        <w:t xml:space="preserve"> </w:t>
      </w:r>
      <w:proofErr w:type="spellStart"/>
      <w:r w:rsidRPr="00E74044">
        <w:rPr>
          <w:sz w:val="18"/>
          <w:szCs w:val="18"/>
        </w:rPr>
        <w:t>samostatný</w:t>
      </w:r>
      <w:proofErr w:type="spellEnd"/>
      <w:r w:rsidRPr="00E74044">
        <w:rPr>
          <w:sz w:val="18"/>
          <w:szCs w:val="18"/>
        </w:rPr>
        <w:t xml:space="preserve"> </w:t>
      </w:r>
      <w:proofErr w:type="spellStart"/>
      <w:r w:rsidRPr="00E74044">
        <w:rPr>
          <w:sz w:val="18"/>
          <w:szCs w:val="18"/>
        </w:rPr>
        <w:t>seznam</w:t>
      </w:r>
      <w:proofErr w:type="spellEnd"/>
      <w:r w:rsidRPr="00E74044">
        <w:rPr>
          <w:sz w:val="18"/>
          <w:szCs w:val="18"/>
        </w:rPr>
        <w:t>.</w:t>
      </w:r>
    </w:p>
    <w:p w14:paraId="6EE6A7CD" w14:textId="77777777" w:rsidR="003F3D56" w:rsidRDefault="00615E3C">
      <w:pPr>
        <w:pStyle w:val="Nadpis1"/>
      </w:pPr>
      <w:proofErr w:type="gramStart"/>
      <w:r>
        <w:t xml:space="preserve">8  </w:t>
      </w:r>
      <w:proofErr w:type="spellStart"/>
      <w:r>
        <w:t>Prohlášení</w:t>
      </w:r>
      <w:proofErr w:type="spellEnd"/>
      <w:proofErr w:type="gramEnd"/>
      <w:r>
        <w:t xml:space="preserve"> a </w:t>
      </w:r>
      <w:proofErr w:type="spellStart"/>
      <w:r>
        <w:t>odeslání</w:t>
      </w:r>
      <w:proofErr w:type="spellEnd"/>
    </w:p>
    <w:p w14:paraId="21C0519F" w14:textId="77777777" w:rsidR="003F3D56" w:rsidRDefault="00E74044">
      <w:sdt>
        <w:sdtPr>
          <w:id w:val="114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615E3C">
            <w:rPr>
              <w:rFonts w:ascii="DejaVu Sans" w:hAnsi="DejaVu Sans"/>
            </w:rPr>
            <w:t>☐</w:t>
          </w:r>
        </w:sdtContent>
      </w:sdt>
      <w:r w:rsidR="00615E3C">
        <w:t xml:space="preserve">  </w:t>
      </w:r>
      <w:proofErr w:type="spellStart"/>
      <w:r w:rsidR="00615E3C" w:rsidRPr="00E74044">
        <w:rPr>
          <w:sz w:val="18"/>
          <w:szCs w:val="18"/>
        </w:rPr>
        <w:t>Potvrzuji</w:t>
      </w:r>
      <w:proofErr w:type="spellEnd"/>
      <w:r w:rsidR="00615E3C" w:rsidRPr="00E74044">
        <w:rPr>
          <w:sz w:val="18"/>
          <w:szCs w:val="18"/>
        </w:rPr>
        <w:t xml:space="preserve">, </w:t>
      </w:r>
      <w:proofErr w:type="spellStart"/>
      <w:r w:rsidR="00615E3C" w:rsidRPr="00E74044">
        <w:rPr>
          <w:sz w:val="18"/>
          <w:szCs w:val="18"/>
        </w:rPr>
        <w:t>že</w:t>
      </w:r>
      <w:proofErr w:type="spellEnd"/>
      <w:r w:rsidR="00615E3C" w:rsidRPr="00E74044">
        <w:rPr>
          <w:sz w:val="18"/>
          <w:szCs w:val="18"/>
        </w:rPr>
        <w:t xml:space="preserve"> </w:t>
      </w:r>
      <w:proofErr w:type="spellStart"/>
      <w:r w:rsidR="00615E3C" w:rsidRPr="00E74044">
        <w:rPr>
          <w:sz w:val="18"/>
          <w:szCs w:val="18"/>
        </w:rPr>
        <w:t>jsem</w:t>
      </w:r>
      <w:proofErr w:type="spellEnd"/>
      <w:r w:rsidR="00615E3C" w:rsidRPr="00E74044">
        <w:rPr>
          <w:sz w:val="18"/>
          <w:szCs w:val="18"/>
        </w:rPr>
        <w:t xml:space="preserve"> se </w:t>
      </w:r>
      <w:proofErr w:type="spellStart"/>
      <w:r w:rsidR="00615E3C" w:rsidRPr="00E74044">
        <w:rPr>
          <w:sz w:val="18"/>
          <w:szCs w:val="18"/>
        </w:rPr>
        <w:t>seznámil</w:t>
      </w:r>
      <w:proofErr w:type="spellEnd"/>
      <w:r w:rsidR="00615E3C" w:rsidRPr="00E74044">
        <w:rPr>
          <w:sz w:val="18"/>
          <w:szCs w:val="18"/>
        </w:rPr>
        <w:t xml:space="preserve">/a s </w:t>
      </w:r>
      <w:proofErr w:type="spellStart"/>
      <w:r w:rsidR="00615E3C" w:rsidRPr="00E74044">
        <w:rPr>
          <w:sz w:val="18"/>
          <w:szCs w:val="18"/>
        </w:rPr>
        <w:t>úplnými</w:t>
      </w:r>
      <w:proofErr w:type="spellEnd"/>
      <w:r w:rsidR="00615E3C" w:rsidRPr="00E74044">
        <w:rPr>
          <w:sz w:val="18"/>
          <w:szCs w:val="18"/>
        </w:rPr>
        <w:t xml:space="preserve"> </w:t>
      </w:r>
      <w:proofErr w:type="spellStart"/>
      <w:r w:rsidR="00615E3C" w:rsidRPr="00E74044">
        <w:rPr>
          <w:sz w:val="18"/>
          <w:szCs w:val="18"/>
        </w:rPr>
        <w:t>pravidly</w:t>
      </w:r>
      <w:proofErr w:type="spellEnd"/>
      <w:r w:rsidR="00615E3C" w:rsidRPr="00E74044">
        <w:rPr>
          <w:sz w:val="18"/>
          <w:szCs w:val="18"/>
        </w:rPr>
        <w:t xml:space="preserve"> </w:t>
      </w:r>
      <w:proofErr w:type="spellStart"/>
      <w:r w:rsidR="00615E3C" w:rsidRPr="00E74044">
        <w:rPr>
          <w:sz w:val="18"/>
          <w:szCs w:val="18"/>
        </w:rPr>
        <w:t>soutěže</w:t>
      </w:r>
      <w:proofErr w:type="spellEnd"/>
      <w:r w:rsidR="00615E3C" w:rsidRPr="00E74044">
        <w:rPr>
          <w:sz w:val="18"/>
          <w:szCs w:val="18"/>
        </w:rPr>
        <w:t xml:space="preserve"> Praha v </w:t>
      </w:r>
      <w:proofErr w:type="spellStart"/>
      <w:r w:rsidR="00615E3C" w:rsidRPr="00E74044">
        <w:rPr>
          <w:sz w:val="18"/>
          <w:szCs w:val="18"/>
        </w:rPr>
        <w:t>mojí</w:t>
      </w:r>
      <w:proofErr w:type="spellEnd"/>
      <w:r w:rsidR="00615E3C" w:rsidRPr="00E74044">
        <w:rPr>
          <w:sz w:val="18"/>
          <w:szCs w:val="18"/>
        </w:rPr>
        <w:t xml:space="preserve"> </w:t>
      </w:r>
      <w:proofErr w:type="spellStart"/>
      <w:r w:rsidR="00615E3C" w:rsidRPr="00E74044">
        <w:rPr>
          <w:sz w:val="18"/>
          <w:szCs w:val="18"/>
        </w:rPr>
        <w:t>stopě</w:t>
      </w:r>
      <w:proofErr w:type="spellEnd"/>
      <w:r w:rsidR="00615E3C" w:rsidRPr="00E74044">
        <w:rPr>
          <w:sz w:val="18"/>
          <w:szCs w:val="18"/>
        </w:rPr>
        <w:t xml:space="preserve"> a </w:t>
      </w:r>
      <w:proofErr w:type="spellStart"/>
      <w:r w:rsidR="00615E3C" w:rsidRPr="00E74044">
        <w:rPr>
          <w:sz w:val="18"/>
          <w:szCs w:val="18"/>
        </w:rPr>
        <w:t>souhlasím</w:t>
      </w:r>
      <w:proofErr w:type="spellEnd"/>
      <w:r w:rsidR="00615E3C" w:rsidRPr="00E74044">
        <w:rPr>
          <w:sz w:val="18"/>
          <w:szCs w:val="18"/>
        </w:rPr>
        <w:t xml:space="preserve"> s </w:t>
      </w:r>
      <w:proofErr w:type="spellStart"/>
      <w:r w:rsidR="00615E3C" w:rsidRPr="00E74044">
        <w:rPr>
          <w:sz w:val="18"/>
          <w:szCs w:val="18"/>
        </w:rPr>
        <w:t>nimi</w:t>
      </w:r>
      <w:proofErr w:type="spellEnd"/>
      <w:r w:rsidR="00615E3C" w:rsidRPr="00E74044">
        <w:rPr>
          <w:sz w:val="18"/>
          <w:szCs w:val="18"/>
        </w:rPr>
        <w:t xml:space="preserve">. </w:t>
      </w:r>
      <w:proofErr w:type="spellStart"/>
      <w:r w:rsidR="00615E3C" w:rsidRPr="00E74044">
        <w:rPr>
          <w:sz w:val="18"/>
          <w:szCs w:val="18"/>
        </w:rPr>
        <w:t>Údaje</w:t>
      </w:r>
      <w:proofErr w:type="spellEnd"/>
      <w:r w:rsidR="00615E3C" w:rsidRPr="00E74044">
        <w:rPr>
          <w:sz w:val="18"/>
          <w:szCs w:val="18"/>
        </w:rPr>
        <w:t xml:space="preserve"> o </w:t>
      </w:r>
      <w:proofErr w:type="spellStart"/>
      <w:r w:rsidR="00615E3C" w:rsidRPr="00E74044">
        <w:rPr>
          <w:sz w:val="18"/>
          <w:szCs w:val="18"/>
        </w:rPr>
        <w:t>způsobu</w:t>
      </w:r>
      <w:proofErr w:type="spellEnd"/>
      <w:r w:rsidR="00615E3C" w:rsidRPr="00E74044">
        <w:rPr>
          <w:sz w:val="18"/>
          <w:szCs w:val="18"/>
        </w:rPr>
        <w:t xml:space="preserve"> </w:t>
      </w:r>
      <w:proofErr w:type="spellStart"/>
      <w:r w:rsidR="00615E3C" w:rsidRPr="00E74044">
        <w:rPr>
          <w:sz w:val="18"/>
          <w:szCs w:val="18"/>
        </w:rPr>
        <w:t>vytvoření</w:t>
      </w:r>
      <w:proofErr w:type="spellEnd"/>
      <w:r w:rsidR="00615E3C" w:rsidRPr="00E74044">
        <w:rPr>
          <w:sz w:val="18"/>
          <w:szCs w:val="18"/>
        </w:rPr>
        <w:t xml:space="preserve"> </w:t>
      </w:r>
      <w:proofErr w:type="spellStart"/>
      <w:r w:rsidR="00615E3C" w:rsidRPr="00E74044">
        <w:rPr>
          <w:sz w:val="18"/>
          <w:szCs w:val="18"/>
        </w:rPr>
        <w:t>návrhu</w:t>
      </w:r>
      <w:proofErr w:type="spellEnd"/>
      <w:r w:rsidR="00615E3C" w:rsidRPr="00E74044">
        <w:rPr>
          <w:sz w:val="18"/>
          <w:szCs w:val="18"/>
        </w:rPr>
        <w:t xml:space="preserve">, </w:t>
      </w:r>
      <w:proofErr w:type="spellStart"/>
      <w:r w:rsidR="00615E3C" w:rsidRPr="00E74044">
        <w:rPr>
          <w:sz w:val="18"/>
          <w:szCs w:val="18"/>
        </w:rPr>
        <w:t>spoluautorství</w:t>
      </w:r>
      <w:proofErr w:type="spellEnd"/>
      <w:r w:rsidR="00615E3C" w:rsidRPr="00E74044">
        <w:rPr>
          <w:sz w:val="18"/>
          <w:szCs w:val="18"/>
        </w:rPr>
        <w:t xml:space="preserve"> a </w:t>
      </w:r>
      <w:proofErr w:type="spellStart"/>
      <w:r w:rsidR="00615E3C" w:rsidRPr="00E74044">
        <w:rPr>
          <w:sz w:val="18"/>
          <w:szCs w:val="18"/>
        </w:rPr>
        <w:t>použitých</w:t>
      </w:r>
      <w:proofErr w:type="spellEnd"/>
      <w:r w:rsidR="00615E3C" w:rsidRPr="00E74044">
        <w:rPr>
          <w:sz w:val="18"/>
          <w:szCs w:val="18"/>
        </w:rPr>
        <w:t xml:space="preserve"> </w:t>
      </w:r>
      <w:proofErr w:type="spellStart"/>
      <w:r w:rsidR="00615E3C" w:rsidRPr="00E74044">
        <w:rPr>
          <w:sz w:val="18"/>
          <w:szCs w:val="18"/>
        </w:rPr>
        <w:t>podkladech</w:t>
      </w:r>
      <w:proofErr w:type="spellEnd"/>
      <w:r w:rsidR="00615E3C" w:rsidRPr="00E74044">
        <w:rPr>
          <w:sz w:val="18"/>
          <w:szCs w:val="18"/>
        </w:rPr>
        <w:t xml:space="preserve"> </w:t>
      </w:r>
      <w:proofErr w:type="spellStart"/>
      <w:r w:rsidR="00615E3C" w:rsidRPr="00E74044">
        <w:rPr>
          <w:sz w:val="18"/>
          <w:szCs w:val="18"/>
        </w:rPr>
        <w:t>jsou</w:t>
      </w:r>
      <w:proofErr w:type="spellEnd"/>
      <w:r w:rsidR="00615E3C" w:rsidRPr="00E74044">
        <w:rPr>
          <w:sz w:val="18"/>
          <w:szCs w:val="18"/>
        </w:rPr>
        <w:t xml:space="preserve"> </w:t>
      </w:r>
      <w:proofErr w:type="spellStart"/>
      <w:r w:rsidR="00615E3C" w:rsidRPr="00E74044">
        <w:rPr>
          <w:sz w:val="18"/>
          <w:szCs w:val="18"/>
        </w:rPr>
        <w:t>pravdivé</w:t>
      </w:r>
      <w:proofErr w:type="spellEnd"/>
      <w:r w:rsidR="00615E3C" w:rsidRPr="00E74044">
        <w:rPr>
          <w:sz w:val="18"/>
          <w:szCs w:val="18"/>
        </w:rPr>
        <w:t xml:space="preserve"> a </w:t>
      </w:r>
      <w:proofErr w:type="spellStart"/>
      <w:r w:rsidR="00615E3C" w:rsidRPr="00E74044">
        <w:rPr>
          <w:sz w:val="18"/>
          <w:szCs w:val="18"/>
        </w:rPr>
        <w:t>úplné</w:t>
      </w:r>
      <w:proofErr w:type="spellEnd"/>
      <w:r w:rsidR="00615E3C" w:rsidRPr="00E74044">
        <w:rPr>
          <w:sz w:val="18"/>
          <w:szCs w:val="18"/>
        </w:rPr>
        <w:t xml:space="preserve">. Jsem </w:t>
      </w:r>
      <w:proofErr w:type="spellStart"/>
      <w:r w:rsidR="00615E3C" w:rsidRPr="00E74044">
        <w:rPr>
          <w:sz w:val="18"/>
          <w:szCs w:val="18"/>
        </w:rPr>
        <w:t>oprávněn</w:t>
      </w:r>
      <w:proofErr w:type="spellEnd"/>
      <w:r w:rsidR="00615E3C" w:rsidRPr="00E74044">
        <w:rPr>
          <w:sz w:val="18"/>
          <w:szCs w:val="18"/>
        </w:rPr>
        <w:t xml:space="preserve">/a </w:t>
      </w:r>
      <w:proofErr w:type="spellStart"/>
      <w:r w:rsidR="00615E3C" w:rsidRPr="00E74044">
        <w:rPr>
          <w:sz w:val="18"/>
          <w:szCs w:val="18"/>
        </w:rPr>
        <w:t>návrh</w:t>
      </w:r>
      <w:proofErr w:type="spellEnd"/>
      <w:r w:rsidR="00615E3C" w:rsidRPr="00E74044">
        <w:rPr>
          <w:sz w:val="18"/>
          <w:szCs w:val="18"/>
        </w:rPr>
        <w:t xml:space="preserve"> </w:t>
      </w:r>
      <w:proofErr w:type="spellStart"/>
      <w:r w:rsidR="00615E3C" w:rsidRPr="00E74044">
        <w:rPr>
          <w:sz w:val="18"/>
          <w:szCs w:val="18"/>
        </w:rPr>
        <w:t>přihlásit</w:t>
      </w:r>
      <w:proofErr w:type="spellEnd"/>
      <w:r w:rsidR="00615E3C" w:rsidRPr="00E74044">
        <w:rPr>
          <w:sz w:val="18"/>
          <w:szCs w:val="18"/>
        </w:rPr>
        <w:t xml:space="preserve"> a </w:t>
      </w:r>
      <w:proofErr w:type="spellStart"/>
      <w:r w:rsidR="00615E3C" w:rsidRPr="00E74044">
        <w:rPr>
          <w:sz w:val="18"/>
          <w:szCs w:val="18"/>
        </w:rPr>
        <w:t>zajistil</w:t>
      </w:r>
      <w:proofErr w:type="spellEnd"/>
      <w:r w:rsidR="00615E3C" w:rsidRPr="00E74044">
        <w:rPr>
          <w:sz w:val="18"/>
          <w:szCs w:val="18"/>
        </w:rPr>
        <w:t xml:space="preserve">/a </w:t>
      </w:r>
      <w:proofErr w:type="spellStart"/>
      <w:r w:rsidR="00615E3C" w:rsidRPr="00E74044">
        <w:rPr>
          <w:sz w:val="18"/>
          <w:szCs w:val="18"/>
        </w:rPr>
        <w:t>jsem</w:t>
      </w:r>
      <w:proofErr w:type="spellEnd"/>
      <w:r w:rsidR="00615E3C" w:rsidRPr="00E74044">
        <w:rPr>
          <w:sz w:val="18"/>
          <w:szCs w:val="18"/>
        </w:rPr>
        <w:t xml:space="preserve"> </w:t>
      </w:r>
      <w:proofErr w:type="spellStart"/>
      <w:r w:rsidR="00615E3C" w:rsidRPr="00E74044">
        <w:rPr>
          <w:sz w:val="18"/>
          <w:szCs w:val="18"/>
        </w:rPr>
        <w:t>oprávnění</w:t>
      </w:r>
      <w:proofErr w:type="spellEnd"/>
      <w:r w:rsidR="00615E3C" w:rsidRPr="00E74044">
        <w:rPr>
          <w:sz w:val="18"/>
          <w:szCs w:val="18"/>
        </w:rPr>
        <w:t xml:space="preserve"> </w:t>
      </w:r>
      <w:proofErr w:type="spellStart"/>
      <w:r w:rsidR="00615E3C" w:rsidRPr="00E74044">
        <w:rPr>
          <w:sz w:val="18"/>
          <w:szCs w:val="18"/>
        </w:rPr>
        <w:t>potřebná</w:t>
      </w:r>
      <w:proofErr w:type="spellEnd"/>
      <w:r w:rsidR="00615E3C" w:rsidRPr="00E74044">
        <w:rPr>
          <w:sz w:val="18"/>
          <w:szCs w:val="18"/>
        </w:rPr>
        <w:t xml:space="preserve"> k </w:t>
      </w:r>
      <w:proofErr w:type="spellStart"/>
      <w:r w:rsidR="00615E3C" w:rsidRPr="00E74044">
        <w:rPr>
          <w:sz w:val="18"/>
          <w:szCs w:val="18"/>
        </w:rPr>
        <w:t>jeho</w:t>
      </w:r>
      <w:proofErr w:type="spellEnd"/>
      <w:r w:rsidR="00615E3C" w:rsidRPr="00E74044">
        <w:rPr>
          <w:sz w:val="18"/>
          <w:szCs w:val="18"/>
        </w:rPr>
        <w:t xml:space="preserve"> </w:t>
      </w:r>
      <w:proofErr w:type="spellStart"/>
      <w:r w:rsidR="00615E3C" w:rsidRPr="00E74044">
        <w:rPr>
          <w:sz w:val="18"/>
          <w:szCs w:val="18"/>
        </w:rPr>
        <w:t>užití</w:t>
      </w:r>
      <w:proofErr w:type="spellEnd"/>
      <w:r w:rsidR="00615E3C" w:rsidRPr="00E74044">
        <w:rPr>
          <w:sz w:val="18"/>
          <w:szCs w:val="18"/>
        </w:rPr>
        <w:t xml:space="preserve"> v </w:t>
      </w:r>
      <w:proofErr w:type="spellStart"/>
      <w:r w:rsidR="00615E3C" w:rsidRPr="00E74044">
        <w:rPr>
          <w:sz w:val="18"/>
          <w:szCs w:val="18"/>
        </w:rPr>
        <w:t>rozsahu</w:t>
      </w:r>
      <w:proofErr w:type="spellEnd"/>
      <w:r w:rsidR="00615E3C" w:rsidRPr="00E74044">
        <w:rPr>
          <w:sz w:val="18"/>
          <w:szCs w:val="18"/>
        </w:rPr>
        <w:t xml:space="preserve"> </w:t>
      </w:r>
      <w:proofErr w:type="spellStart"/>
      <w:r w:rsidR="00615E3C" w:rsidRPr="00E74044">
        <w:rPr>
          <w:sz w:val="18"/>
          <w:szCs w:val="18"/>
        </w:rPr>
        <w:t>čl</w:t>
      </w:r>
      <w:proofErr w:type="spellEnd"/>
      <w:r w:rsidR="00615E3C" w:rsidRPr="00E74044">
        <w:rPr>
          <w:sz w:val="18"/>
          <w:szCs w:val="18"/>
        </w:rPr>
        <w:t xml:space="preserve">. 11 </w:t>
      </w:r>
      <w:proofErr w:type="spellStart"/>
      <w:r w:rsidR="00615E3C" w:rsidRPr="00E74044">
        <w:rPr>
          <w:sz w:val="18"/>
          <w:szCs w:val="18"/>
        </w:rPr>
        <w:t>pravidel</w:t>
      </w:r>
      <w:proofErr w:type="spellEnd"/>
      <w:r w:rsidR="00615E3C" w:rsidRPr="00E74044">
        <w:rPr>
          <w:sz w:val="18"/>
          <w:szCs w:val="18"/>
        </w:rPr>
        <w:t>.</w:t>
      </w:r>
    </w:p>
    <w:p w14:paraId="6A07F4D6" w14:textId="77777777" w:rsidR="003F3D56" w:rsidRPr="00E74044" w:rsidRDefault="00615E3C">
      <w:pPr>
        <w:rPr>
          <w:sz w:val="18"/>
          <w:szCs w:val="18"/>
        </w:rPr>
      </w:pPr>
      <w:proofErr w:type="spellStart"/>
      <w:r w:rsidRPr="00E74044">
        <w:rPr>
          <w:sz w:val="18"/>
          <w:szCs w:val="18"/>
        </w:rPr>
        <w:t>Formulář</w:t>
      </w:r>
      <w:proofErr w:type="spellEnd"/>
      <w:r w:rsidRPr="00E74044">
        <w:rPr>
          <w:sz w:val="18"/>
          <w:szCs w:val="18"/>
        </w:rPr>
        <w:t xml:space="preserve"> a </w:t>
      </w:r>
      <w:proofErr w:type="spellStart"/>
      <w:r w:rsidRPr="00E74044">
        <w:rPr>
          <w:sz w:val="18"/>
          <w:szCs w:val="18"/>
        </w:rPr>
        <w:t>přílohy</w:t>
      </w:r>
      <w:proofErr w:type="spellEnd"/>
      <w:r w:rsidRPr="00E74044">
        <w:rPr>
          <w:sz w:val="18"/>
          <w:szCs w:val="18"/>
        </w:rPr>
        <w:t xml:space="preserve"> </w:t>
      </w:r>
      <w:proofErr w:type="spellStart"/>
      <w:r w:rsidRPr="00E74044">
        <w:rPr>
          <w:sz w:val="18"/>
          <w:szCs w:val="18"/>
        </w:rPr>
        <w:t>odešlete</w:t>
      </w:r>
      <w:proofErr w:type="spellEnd"/>
      <w:r w:rsidRPr="00E74044">
        <w:rPr>
          <w:sz w:val="18"/>
          <w:szCs w:val="18"/>
        </w:rPr>
        <w:t xml:space="preserve"> </w:t>
      </w:r>
      <w:proofErr w:type="spellStart"/>
      <w:r w:rsidRPr="00E74044">
        <w:rPr>
          <w:sz w:val="18"/>
          <w:szCs w:val="18"/>
        </w:rPr>
        <w:t>na</w:t>
      </w:r>
      <w:proofErr w:type="spellEnd"/>
      <w:r w:rsidRPr="00E74044">
        <w:rPr>
          <w:sz w:val="18"/>
          <w:szCs w:val="18"/>
        </w:rPr>
        <w:t xml:space="preserve"> </w:t>
      </w:r>
      <w:r w:rsidRPr="00E74044">
        <w:rPr>
          <w:b/>
          <w:bCs/>
          <w:sz w:val="18"/>
          <w:szCs w:val="18"/>
        </w:rPr>
        <w:t>info@merinoobchod</w:t>
      </w:r>
      <w:r w:rsidRPr="00E74044">
        <w:rPr>
          <w:sz w:val="18"/>
          <w:szCs w:val="18"/>
        </w:rPr>
        <w:t xml:space="preserve">.cz s </w:t>
      </w:r>
      <w:proofErr w:type="spellStart"/>
      <w:r w:rsidRPr="00E74044">
        <w:rPr>
          <w:sz w:val="18"/>
          <w:szCs w:val="18"/>
        </w:rPr>
        <w:t>předmětem</w:t>
      </w:r>
      <w:proofErr w:type="spellEnd"/>
      <w:r w:rsidRPr="00E74044">
        <w:rPr>
          <w:sz w:val="18"/>
          <w:szCs w:val="18"/>
        </w:rPr>
        <w:t xml:space="preserve"> „</w:t>
      </w:r>
      <w:r w:rsidRPr="00E74044">
        <w:rPr>
          <w:b/>
          <w:bCs/>
          <w:sz w:val="18"/>
          <w:szCs w:val="18"/>
        </w:rPr>
        <w:t xml:space="preserve">SOUTĚŽ – PRAHA V MOJÍ </w:t>
      </w:r>
      <w:proofErr w:type="gramStart"/>
      <w:r w:rsidRPr="00E74044">
        <w:rPr>
          <w:b/>
          <w:bCs/>
          <w:sz w:val="18"/>
          <w:szCs w:val="18"/>
        </w:rPr>
        <w:t>STOPĚ</w:t>
      </w:r>
      <w:r w:rsidRPr="00E74044">
        <w:rPr>
          <w:sz w:val="18"/>
          <w:szCs w:val="18"/>
        </w:rPr>
        <w:t>“ do</w:t>
      </w:r>
      <w:proofErr w:type="gramEnd"/>
      <w:r w:rsidRPr="00E74044">
        <w:rPr>
          <w:sz w:val="18"/>
          <w:szCs w:val="18"/>
        </w:rPr>
        <w:t xml:space="preserve"> </w:t>
      </w:r>
      <w:r w:rsidRPr="00E74044">
        <w:rPr>
          <w:b/>
          <w:bCs/>
          <w:sz w:val="18"/>
          <w:szCs w:val="18"/>
        </w:rPr>
        <w:t>30. 11. 2026</w:t>
      </w:r>
      <w:r w:rsidRPr="00E74044">
        <w:rPr>
          <w:sz w:val="18"/>
          <w:szCs w:val="18"/>
        </w:rPr>
        <w:t xml:space="preserve"> </w:t>
      </w:r>
      <w:proofErr w:type="spellStart"/>
      <w:r w:rsidRPr="00E74044">
        <w:rPr>
          <w:sz w:val="18"/>
          <w:szCs w:val="18"/>
        </w:rPr>
        <w:t>ve</w:t>
      </w:r>
      <w:proofErr w:type="spellEnd"/>
      <w:r w:rsidRPr="00E74044">
        <w:rPr>
          <w:sz w:val="18"/>
          <w:szCs w:val="18"/>
        </w:rPr>
        <w:t xml:space="preserve"> 23:59 hod.</w:t>
      </w:r>
    </w:p>
    <w:p w14:paraId="521AA8E5" w14:textId="2E8E9935" w:rsidR="003F3D56" w:rsidRDefault="00615E3C" w:rsidP="000A7B5E">
      <w:pPr>
        <w:spacing w:after="160"/>
      </w:pPr>
      <w:proofErr w:type="spellStart"/>
      <w:r>
        <w:rPr>
          <w:i/>
          <w:sz w:val="18"/>
        </w:rPr>
        <w:t>Před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odesláním</w:t>
      </w:r>
      <w:proofErr w:type="spellEnd"/>
      <w:r>
        <w:rPr>
          <w:i/>
          <w:sz w:val="18"/>
        </w:rPr>
        <w:t xml:space="preserve">: </w:t>
      </w:r>
      <w:proofErr w:type="spellStart"/>
      <w:r>
        <w:rPr>
          <w:i/>
          <w:sz w:val="18"/>
        </w:rPr>
        <w:t>formulář</w:t>
      </w:r>
      <w:proofErr w:type="spellEnd"/>
      <w:r>
        <w:rPr>
          <w:i/>
          <w:sz w:val="18"/>
        </w:rPr>
        <w:t xml:space="preserve"> + </w:t>
      </w:r>
      <w:proofErr w:type="spellStart"/>
      <w:r>
        <w:rPr>
          <w:i/>
          <w:sz w:val="18"/>
        </w:rPr>
        <w:t>grafika</w:t>
      </w:r>
      <w:proofErr w:type="spellEnd"/>
      <w:r>
        <w:rPr>
          <w:i/>
          <w:sz w:val="18"/>
        </w:rPr>
        <w:t xml:space="preserve"> + </w:t>
      </w:r>
      <w:proofErr w:type="spellStart"/>
      <w:r>
        <w:rPr>
          <w:i/>
          <w:sz w:val="18"/>
        </w:rPr>
        <w:t>vizualizace</w:t>
      </w:r>
      <w:proofErr w:type="spellEnd"/>
      <w:r>
        <w:rPr>
          <w:i/>
          <w:sz w:val="18"/>
        </w:rPr>
        <w:t xml:space="preserve"> + </w:t>
      </w:r>
      <w:proofErr w:type="spellStart"/>
      <w:r>
        <w:rPr>
          <w:i/>
          <w:sz w:val="18"/>
        </w:rPr>
        <w:t>případné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licence</w:t>
      </w:r>
      <w:proofErr w:type="spellEnd"/>
      <w:r>
        <w:rPr>
          <w:i/>
          <w:sz w:val="18"/>
        </w:rPr>
        <w:t xml:space="preserve"> a </w:t>
      </w:r>
      <w:proofErr w:type="spellStart"/>
      <w:r>
        <w:rPr>
          <w:i/>
          <w:sz w:val="18"/>
        </w:rPr>
        <w:t>souhlasy</w:t>
      </w:r>
      <w:proofErr w:type="spellEnd"/>
      <w:r>
        <w:rPr>
          <w:i/>
          <w:sz w:val="18"/>
        </w:rPr>
        <w:t xml:space="preserve"> + u </w:t>
      </w:r>
      <w:proofErr w:type="spellStart"/>
      <w:r>
        <w:rPr>
          <w:i/>
          <w:sz w:val="18"/>
        </w:rPr>
        <w:t>nezletilých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podepsaný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souhlas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zákonného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zástupce</w:t>
      </w:r>
      <w:proofErr w:type="spellEnd"/>
      <w:r>
        <w:rPr>
          <w:i/>
          <w:sz w:val="18"/>
        </w:rPr>
        <w:t xml:space="preserve">. </w:t>
      </w:r>
      <w:proofErr w:type="spellStart"/>
      <w:r>
        <w:rPr>
          <w:i/>
          <w:sz w:val="18"/>
        </w:rPr>
        <w:t>Tento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formulář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nenahrazuje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úplná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pravidla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soutěže</w:t>
      </w:r>
      <w:proofErr w:type="spellEnd"/>
      <w:r>
        <w:rPr>
          <w:i/>
          <w:sz w:val="18"/>
        </w:rPr>
        <w:t>.</w:t>
      </w:r>
    </w:p>
    <w:sectPr w:rsidR="003F3D56" w:rsidSect="00034616">
      <w:headerReference w:type="default" r:id="rId8"/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7D8F4" w14:textId="77777777" w:rsidR="00615E3C" w:rsidRDefault="00615E3C">
      <w:pPr>
        <w:spacing w:after="0" w:line="240" w:lineRule="auto"/>
      </w:pPr>
      <w:r>
        <w:separator/>
      </w:r>
    </w:p>
  </w:endnote>
  <w:endnote w:type="continuationSeparator" w:id="0">
    <w:p w14:paraId="4CD0D5A5" w14:textId="77777777" w:rsidR="00615E3C" w:rsidRDefault="00615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2E6B1" w14:textId="77777777" w:rsidR="003F3D56" w:rsidRDefault="00615E3C">
    <w:pPr>
      <w:pStyle w:val="Zpat"/>
    </w:pPr>
    <w:r>
      <w:rPr>
        <w:sz w:val="18"/>
      </w:rPr>
      <w:t xml:space="preserve">Praha v </w:t>
    </w:r>
    <w:proofErr w:type="spellStart"/>
    <w:r>
      <w:rPr>
        <w:sz w:val="18"/>
      </w:rPr>
      <w:t>mojí</w:t>
    </w:r>
    <w:proofErr w:type="spellEnd"/>
    <w:r>
      <w:rPr>
        <w:sz w:val="18"/>
      </w:rPr>
      <w:t xml:space="preserve"> </w:t>
    </w:r>
    <w:proofErr w:type="spellStart"/>
    <w:proofErr w:type="gramStart"/>
    <w:r>
      <w:rPr>
        <w:sz w:val="18"/>
      </w:rPr>
      <w:t>stopě</w:t>
    </w:r>
    <w:proofErr w:type="spellEnd"/>
    <w:r>
      <w:rPr>
        <w:sz w:val="18"/>
      </w:rPr>
      <w:t xml:space="preserve">  •</w:t>
    </w:r>
    <w:proofErr w:type="gramEnd"/>
    <w:r>
      <w:rPr>
        <w:sz w:val="18"/>
      </w:rPr>
      <w:t xml:space="preserve">  </w:t>
    </w:r>
    <w:proofErr w:type="spellStart"/>
    <w:r>
      <w:rPr>
        <w:sz w:val="18"/>
      </w:rPr>
      <w:t>Přihláška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soutěžního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návrhu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DFA73" w14:textId="77777777" w:rsidR="00615E3C" w:rsidRDefault="00615E3C">
      <w:pPr>
        <w:spacing w:after="0" w:line="240" w:lineRule="auto"/>
      </w:pPr>
      <w:r>
        <w:separator/>
      </w:r>
    </w:p>
  </w:footnote>
  <w:footnote w:type="continuationSeparator" w:id="0">
    <w:p w14:paraId="55627396" w14:textId="77777777" w:rsidR="00615E3C" w:rsidRDefault="00615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EA537" w14:textId="77777777" w:rsidR="003F3D56" w:rsidRDefault="00615E3C">
    <w:pPr>
      <w:pStyle w:val="Titulek"/>
    </w:pPr>
    <w:r>
      <w:t xml:space="preserve">ICEBREAKER </w:t>
    </w:r>
    <w:proofErr w:type="gramStart"/>
    <w:r>
      <w:t>PRAHA  •</w:t>
    </w:r>
    <w:proofErr w:type="gramEnd"/>
    <w:r>
      <w:t xml:space="preserve">  SOUTĚŽ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9635405">
    <w:abstractNumId w:val="8"/>
  </w:num>
  <w:num w:numId="2" w16cid:durableId="1955139034">
    <w:abstractNumId w:val="6"/>
  </w:num>
  <w:num w:numId="3" w16cid:durableId="1888445141">
    <w:abstractNumId w:val="5"/>
  </w:num>
  <w:num w:numId="4" w16cid:durableId="1363677030">
    <w:abstractNumId w:val="4"/>
  </w:num>
  <w:num w:numId="5" w16cid:durableId="308098471">
    <w:abstractNumId w:val="7"/>
  </w:num>
  <w:num w:numId="6" w16cid:durableId="2024353968">
    <w:abstractNumId w:val="3"/>
  </w:num>
  <w:num w:numId="7" w16cid:durableId="561137557">
    <w:abstractNumId w:val="2"/>
  </w:num>
  <w:num w:numId="8" w16cid:durableId="381053156">
    <w:abstractNumId w:val="1"/>
  </w:num>
  <w:num w:numId="9" w16cid:durableId="1159426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7B5E"/>
    <w:rsid w:val="0015074B"/>
    <w:rsid w:val="0029639D"/>
    <w:rsid w:val="00326F90"/>
    <w:rsid w:val="003F3D56"/>
    <w:rsid w:val="00615E3C"/>
    <w:rsid w:val="00676419"/>
    <w:rsid w:val="008B4B98"/>
    <w:rsid w:val="00934AD6"/>
    <w:rsid w:val="00AA1D8D"/>
    <w:rsid w:val="00B47730"/>
    <w:rsid w:val="00CB0664"/>
    <w:rsid w:val="00E7404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E75BDC"/>
  <w14:defaultImageDpi w14:val="300"/>
  <w15:docId w15:val="{612D635F-478A-408C-AD5D-0D9833101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20"/>
    </w:pPr>
    <w:rPr>
      <w:rFonts w:ascii="Calibri" w:hAnsi="Calibri"/>
      <w:color w:val="00000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spacing w:before="2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6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spacing w:before="200" w:after="280"/>
      <w:ind w:left="936" w:right="936"/>
    </w:pPr>
    <w:rPr>
      <w:b/>
      <w:bCs/>
      <w:i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730</Words>
  <Characters>4312</Characters>
  <Application>Microsoft Office Word</Application>
  <DocSecurity>0</DocSecurity>
  <Lines>35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5032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Lucie Krajíčková</cp:lastModifiedBy>
  <cp:revision>5</cp:revision>
  <dcterms:created xsi:type="dcterms:W3CDTF">2013-12-23T23:15:00Z</dcterms:created>
  <dcterms:modified xsi:type="dcterms:W3CDTF">2026-10-27T10:08:00Z</dcterms:modified>
  <cp:category/>
</cp:coreProperties>
</file>