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Souhlas zákonného zástupce</w:t>
      </w:r>
    </w:p>
    <w:p>
      <w:pPr>
        <w:pStyle w:val="Subtitle"/>
      </w:pPr>
      <w:r>
        <w:t>Pouze pro soutěžící mladší 18 let.</w:t>
      </w:r>
    </w:p>
    <w:p>
      <w:pPr>
        <w:spacing w:after="160"/>
      </w:pPr>
      <w:r>
        <w:rPr>
          <w:i/>
          <w:sz w:val="18"/>
        </w:rPr>
        <w:t>Vyplňte údaje, souhlas vytiskněte a vlastnoručně podepište. Čitelný sken nebo fotografii přiložte k přihlášce. Tuto stranu lze odeslat jako samostatnou přílohu.</w:t>
      </w:r>
    </w:p>
    <w:p>
      <w:pPr>
        <w:pStyle w:val="Heading1"/>
      </w:pPr>
      <w:r>
        <w:t>Soutěž Praha v mojí stopě 2026</w:t>
      </w:r>
    </w:p>
    <w:p>
      <w:r>
        <w:t>Pořadatel: SUPICH s.r.o., IČO 04805445, Jungmannova 31/23, 110 00 Praha 1 – Nové Město.</w:t>
      </w:r>
    </w:p>
    <w:p>
      <w:pPr>
        <w:pStyle w:val="Heading1"/>
      </w:pPr>
      <w:r>
        <w:t>Údaje soutěžícího</w:t>
      </w:r>
    </w:p>
    <w:p>
      <w:r>
        <w:rPr>
          <w:b/>
        </w:rPr>
        <w:t xml:space="preserve">Jméno a příjmení soutěžícího: </w:t>
      </w:r>
      <w:r>
        <w:t>................................................</w:t>
      </w:r>
    </w:p>
    <w:p>
      <w:r>
        <w:rPr>
          <w:b/>
        </w:rPr>
        <w:t xml:space="preserve">Datum narození soutěžícího: </w:t>
      </w:r>
      <w:r>
        <w:t>................................................</w:t>
      </w:r>
    </w:p>
    <w:p>
      <w:r>
        <w:rPr>
          <w:b/>
        </w:rPr>
        <w:t xml:space="preserve">Název přihlašovaného návrhu: </w:t>
      </w:r>
      <w:r>
        <w:t>................................................</w:t>
      </w:r>
    </w:p>
    <w:p>
      <w:pPr>
        <w:pStyle w:val="Heading1"/>
      </w:pPr>
      <w:r>
        <w:t>Údaje zákonného zástupce</w:t>
      </w:r>
    </w:p>
    <w:p>
      <w:r>
        <w:rPr>
          <w:b/>
        </w:rPr>
        <w:t xml:space="preserve">Jméno a příjmení zákonného zástupce: </w:t>
      </w:r>
      <w:r>
        <w:t>................................................</w:t>
      </w:r>
    </w:p>
    <w:p>
      <w:r>
        <w:rPr>
          <w:b/>
        </w:rPr>
        <w:t xml:space="preserve">Kontaktní e-mail zákonného zástupce: </w:t>
      </w:r>
      <w:r>
        <w:t>................................................</w:t>
      </w:r>
    </w:p>
    <w:p>
      <w:pPr>
        <w:pStyle w:val="Heading1"/>
      </w:pPr>
      <w:r>
        <w:t>Prohlášení a souhlas</w:t>
      </w:r>
    </w:p>
    <w:p>
      <w:r>
        <w:t>Prohlašuji, že jsem zákonným zástupcem výše uvedeného soutěžícího, a uděluji svůj souhlas s jeho účastí v soutěži Praha v mojí stopě 2026 a s přihlášením uvedeného návrhu.</w:t>
      </w:r>
    </w:p>
    <w:p>
      <w:r>
        <w:t>Potvrzuji, že jsem se seznámil/a s úplnými pravidly soutěže a souhlasím s nimi, včetně podmínek užití návrhu podle čl. 11, zejména poskytnutí bezúplatné licence, úprav návrhu, jeho zveřejnění a komerčního využití a poskytnutí oprávnění dalším osobám v rozsahu pravidel.</w:t>
      </w:r>
    </w:p>
    <w:p>
      <w:r>
        <w:t>Souhlasím také s případným převzetím soutěžní ceny nezletilým soutěžícím.</w:t>
      </w:r>
    </w:p>
    <w:p/>
    <w:p>
      <w:r>
        <w:rPr>
          <w:b/>
        </w:rPr>
        <w:t xml:space="preserve">Datum: </w:t>
      </w:r>
      <w:r>
        <w:t>................................................</w:t>
      </w:r>
    </w:p>
    <w:p/>
    <w:p>
      <w:r>
        <w:t>Vlastnoruční podpis zákonného zástupce:</w:t>
      </w:r>
    </w:p>
    <w:p>
      <w:r>
        <w:br/>
        <w:t>........................................................................</w:t>
      </w:r>
    </w:p>
    <w:p>
      <w:pPr>
        <w:spacing w:after="160"/>
      </w:pPr>
      <w:r>
        <w:rPr>
          <w:i/>
          <w:sz w:val="18"/>
        </w:rPr>
        <w:t>Podepsaný souhlas musí být přiložen k přihlášce podle čl. 4 pravidel.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Praha v mojí stopě  •  Souhlas zákonného zástupce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ICEBREAKER PRAHA  •  SOUTĚŽ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